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8F035" w14:textId="4AA5F774" w:rsidR="00465E6C" w:rsidRPr="00945779" w:rsidRDefault="00465E6C" w:rsidP="00612004">
      <w:pPr>
        <w:jc w:val="right"/>
        <w:rPr>
          <w:rFonts w:ascii="Yu Gothic" w:eastAsia="Yu Gothic" w:hAnsi="Yu Gothic"/>
          <w:lang w:eastAsia="zh-TW"/>
        </w:rPr>
      </w:pPr>
      <w:r w:rsidRPr="00945779">
        <w:rPr>
          <w:rFonts w:ascii="Yu Gothic" w:eastAsia="Yu Gothic" w:hAnsi="Yu Gothic" w:cs="Yu Gothic"/>
          <w:b/>
          <w:sz w:val="20"/>
          <w:lang w:eastAsia="zh-TW"/>
        </w:rPr>
        <w:t>様式第１号</w:t>
      </w:r>
    </w:p>
    <w:p w14:paraId="64D40B47" w14:textId="77777777" w:rsidR="00465E6C" w:rsidRPr="00945779" w:rsidRDefault="00465E6C" w:rsidP="00465E6C">
      <w:pPr>
        <w:spacing w:after="0" w:line="240" w:lineRule="auto"/>
        <w:ind w:leftChars="45" w:left="94"/>
        <w:jc w:val="center"/>
        <w:rPr>
          <w:sz w:val="24"/>
          <w:szCs w:val="24"/>
          <w:lang w:eastAsia="zh-TW"/>
        </w:rPr>
      </w:pPr>
      <w:r w:rsidRPr="00945779">
        <w:rPr>
          <w:rFonts w:ascii="Yu Gothic" w:eastAsia="Yu Gothic" w:hAnsi="Yu Gothic" w:cs="Yu Gothic" w:hint="eastAsia"/>
          <w:szCs w:val="24"/>
          <w:lang w:eastAsia="zh-TW"/>
        </w:rPr>
        <w:t>令和8年度（令和7年度補正予算繰越）医薬品安定供給支援補助金</w:t>
      </w:r>
    </w:p>
    <w:p w14:paraId="35C17D75" w14:textId="77777777" w:rsidR="00465E6C" w:rsidRPr="00945779" w:rsidRDefault="00465E6C" w:rsidP="00465E6C">
      <w:pPr>
        <w:spacing w:after="80" w:line="240" w:lineRule="auto"/>
        <w:ind w:leftChars="45" w:left="94"/>
        <w:jc w:val="center"/>
        <w:rPr>
          <w:sz w:val="24"/>
          <w:szCs w:val="24"/>
          <w:lang w:eastAsia="ja-JP"/>
        </w:rPr>
      </w:pPr>
      <w:r w:rsidRPr="00945779">
        <w:rPr>
          <w:rFonts w:ascii="Yu Gothic" w:eastAsia="Yu Gothic" w:hAnsi="Yu Gothic" w:cs="Yu Gothic" w:hint="eastAsia"/>
          <w:szCs w:val="24"/>
          <w:lang w:eastAsia="ja-JP"/>
        </w:rPr>
        <w:t>「医薬品卸業者に対する継続的な安定供給支援事業」</w:t>
      </w:r>
    </w:p>
    <w:p w14:paraId="5AF6C319" w14:textId="77777777" w:rsidR="00465E6C" w:rsidRPr="00945779" w:rsidRDefault="00465E6C" w:rsidP="00465E6C">
      <w:pPr>
        <w:keepNext/>
        <w:spacing w:before="80" w:after="320" w:line="240" w:lineRule="auto"/>
        <w:ind w:leftChars="45" w:left="94"/>
        <w:jc w:val="center"/>
        <w:rPr>
          <w:sz w:val="24"/>
          <w:szCs w:val="24"/>
          <w:lang w:eastAsia="ja-JP"/>
        </w:rPr>
      </w:pPr>
      <w:r w:rsidRPr="00945779">
        <w:rPr>
          <w:rFonts w:ascii="Yu Gothic" w:eastAsia="Yu Gothic" w:hAnsi="Yu Gothic" w:cs="Yu Gothic" w:hint="eastAsia"/>
          <w:b/>
          <w:sz w:val="32"/>
          <w:szCs w:val="24"/>
          <w:lang w:eastAsia="ja-JP"/>
        </w:rPr>
        <w:t>事業計画書（安定供給適正化・地域貢献事業用）</w:t>
      </w:r>
    </w:p>
    <w:p w14:paraId="47A78EDE" w14:textId="77777777" w:rsidR="00465E6C" w:rsidRPr="00945779" w:rsidRDefault="00465E6C" w:rsidP="00465E6C">
      <w:pPr>
        <w:spacing w:after="60"/>
        <w:ind w:leftChars="14" w:left="29"/>
        <w:rPr>
          <w:sz w:val="24"/>
          <w:szCs w:val="24"/>
          <w:lang w:eastAsia="ja-JP"/>
        </w:rPr>
      </w:pPr>
    </w:p>
    <w:p w14:paraId="0220AD00" w14:textId="77777777" w:rsidR="00465E6C" w:rsidRPr="00945779" w:rsidRDefault="00465E6C" w:rsidP="00465E6C">
      <w:pPr>
        <w:spacing w:after="120" w:line="240" w:lineRule="auto"/>
        <w:ind w:left="224" w:hanging="224"/>
        <w:jc w:val="right"/>
        <w:rPr>
          <w:sz w:val="24"/>
          <w:szCs w:val="24"/>
        </w:rPr>
      </w:pPr>
      <w:r w:rsidRPr="00945779">
        <w:rPr>
          <w:rFonts w:ascii="Yu Gothic" w:eastAsia="Yu Gothic" w:hAnsi="Yu Gothic" w:cs="Yu Gothic" w:hint="eastAsia"/>
          <w:szCs w:val="24"/>
        </w:rPr>
        <w:t>年　月　日</w:t>
      </w:r>
    </w:p>
    <w:p w14:paraId="3A997E04" w14:textId="77777777" w:rsidR="00465E6C" w:rsidRPr="00945779" w:rsidRDefault="00465E6C" w:rsidP="00465E6C">
      <w:pPr>
        <w:spacing w:after="60"/>
        <w:ind w:left="224" w:hanging="224"/>
        <w:rPr>
          <w:sz w:val="24"/>
          <w:szCs w:val="24"/>
        </w:rPr>
      </w:pPr>
    </w:p>
    <w:p w14:paraId="2D842EF5" w14:textId="77777777" w:rsidR="00465E6C" w:rsidRPr="00945779" w:rsidRDefault="00465E6C" w:rsidP="00465E6C">
      <w:pPr>
        <w:spacing w:after="120" w:line="240" w:lineRule="auto"/>
        <w:ind w:left="224" w:hanging="224"/>
        <w:rPr>
          <w:sz w:val="24"/>
          <w:szCs w:val="24"/>
        </w:rPr>
      </w:pPr>
      <w:proofErr w:type="spellStart"/>
      <w:r w:rsidRPr="00945779">
        <w:rPr>
          <w:rFonts w:ascii="Yu Gothic" w:eastAsia="Yu Gothic" w:hAnsi="Yu Gothic" w:cs="Yu Gothic" w:hint="eastAsia"/>
          <w:szCs w:val="24"/>
        </w:rPr>
        <w:t>厚生労働大臣</w:t>
      </w:r>
      <w:proofErr w:type="spellEnd"/>
      <w:r w:rsidRPr="00945779">
        <w:rPr>
          <w:rFonts w:ascii="Yu Gothic" w:eastAsia="Yu Gothic" w:hAnsi="Yu Gothic" w:cs="Yu Gothic" w:hint="eastAsia"/>
          <w:szCs w:val="24"/>
        </w:rPr>
        <w:t xml:space="preserve">　殿</w:t>
      </w:r>
    </w:p>
    <w:p w14:paraId="430A2CC5" w14:textId="77777777" w:rsidR="00465E6C" w:rsidRPr="00945779" w:rsidRDefault="00465E6C" w:rsidP="00465E6C">
      <w:pPr>
        <w:spacing w:after="60"/>
        <w:ind w:left="224" w:hanging="224"/>
        <w:rPr>
          <w:sz w:val="24"/>
          <w:szCs w:val="24"/>
        </w:rPr>
      </w:pP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992"/>
        <w:gridCol w:w="1701"/>
        <w:gridCol w:w="4534"/>
      </w:tblGrid>
      <w:tr w:rsidR="00945779" w:rsidRPr="00945779" w14:paraId="02972881" w14:textId="77777777" w:rsidTr="002C48FE">
        <w:trPr>
          <w:cantSplit/>
          <w:trHeight w:val="80"/>
          <w:jc w:val="center"/>
        </w:trPr>
        <w:tc>
          <w:tcPr>
            <w:tcW w:w="992" w:type="dxa"/>
            <w:vMerge w:val="restart"/>
            <w:shd w:val="clear" w:color="auto" w:fill="D9E1F2"/>
            <w:tcMar>
              <w:top w:w="70" w:type="dxa"/>
              <w:left w:w="90" w:type="dxa"/>
              <w:bottom w:w="70" w:type="dxa"/>
              <w:right w:w="90" w:type="dxa"/>
            </w:tcMar>
            <w:vAlign w:val="center"/>
          </w:tcPr>
          <w:p w14:paraId="78644B25" w14:textId="77777777" w:rsidR="00465E6C" w:rsidRPr="00287E3A" w:rsidRDefault="00465E6C" w:rsidP="002C48FE">
            <w:pPr>
              <w:ind w:left="224" w:hanging="224"/>
              <w:jc w:val="center"/>
              <w:rPr>
                <w:sz w:val="20"/>
                <w:szCs w:val="28"/>
              </w:rPr>
            </w:pPr>
            <w:proofErr w:type="spellStart"/>
            <w:r w:rsidRPr="00287E3A">
              <w:rPr>
                <w:rFonts w:ascii="Yu Gothic" w:eastAsia="Yu Gothic" w:hAnsi="Yu Gothic" w:cs="Yu Gothic" w:hint="eastAsia"/>
                <w:b/>
                <w:sz w:val="20"/>
                <w:szCs w:val="28"/>
              </w:rPr>
              <w:t>申請者</w:t>
            </w:r>
            <w:proofErr w:type="spellEnd"/>
          </w:p>
        </w:tc>
        <w:tc>
          <w:tcPr>
            <w:tcW w:w="1701" w:type="dxa"/>
            <w:shd w:val="clear" w:color="auto" w:fill="D9E1F2"/>
            <w:tcMar>
              <w:top w:w="70" w:type="dxa"/>
              <w:left w:w="90" w:type="dxa"/>
              <w:bottom w:w="70" w:type="dxa"/>
              <w:right w:w="90" w:type="dxa"/>
            </w:tcMar>
            <w:vAlign w:val="center"/>
          </w:tcPr>
          <w:p w14:paraId="3AA3B284" w14:textId="77777777" w:rsidR="00465E6C" w:rsidRPr="00287E3A" w:rsidRDefault="00465E6C" w:rsidP="002C48FE">
            <w:pPr>
              <w:ind w:left="635" w:hanging="635"/>
              <w:jc w:val="center"/>
              <w:rPr>
                <w:sz w:val="20"/>
                <w:szCs w:val="28"/>
              </w:rPr>
            </w:pPr>
            <w:proofErr w:type="spellStart"/>
            <w:r w:rsidRPr="00287E3A">
              <w:rPr>
                <w:rFonts w:ascii="Yu Gothic" w:eastAsia="Yu Gothic" w:hAnsi="Yu Gothic" w:cs="Yu Gothic" w:hint="eastAsia"/>
                <w:b/>
                <w:spacing w:val="487"/>
                <w:sz w:val="20"/>
                <w:szCs w:val="28"/>
                <w:fitText w:val="888" w:id="-400364544"/>
              </w:rPr>
              <w:t>住</w:t>
            </w:r>
            <w:r w:rsidRPr="00287E3A">
              <w:rPr>
                <w:rFonts w:ascii="Yu Gothic" w:eastAsia="Yu Gothic" w:hAnsi="Yu Gothic" w:cs="Yu Gothic" w:hint="eastAsia"/>
                <w:b/>
                <w:spacing w:val="1"/>
                <w:sz w:val="20"/>
                <w:szCs w:val="28"/>
                <w:fitText w:val="888" w:id="-400364544"/>
              </w:rPr>
              <w:t>所</w:t>
            </w:r>
            <w:proofErr w:type="spellEnd"/>
          </w:p>
        </w:tc>
        <w:tc>
          <w:tcPr>
            <w:tcW w:w="4534" w:type="dxa"/>
            <w:tcMar>
              <w:top w:w="70" w:type="dxa"/>
              <w:left w:w="90" w:type="dxa"/>
              <w:bottom w:w="70" w:type="dxa"/>
              <w:right w:w="90" w:type="dxa"/>
            </w:tcMar>
            <w:vAlign w:val="center"/>
          </w:tcPr>
          <w:p w14:paraId="35045755" w14:textId="77777777" w:rsidR="00465E6C" w:rsidRPr="004453CD" w:rsidRDefault="00465E6C" w:rsidP="002C48FE">
            <w:pPr>
              <w:ind w:left="224" w:hanging="224"/>
              <w:jc w:val="both"/>
              <w:rPr>
                <w:sz w:val="24"/>
                <w:szCs w:val="40"/>
                <w:u w:val="single"/>
              </w:rPr>
            </w:pPr>
          </w:p>
        </w:tc>
      </w:tr>
      <w:tr w:rsidR="00945779" w:rsidRPr="00945779" w14:paraId="39F2CBB3" w14:textId="77777777" w:rsidTr="002C48FE">
        <w:trPr>
          <w:cantSplit/>
          <w:jc w:val="center"/>
        </w:trPr>
        <w:tc>
          <w:tcPr>
            <w:tcW w:w="992" w:type="dxa"/>
            <w:vMerge/>
            <w:tcMar>
              <w:top w:w="70" w:type="dxa"/>
              <w:left w:w="90" w:type="dxa"/>
              <w:bottom w:w="70" w:type="dxa"/>
              <w:right w:w="90" w:type="dxa"/>
            </w:tcMar>
            <w:vAlign w:val="center"/>
          </w:tcPr>
          <w:p w14:paraId="7BF9A16B" w14:textId="77777777" w:rsidR="00465E6C" w:rsidRPr="00287E3A" w:rsidRDefault="00465E6C" w:rsidP="002C48FE">
            <w:pPr>
              <w:ind w:left="224" w:hanging="224"/>
              <w:jc w:val="both"/>
              <w:rPr>
                <w:sz w:val="20"/>
                <w:szCs w:val="28"/>
              </w:rPr>
            </w:pPr>
          </w:p>
        </w:tc>
        <w:tc>
          <w:tcPr>
            <w:tcW w:w="1701" w:type="dxa"/>
            <w:shd w:val="clear" w:color="auto" w:fill="D9E1F2"/>
            <w:tcMar>
              <w:top w:w="70" w:type="dxa"/>
              <w:left w:w="90" w:type="dxa"/>
              <w:bottom w:w="70" w:type="dxa"/>
              <w:right w:w="90" w:type="dxa"/>
            </w:tcMar>
            <w:vAlign w:val="center"/>
          </w:tcPr>
          <w:p w14:paraId="32B28DCB" w14:textId="77777777" w:rsidR="00465E6C" w:rsidRPr="00287E3A" w:rsidRDefault="00465E6C" w:rsidP="002C48FE">
            <w:pPr>
              <w:ind w:left="224" w:hanging="224"/>
              <w:jc w:val="center"/>
              <w:rPr>
                <w:sz w:val="20"/>
                <w:szCs w:val="28"/>
              </w:rPr>
            </w:pPr>
            <w:proofErr w:type="spellStart"/>
            <w:r w:rsidRPr="00287E3A">
              <w:rPr>
                <w:rFonts w:ascii="Yu Gothic" w:eastAsia="Yu Gothic" w:hAnsi="Yu Gothic" w:cs="Yu Gothic" w:hint="eastAsia"/>
                <w:b/>
                <w:sz w:val="20"/>
                <w:szCs w:val="28"/>
              </w:rPr>
              <w:t>氏名又は名称</w:t>
            </w:r>
            <w:proofErr w:type="spellEnd"/>
          </w:p>
        </w:tc>
        <w:tc>
          <w:tcPr>
            <w:tcW w:w="4534" w:type="dxa"/>
            <w:tcMar>
              <w:top w:w="70" w:type="dxa"/>
              <w:left w:w="90" w:type="dxa"/>
              <w:bottom w:w="70" w:type="dxa"/>
              <w:right w:w="90" w:type="dxa"/>
            </w:tcMar>
            <w:vAlign w:val="center"/>
          </w:tcPr>
          <w:p w14:paraId="06F68256" w14:textId="77777777" w:rsidR="00465E6C" w:rsidRPr="004453CD" w:rsidRDefault="00465E6C" w:rsidP="002C48FE">
            <w:pPr>
              <w:ind w:left="224" w:hanging="224"/>
              <w:jc w:val="both"/>
              <w:rPr>
                <w:sz w:val="24"/>
                <w:szCs w:val="40"/>
              </w:rPr>
            </w:pPr>
          </w:p>
        </w:tc>
      </w:tr>
      <w:tr w:rsidR="00945779" w:rsidRPr="00945779" w14:paraId="18725F32" w14:textId="77777777" w:rsidTr="002C48FE">
        <w:trPr>
          <w:cantSplit/>
          <w:jc w:val="center"/>
        </w:trPr>
        <w:tc>
          <w:tcPr>
            <w:tcW w:w="992" w:type="dxa"/>
            <w:vMerge/>
            <w:tcMar>
              <w:top w:w="70" w:type="dxa"/>
              <w:left w:w="90" w:type="dxa"/>
              <w:bottom w:w="70" w:type="dxa"/>
              <w:right w:w="90" w:type="dxa"/>
            </w:tcMar>
            <w:vAlign w:val="center"/>
          </w:tcPr>
          <w:p w14:paraId="327D5D2E" w14:textId="77777777" w:rsidR="00465E6C" w:rsidRPr="00287E3A" w:rsidRDefault="00465E6C" w:rsidP="002C48FE">
            <w:pPr>
              <w:ind w:left="224" w:hanging="224"/>
              <w:jc w:val="both"/>
              <w:rPr>
                <w:sz w:val="20"/>
                <w:szCs w:val="28"/>
              </w:rPr>
            </w:pPr>
          </w:p>
        </w:tc>
        <w:tc>
          <w:tcPr>
            <w:tcW w:w="1701" w:type="dxa"/>
            <w:shd w:val="clear" w:color="auto" w:fill="D9E1F2"/>
            <w:tcMar>
              <w:top w:w="70" w:type="dxa"/>
              <w:left w:w="90" w:type="dxa"/>
              <w:bottom w:w="70" w:type="dxa"/>
              <w:right w:w="90" w:type="dxa"/>
            </w:tcMar>
            <w:vAlign w:val="center"/>
          </w:tcPr>
          <w:p w14:paraId="0E6C8EAC" w14:textId="77777777" w:rsidR="00465E6C" w:rsidRPr="00287E3A" w:rsidRDefault="00465E6C" w:rsidP="002C48FE">
            <w:pPr>
              <w:ind w:left="308" w:hanging="308"/>
              <w:jc w:val="center"/>
              <w:rPr>
                <w:sz w:val="20"/>
                <w:szCs w:val="28"/>
              </w:rPr>
            </w:pPr>
            <w:proofErr w:type="spellStart"/>
            <w:r w:rsidRPr="00287E3A">
              <w:rPr>
                <w:rFonts w:ascii="Yu Gothic" w:eastAsia="Yu Gothic" w:hAnsi="Yu Gothic" w:cs="Yu Gothic" w:hint="eastAsia"/>
                <w:b/>
                <w:spacing w:val="143"/>
                <w:sz w:val="20"/>
                <w:szCs w:val="28"/>
                <w:fitText w:val="888" w:id="-400364543"/>
              </w:rPr>
              <w:t>代表</w:t>
            </w:r>
            <w:r w:rsidRPr="00287E3A">
              <w:rPr>
                <w:rFonts w:ascii="Yu Gothic" w:eastAsia="Yu Gothic" w:hAnsi="Yu Gothic" w:cs="Yu Gothic" w:hint="eastAsia"/>
                <w:b/>
                <w:spacing w:val="3"/>
                <w:sz w:val="20"/>
                <w:szCs w:val="28"/>
                <w:fitText w:val="888" w:id="-400364543"/>
              </w:rPr>
              <w:t>者</w:t>
            </w:r>
            <w:proofErr w:type="spellEnd"/>
          </w:p>
        </w:tc>
        <w:tc>
          <w:tcPr>
            <w:tcW w:w="4534" w:type="dxa"/>
            <w:tcMar>
              <w:top w:w="70" w:type="dxa"/>
              <w:left w:w="90" w:type="dxa"/>
              <w:bottom w:w="70" w:type="dxa"/>
              <w:right w:w="90" w:type="dxa"/>
            </w:tcMar>
            <w:vAlign w:val="center"/>
          </w:tcPr>
          <w:p w14:paraId="75AA119B" w14:textId="77777777" w:rsidR="00465E6C" w:rsidRPr="004453CD" w:rsidRDefault="00465E6C" w:rsidP="002C48FE">
            <w:pPr>
              <w:ind w:left="224" w:hanging="224"/>
              <w:jc w:val="both"/>
              <w:rPr>
                <w:sz w:val="24"/>
                <w:szCs w:val="40"/>
              </w:rPr>
            </w:pPr>
          </w:p>
        </w:tc>
      </w:tr>
    </w:tbl>
    <w:p w14:paraId="76BACC9D" w14:textId="77777777" w:rsidR="00465E6C" w:rsidRPr="00945779" w:rsidRDefault="00465E6C" w:rsidP="00465E6C">
      <w:pPr>
        <w:spacing w:after="60"/>
        <w:ind w:left="224" w:hanging="224"/>
        <w:rPr>
          <w:sz w:val="24"/>
          <w:szCs w:val="24"/>
        </w:rPr>
      </w:pPr>
    </w:p>
    <w:p w14:paraId="77489FDD" w14:textId="77777777" w:rsidR="00465E6C" w:rsidRPr="00945779" w:rsidRDefault="00465E6C" w:rsidP="00465E6C">
      <w:pPr>
        <w:pStyle w:val="1"/>
        <w:spacing w:before="280" w:after="100" w:line="240" w:lineRule="auto"/>
        <w:ind w:left="224" w:hanging="224"/>
        <w:rPr>
          <w:color w:val="auto"/>
          <w:sz w:val="24"/>
          <w:szCs w:val="24"/>
        </w:rPr>
      </w:pPr>
      <w:r w:rsidRPr="00945779">
        <w:rPr>
          <w:rFonts w:ascii="Yu Gothic" w:eastAsia="Yu Gothic" w:hAnsi="Yu Gothic" w:cs="Yu Gothic" w:hint="eastAsia"/>
          <w:color w:val="auto"/>
          <w:sz w:val="24"/>
          <w:szCs w:val="24"/>
        </w:rPr>
        <w:t>１．事業者の名称等</w:t>
      </w:r>
    </w:p>
    <w:p w14:paraId="3829D2CD" w14:textId="77777777" w:rsidR="00465E6C" w:rsidRPr="00945779" w:rsidRDefault="00465E6C" w:rsidP="00465E6C">
      <w:pPr>
        <w:spacing w:after="60"/>
        <w:ind w:left="224" w:hanging="224"/>
        <w:rPr>
          <w:sz w:val="24"/>
          <w:szCs w:val="24"/>
        </w:rPr>
      </w:pPr>
      <w:r w:rsidRPr="00945779">
        <w:rPr>
          <w:rFonts w:ascii="Yu Gothic" w:eastAsia="Yu Gothic" w:hAnsi="Yu Gothic" w:cs="Yu Gothic" w:hint="eastAsia"/>
          <w:szCs w:val="24"/>
          <w:lang w:eastAsia="ja-JP"/>
        </w:rPr>
        <w:t>（複数の事業者が連携し、共同で効率化計画を策定・実施する場合には、代表者を決定した上で、代表者の情報を記載し、その他の事業者の情報は任意の様式で別添として添付すること。また、３．以降はそれぞれの役割が分かるように記載すること。</w:t>
      </w:r>
      <w:r w:rsidRPr="00945779">
        <w:rPr>
          <w:rFonts w:ascii="Yu Gothic" w:eastAsia="Yu Gothic" w:hAnsi="Yu Gothic" w:cs="Yu Gothic" w:hint="eastAsia"/>
          <w:szCs w:val="24"/>
        </w:rPr>
        <w:t>）</w:t>
      </w: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3253"/>
        <w:gridCol w:w="5595"/>
      </w:tblGrid>
      <w:tr w:rsidR="00945779" w:rsidRPr="00287E3A" w14:paraId="6A861CA0" w14:textId="77777777" w:rsidTr="00287E3A">
        <w:trPr>
          <w:cantSplit/>
          <w:jc w:val="center"/>
        </w:trPr>
        <w:tc>
          <w:tcPr>
            <w:tcW w:w="3253" w:type="dxa"/>
            <w:shd w:val="clear" w:color="auto" w:fill="D9E1F2"/>
            <w:tcMar>
              <w:top w:w="70" w:type="dxa"/>
              <w:left w:w="90" w:type="dxa"/>
              <w:bottom w:w="70" w:type="dxa"/>
              <w:right w:w="90" w:type="dxa"/>
            </w:tcMar>
            <w:vAlign w:val="center"/>
          </w:tcPr>
          <w:p w14:paraId="198CAE52" w14:textId="77777777" w:rsidR="00465E6C" w:rsidRPr="00287E3A" w:rsidRDefault="00465E6C" w:rsidP="002C48FE">
            <w:pPr>
              <w:adjustRightInd w:val="0"/>
              <w:jc w:val="both"/>
              <w:rPr>
                <w:sz w:val="28"/>
                <w:szCs w:val="28"/>
                <w:lang w:eastAsia="ja-JP"/>
              </w:rPr>
            </w:pPr>
            <w:r w:rsidRPr="00287E3A">
              <w:rPr>
                <w:rFonts w:ascii="Yu Gothic" w:eastAsia="Yu Gothic" w:hAnsi="Yu Gothic" w:cs="Yu Gothic" w:hint="eastAsia"/>
                <w:b/>
                <w:sz w:val="20"/>
                <w:szCs w:val="28"/>
                <w:lang w:eastAsia="ja-JP"/>
              </w:rPr>
              <w:t>申請者の氏名又は名称</w:t>
            </w:r>
          </w:p>
        </w:tc>
        <w:tc>
          <w:tcPr>
            <w:tcW w:w="5595" w:type="dxa"/>
            <w:tcMar>
              <w:top w:w="70" w:type="dxa"/>
              <w:left w:w="90" w:type="dxa"/>
              <w:bottom w:w="70" w:type="dxa"/>
              <w:right w:w="90" w:type="dxa"/>
            </w:tcMar>
            <w:vAlign w:val="center"/>
          </w:tcPr>
          <w:p w14:paraId="45084D31" w14:textId="77777777" w:rsidR="00465E6C" w:rsidRPr="004453CD" w:rsidRDefault="00465E6C" w:rsidP="002C48FE">
            <w:pPr>
              <w:ind w:left="224" w:hanging="224"/>
              <w:jc w:val="both"/>
              <w:rPr>
                <w:sz w:val="24"/>
                <w:szCs w:val="24"/>
                <w:lang w:eastAsia="ja-JP"/>
              </w:rPr>
            </w:pPr>
          </w:p>
        </w:tc>
      </w:tr>
      <w:tr w:rsidR="00945779" w:rsidRPr="00287E3A" w14:paraId="28899AE3" w14:textId="77777777" w:rsidTr="00287E3A">
        <w:trPr>
          <w:cantSplit/>
          <w:jc w:val="center"/>
        </w:trPr>
        <w:tc>
          <w:tcPr>
            <w:tcW w:w="3253" w:type="dxa"/>
            <w:shd w:val="clear" w:color="auto" w:fill="D9E1F2"/>
            <w:tcMar>
              <w:top w:w="70" w:type="dxa"/>
              <w:left w:w="90" w:type="dxa"/>
              <w:bottom w:w="70" w:type="dxa"/>
              <w:right w:w="90" w:type="dxa"/>
            </w:tcMar>
            <w:vAlign w:val="center"/>
          </w:tcPr>
          <w:p w14:paraId="36051F6F" w14:textId="77777777" w:rsidR="00465E6C" w:rsidRPr="00287E3A" w:rsidRDefault="00465E6C" w:rsidP="002C48FE">
            <w:pPr>
              <w:adjustRightInd w:val="0"/>
              <w:jc w:val="both"/>
              <w:rPr>
                <w:sz w:val="28"/>
                <w:szCs w:val="28"/>
                <w:lang w:eastAsia="ja-JP"/>
              </w:rPr>
            </w:pPr>
            <w:r w:rsidRPr="00287E3A">
              <w:rPr>
                <w:rFonts w:ascii="Yu Gothic" w:eastAsia="Yu Gothic" w:hAnsi="Yu Gothic" w:cs="Yu Gothic" w:hint="eastAsia"/>
                <w:b/>
                <w:sz w:val="20"/>
                <w:szCs w:val="28"/>
                <w:lang w:eastAsia="ja-JP"/>
              </w:rPr>
              <w:t>代表者名（申請者が法人の場合）</w:t>
            </w:r>
          </w:p>
        </w:tc>
        <w:tc>
          <w:tcPr>
            <w:tcW w:w="5595" w:type="dxa"/>
            <w:tcMar>
              <w:top w:w="70" w:type="dxa"/>
              <w:left w:w="90" w:type="dxa"/>
              <w:bottom w:w="70" w:type="dxa"/>
              <w:right w:w="90" w:type="dxa"/>
            </w:tcMar>
            <w:vAlign w:val="center"/>
          </w:tcPr>
          <w:p w14:paraId="7D93C215" w14:textId="77777777" w:rsidR="00465E6C" w:rsidRPr="004453CD" w:rsidRDefault="00465E6C" w:rsidP="002C48FE">
            <w:pPr>
              <w:ind w:left="224" w:hanging="224"/>
              <w:jc w:val="both"/>
              <w:rPr>
                <w:sz w:val="24"/>
                <w:szCs w:val="24"/>
                <w:lang w:eastAsia="ja-JP"/>
              </w:rPr>
            </w:pPr>
          </w:p>
        </w:tc>
      </w:tr>
      <w:tr w:rsidR="00945779" w:rsidRPr="00287E3A" w14:paraId="72E47F44" w14:textId="77777777" w:rsidTr="00287E3A">
        <w:trPr>
          <w:cantSplit/>
          <w:jc w:val="center"/>
        </w:trPr>
        <w:tc>
          <w:tcPr>
            <w:tcW w:w="3253" w:type="dxa"/>
            <w:shd w:val="clear" w:color="auto" w:fill="D9E1F2"/>
            <w:tcMar>
              <w:top w:w="70" w:type="dxa"/>
              <w:left w:w="90" w:type="dxa"/>
              <w:bottom w:w="70" w:type="dxa"/>
              <w:right w:w="90" w:type="dxa"/>
            </w:tcMar>
            <w:vAlign w:val="center"/>
          </w:tcPr>
          <w:p w14:paraId="4207C8A9" w14:textId="77777777" w:rsidR="00465E6C" w:rsidRPr="00287E3A" w:rsidRDefault="00465E6C" w:rsidP="002C48FE">
            <w:pPr>
              <w:adjustRightInd w:val="0"/>
              <w:jc w:val="both"/>
              <w:rPr>
                <w:sz w:val="28"/>
                <w:szCs w:val="28"/>
                <w:lang w:eastAsia="ja-JP"/>
              </w:rPr>
            </w:pPr>
            <w:r w:rsidRPr="00287E3A">
              <w:rPr>
                <w:rFonts w:ascii="Yu Gothic" w:eastAsia="Yu Gothic" w:hAnsi="Yu Gothic" w:cs="Yu Gothic" w:hint="eastAsia"/>
                <w:b/>
                <w:sz w:val="20"/>
                <w:szCs w:val="28"/>
                <w:lang w:eastAsia="ja-JP"/>
              </w:rPr>
              <w:t>資本金の額又は出資の総額</w:t>
            </w:r>
          </w:p>
        </w:tc>
        <w:tc>
          <w:tcPr>
            <w:tcW w:w="5595" w:type="dxa"/>
            <w:tcMar>
              <w:top w:w="70" w:type="dxa"/>
              <w:left w:w="90" w:type="dxa"/>
              <w:bottom w:w="70" w:type="dxa"/>
              <w:right w:w="90" w:type="dxa"/>
            </w:tcMar>
            <w:vAlign w:val="center"/>
          </w:tcPr>
          <w:p w14:paraId="3FA9DF33" w14:textId="77777777" w:rsidR="00465E6C" w:rsidRPr="004453CD" w:rsidRDefault="00465E6C" w:rsidP="002C48FE">
            <w:pPr>
              <w:ind w:left="224" w:hanging="224"/>
              <w:jc w:val="both"/>
              <w:rPr>
                <w:sz w:val="24"/>
                <w:szCs w:val="24"/>
                <w:lang w:eastAsia="ja-JP"/>
              </w:rPr>
            </w:pPr>
          </w:p>
        </w:tc>
      </w:tr>
      <w:tr w:rsidR="00945779" w:rsidRPr="00287E3A" w14:paraId="45DC2C80" w14:textId="77777777" w:rsidTr="00287E3A">
        <w:trPr>
          <w:cantSplit/>
          <w:jc w:val="center"/>
        </w:trPr>
        <w:tc>
          <w:tcPr>
            <w:tcW w:w="3253" w:type="dxa"/>
            <w:tcBorders>
              <w:right w:val="single" w:sz="4" w:space="0" w:color="7F7F7F" w:themeColor="text1" w:themeTint="80"/>
            </w:tcBorders>
            <w:shd w:val="clear" w:color="auto" w:fill="D9E1F2"/>
            <w:tcMar>
              <w:top w:w="70" w:type="dxa"/>
              <w:left w:w="90" w:type="dxa"/>
              <w:bottom w:w="70" w:type="dxa"/>
              <w:right w:w="90" w:type="dxa"/>
            </w:tcMar>
            <w:vAlign w:val="center"/>
          </w:tcPr>
          <w:p w14:paraId="42F34871" w14:textId="77777777" w:rsidR="00465E6C" w:rsidRPr="00287E3A" w:rsidRDefault="00465E6C" w:rsidP="002C48FE">
            <w:pPr>
              <w:adjustRightInd w:val="0"/>
              <w:jc w:val="both"/>
              <w:rPr>
                <w:sz w:val="28"/>
                <w:szCs w:val="28"/>
                <w:lang w:eastAsia="ja-JP"/>
              </w:rPr>
            </w:pPr>
            <w:r w:rsidRPr="00287E3A">
              <w:rPr>
                <w:rFonts w:ascii="Yu Gothic" w:eastAsia="Yu Gothic" w:hAnsi="Yu Gothic" w:cs="Yu Gothic" w:hint="eastAsia"/>
                <w:b/>
                <w:sz w:val="20"/>
                <w:szCs w:val="28"/>
                <w:lang w:eastAsia="ja-JP"/>
              </w:rPr>
              <w:t>常時使用する従業員の数</w:t>
            </w:r>
          </w:p>
        </w:tc>
        <w:tc>
          <w:tcPr>
            <w:tcW w:w="5595" w:type="dxa"/>
            <w:tcBorders>
              <w:left w:val="single" w:sz="4" w:space="0" w:color="7F7F7F" w:themeColor="text1" w:themeTint="80"/>
            </w:tcBorders>
            <w:tcMar>
              <w:top w:w="70" w:type="dxa"/>
              <w:left w:w="90" w:type="dxa"/>
              <w:bottom w:w="70" w:type="dxa"/>
              <w:right w:w="90" w:type="dxa"/>
            </w:tcMar>
            <w:vAlign w:val="center"/>
          </w:tcPr>
          <w:p w14:paraId="0A2EF0E5" w14:textId="77777777" w:rsidR="00465E6C" w:rsidRPr="004453CD" w:rsidRDefault="00465E6C" w:rsidP="002C48FE">
            <w:pPr>
              <w:ind w:left="224" w:hanging="224"/>
              <w:jc w:val="both"/>
              <w:rPr>
                <w:sz w:val="24"/>
                <w:szCs w:val="24"/>
                <w:lang w:eastAsia="ja-JP"/>
              </w:rPr>
            </w:pPr>
          </w:p>
        </w:tc>
      </w:tr>
      <w:tr w:rsidR="00945779" w:rsidRPr="00287E3A" w14:paraId="4212B4D7" w14:textId="77777777" w:rsidTr="00287E3A">
        <w:trPr>
          <w:cantSplit/>
          <w:jc w:val="center"/>
        </w:trPr>
        <w:tc>
          <w:tcPr>
            <w:tcW w:w="3253" w:type="dxa"/>
            <w:tcBorders>
              <w:bottom w:val="single" w:sz="4" w:space="0" w:color="7F7F7F" w:themeColor="text1" w:themeTint="80"/>
              <w:right w:val="single" w:sz="4" w:space="0" w:color="7F7F7F" w:themeColor="text1" w:themeTint="80"/>
            </w:tcBorders>
            <w:shd w:val="clear" w:color="auto" w:fill="D9E1F2"/>
            <w:tcMar>
              <w:top w:w="70" w:type="dxa"/>
              <w:left w:w="90" w:type="dxa"/>
              <w:bottom w:w="70" w:type="dxa"/>
              <w:right w:w="90" w:type="dxa"/>
            </w:tcMar>
            <w:vAlign w:val="center"/>
          </w:tcPr>
          <w:p w14:paraId="2AA403E4" w14:textId="77777777" w:rsidR="00465E6C" w:rsidRPr="00287E3A" w:rsidRDefault="00465E6C" w:rsidP="002C48FE">
            <w:pPr>
              <w:adjustRightInd w:val="0"/>
              <w:jc w:val="both"/>
              <w:rPr>
                <w:sz w:val="28"/>
                <w:szCs w:val="28"/>
                <w:lang w:eastAsia="ja-JP"/>
              </w:rPr>
            </w:pPr>
            <w:r w:rsidRPr="00287E3A">
              <w:rPr>
                <w:rFonts w:ascii="Yu Gothic" w:eastAsia="Yu Gothic" w:hAnsi="Yu Gothic" w:cs="Yu Gothic" w:hint="eastAsia"/>
                <w:b/>
                <w:sz w:val="20"/>
                <w:szCs w:val="28"/>
                <w:lang w:eastAsia="ja-JP"/>
              </w:rPr>
              <w:t>法人番号（申請者が法人の場合）</w:t>
            </w:r>
          </w:p>
        </w:tc>
        <w:tc>
          <w:tcPr>
            <w:tcW w:w="5595" w:type="dxa"/>
            <w:tcBorders>
              <w:left w:val="single" w:sz="4" w:space="0" w:color="7F7F7F" w:themeColor="text1" w:themeTint="80"/>
              <w:bottom w:val="single" w:sz="4" w:space="0" w:color="7F7F7F" w:themeColor="text1" w:themeTint="80"/>
            </w:tcBorders>
            <w:tcMar>
              <w:top w:w="70" w:type="dxa"/>
              <w:left w:w="90" w:type="dxa"/>
              <w:bottom w:w="70" w:type="dxa"/>
              <w:right w:w="90" w:type="dxa"/>
            </w:tcMar>
            <w:vAlign w:val="center"/>
          </w:tcPr>
          <w:p w14:paraId="7136100D" w14:textId="77777777" w:rsidR="00465E6C" w:rsidRPr="004453CD" w:rsidRDefault="00465E6C" w:rsidP="002C48FE">
            <w:pPr>
              <w:ind w:left="224" w:hanging="224"/>
              <w:jc w:val="both"/>
              <w:rPr>
                <w:sz w:val="24"/>
                <w:szCs w:val="24"/>
                <w:lang w:eastAsia="ja-JP"/>
              </w:rPr>
            </w:pPr>
          </w:p>
        </w:tc>
      </w:tr>
      <w:tr w:rsidR="00945779" w:rsidRPr="00287E3A" w14:paraId="1066B601" w14:textId="77777777" w:rsidTr="00287E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0"/>
          <w:jc w:val="center"/>
        </w:trPr>
        <w:tc>
          <w:tcPr>
            <w:tcW w:w="325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1F2"/>
            <w:tcMar>
              <w:top w:w="70" w:type="dxa"/>
              <w:left w:w="90" w:type="dxa"/>
              <w:bottom w:w="70" w:type="dxa"/>
              <w:right w:w="90" w:type="dxa"/>
            </w:tcMar>
            <w:vAlign w:val="center"/>
          </w:tcPr>
          <w:p w14:paraId="62B06828" w14:textId="77777777" w:rsidR="00465E6C" w:rsidRPr="00287E3A" w:rsidRDefault="00465E6C" w:rsidP="002C48FE">
            <w:pPr>
              <w:adjustRightInd w:val="0"/>
              <w:jc w:val="both"/>
              <w:rPr>
                <w:sz w:val="28"/>
                <w:szCs w:val="28"/>
                <w:lang w:eastAsia="ja-JP"/>
              </w:rPr>
            </w:pPr>
            <w:r w:rsidRPr="00287E3A">
              <w:rPr>
                <w:rFonts w:ascii="Yu Gothic" w:eastAsia="Yu Gothic" w:hAnsi="Yu Gothic" w:cs="Yu Gothic" w:hint="eastAsia"/>
                <w:b/>
                <w:sz w:val="20"/>
                <w:szCs w:val="28"/>
                <w:lang w:eastAsia="ja-JP"/>
              </w:rPr>
              <w:t>医薬品卸売販売業を有する拠点数</w:t>
            </w:r>
          </w:p>
        </w:tc>
        <w:tc>
          <w:tcPr>
            <w:tcW w:w="55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Mar>
              <w:top w:w="70" w:type="dxa"/>
              <w:left w:w="90" w:type="dxa"/>
              <w:bottom w:w="70" w:type="dxa"/>
              <w:right w:w="90" w:type="dxa"/>
            </w:tcMar>
            <w:vAlign w:val="center"/>
          </w:tcPr>
          <w:p w14:paraId="2498AE62" w14:textId="77777777" w:rsidR="00465E6C" w:rsidRPr="004453CD" w:rsidRDefault="00465E6C" w:rsidP="002C48FE">
            <w:pPr>
              <w:ind w:left="224" w:hanging="224"/>
              <w:rPr>
                <w:sz w:val="24"/>
                <w:szCs w:val="24"/>
                <w:lang w:eastAsia="ja-JP"/>
              </w:rPr>
            </w:pPr>
          </w:p>
        </w:tc>
      </w:tr>
    </w:tbl>
    <w:p w14:paraId="4F60F404" w14:textId="77777777" w:rsidR="00465E6C" w:rsidRPr="00287E3A" w:rsidRDefault="00465E6C" w:rsidP="00465E6C">
      <w:pPr>
        <w:spacing w:after="60"/>
        <w:ind w:left="224" w:hanging="224"/>
        <w:rPr>
          <w:sz w:val="28"/>
          <w:szCs w:val="28"/>
          <w:lang w:eastAsia="ja-JP"/>
        </w:rPr>
      </w:pP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1410"/>
        <w:gridCol w:w="1843"/>
        <w:gridCol w:w="5585"/>
      </w:tblGrid>
      <w:tr w:rsidR="00945779" w:rsidRPr="00287E3A" w14:paraId="2E8B3E68" w14:textId="77777777" w:rsidTr="00287E3A">
        <w:trPr>
          <w:cantSplit/>
          <w:jc w:val="center"/>
        </w:trPr>
        <w:tc>
          <w:tcPr>
            <w:tcW w:w="1410" w:type="dxa"/>
            <w:shd w:val="clear" w:color="auto" w:fill="D9E1F2"/>
            <w:tcMar>
              <w:top w:w="70" w:type="dxa"/>
              <w:left w:w="90" w:type="dxa"/>
              <w:bottom w:w="70" w:type="dxa"/>
              <w:right w:w="90" w:type="dxa"/>
            </w:tcMar>
            <w:vAlign w:val="center"/>
          </w:tcPr>
          <w:p w14:paraId="557E2B5F" w14:textId="77777777" w:rsidR="00465E6C" w:rsidRPr="00287E3A" w:rsidRDefault="00465E6C" w:rsidP="002C48FE">
            <w:pPr>
              <w:ind w:left="224" w:hanging="224"/>
              <w:jc w:val="center"/>
              <w:rPr>
                <w:sz w:val="28"/>
                <w:szCs w:val="28"/>
              </w:rPr>
            </w:pPr>
            <w:proofErr w:type="spellStart"/>
            <w:r w:rsidRPr="00287E3A">
              <w:rPr>
                <w:rFonts w:ascii="Yu Gothic" w:eastAsia="Yu Gothic" w:hAnsi="Yu Gothic" w:cs="Yu Gothic" w:hint="eastAsia"/>
                <w:b/>
                <w:sz w:val="20"/>
                <w:szCs w:val="28"/>
              </w:rPr>
              <w:t>担当者</w:t>
            </w:r>
            <w:proofErr w:type="spellEnd"/>
          </w:p>
        </w:tc>
        <w:tc>
          <w:tcPr>
            <w:tcW w:w="1843" w:type="dxa"/>
            <w:shd w:val="clear" w:color="auto" w:fill="D9E1F2"/>
            <w:tcMar>
              <w:top w:w="70" w:type="dxa"/>
              <w:left w:w="90" w:type="dxa"/>
              <w:bottom w:w="70" w:type="dxa"/>
              <w:right w:w="90" w:type="dxa"/>
            </w:tcMar>
            <w:vAlign w:val="center"/>
          </w:tcPr>
          <w:p w14:paraId="6452C742" w14:textId="77777777" w:rsidR="00465E6C" w:rsidRPr="00287E3A" w:rsidRDefault="00465E6C" w:rsidP="002C48FE">
            <w:pPr>
              <w:adjustRightInd w:val="0"/>
              <w:ind w:left="224" w:hanging="224"/>
              <w:jc w:val="center"/>
              <w:rPr>
                <w:sz w:val="28"/>
                <w:szCs w:val="28"/>
              </w:rPr>
            </w:pPr>
            <w:proofErr w:type="spellStart"/>
            <w:r w:rsidRPr="00287E3A">
              <w:rPr>
                <w:rFonts w:ascii="Yu Gothic" w:eastAsia="Yu Gothic" w:hAnsi="Yu Gothic" w:cs="Yu Gothic" w:hint="eastAsia"/>
                <w:b/>
                <w:sz w:val="20"/>
                <w:szCs w:val="28"/>
              </w:rPr>
              <w:t>部署</w:t>
            </w:r>
            <w:proofErr w:type="spellEnd"/>
          </w:p>
        </w:tc>
        <w:tc>
          <w:tcPr>
            <w:tcW w:w="5585" w:type="dxa"/>
            <w:tcMar>
              <w:top w:w="70" w:type="dxa"/>
              <w:left w:w="90" w:type="dxa"/>
              <w:bottom w:w="70" w:type="dxa"/>
              <w:right w:w="90" w:type="dxa"/>
            </w:tcMar>
            <w:vAlign w:val="center"/>
          </w:tcPr>
          <w:p w14:paraId="56B31075" w14:textId="77777777" w:rsidR="00465E6C" w:rsidRPr="004453CD" w:rsidRDefault="00465E6C" w:rsidP="002C48FE">
            <w:pPr>
              <w:ind w:left="224" w:hanging="224"/>
              <w:jc w:val="both"/>
              <w:rPr>
                <w:sz w:val="24"/>
                <w:szCs w:val="24"/>
              </w:rPr>
            </w:pPr>
          </w:p>
        </w:tc>
      </w:tr>
      <w:tr w:rsidR="00945779" w:rsidRPr="00287E3A" w14:paraId="036142F4" w14:textId="77777777" w:rsidTr="00287E3A">
        <w:trPr>
          <w:cantSplit/>
          <w:jc w:val="center"/>
        </w:trPr>
        <w:tc>
          <w:tcPr>
            <w:tcW w:w="1410" w:type="dxa"/>
            <w:shd w:val="clear" w:color="auto" w:fill="D9E1F2"/>
            <w:tcMar>
              <w:top w:w="70" w:type="dxa"/>
              <w:left w:w="90" w:type="dxa"/>
              <w:bottom w:w="70" w:type="dxa"/>
              <w:right w:w="90" w:type="dxa"/>
            </w:tcMar>
            <w:vAlign w:val="center"/>
          </w:tcPr>
          <w:p w14:paraId="2EE5F6D2" w14:textId="77777777" w:rsidR="00465E6C" w:rsidRPr="00287E3A" w:rsidRDefault="00465E6C" w:rsidP="002C48FE">
            <w:pPr>
              <w:ind w:left="224" w:hanging="224"/>
              <w:jc w:val="center"/>
              <w:rPr>
                <w:sz w:val="28"/>
                <w:szCs w:val="28"/>
              </w:rPr>
            </w:pPr>
          </w:p>
        </w:tc>
        <w:tc>
          <w:tcPr>
            <w:tcW w:w="1843" w:type="dxa"/>
            <w:shd w:val="clear" w:color="auto" w:fill="D9E1F2"/>
            <w:tcMar>
              <w:top w:w="70" w:type="dxa"/>
              <w:left w:w="90" w:type="dxa"/>
              <w:bottom w:w="70" w:type="dxa"/>
              <w:right w:w="90" w:type="dxa"/>
            </w:tcMar>
            <w:vAlign w:val="center"/>
          </w:tcPr>
          <w:p w14:paraId="473AA45D" w14:textId="77777777" w:rsidR="00465E6C" w:rsidRPr="00287E3A" w:rsidRDefault="00465E6C" w:rsidP="002C48FE">
            <w:pPr>
              <w:adjustRightInd w:val="0"/>
              <w:ind w:left="224" w:hanging="224"/>
              <w:jc w:val="center"/>
              <w:rPr>
                <w:sz w:val="28"/>
                <w:szCs w:val="28"/>
              </w:rPr>
            </w:pPr>
            <w:proofErr w:type="spellStart"/>
            <w:r w:rsidRPr="00287E3A">
              <w:rPr>
                <w:rFonts w:ascii="Yu Gothic" w:eastAsia="Yu Gothic" w:hAnsi="Yu Gothic" w:cs="Yu Gothic" w:hint="eastAsia"/>
                <w:b/>
                <w:sz w:val="20"/>
                <w:szCs w:val="28"/>
              </w:rPr>
              <w:t>氏名</w:t>
            </w:r>
            <w:proofErr w:type="spellEnd"/>
          </w:p>
        </w:tc>
        <w:tc>
          <w:tcPr>
            <w:tcW w:w="5585" w:type="dxa"/>
            <w:tcMar>
              <w:top w:w="70" w:type="dxa"/>
              <w:left w:w="90" w:type="dxa"/>
              <w:bottom w:w="70" w:type="dxa"/>
              <w:right w:w="90" w:type="dxa"/>
            </w:tcMar>
            <w:vAlign w:val="center"/>
          </w:tcPr>
          <w:p w14:paraId="2FC067F7" w14:textId="77777777" w:rsidR="00465E6C" w:rsidRPr="004453CD" w:rsidRDefault="00465E6C" w:rsidP="002C48FE">
            <w:pPr>
              <w:ind w:left="224" w:hanging="224"/>
              <w:jc w:val="both"/>
              <w:rPr>
                <w:sz w:val="24"/>
                <w:szCs w:val="24"/>
              </w:rPr>
            </w:pPr>
          </w:p>
        </w:tc>
      </w:tr>
      <w:tr w:rsidR="00945779" w:rsidRPr="00287E3A" w14:paraId="21143339" w14:textId="77777777" w:rsidTr="00287E3A">
        <w:trPr>
          <w:cantSplit/>
          <w:jc w:val="center"/>
        </w:trPr>
        <w:tc>
          <w:tcPr>
            <w:tcW w:w="1410" w:type="dxa"/>
            <w:shd w:val="clear" w:color="auto" w:fill="D9E1F2"/>
            <w:tcMar>
              <w:top w:w="70" w:type="dxa"/>
              <w:left w:w="90" w:type="dxa"/>
              <w:bottom w:w="70" w:type="dxa"/>
              <w:right w:w="90" w:type="dxa"/>
            </w:tcMar>
            <w:vAlign w:val="center"/>
          </w:tcPr>
          <w:p w14:paraId="45524469" w14:textId="77777777" w:rsidR="00465E6C" w:rsidRPr="00287E3A" w:rsidRDefault="00465E6C" w:rsidP="002C48FE">
            <w:pPr>
              <w:ind w:left="224" w:hanging="224"/>
              <w:jc w:val="center"/>
              <w:rPr>
                <w:sz w:val="28"/>
                <w:szCs w:val="28"/>
              </w:rPr>
            </w:pPr>
          </w:p>
        </w:tc>
        <w:tc>
          <w:tcPr>
            <w:tcW w:w="1843" w:type="dxa"/>
            <w:shd w:val="clear" w:color="auto" w:fill="D9E1F2"/>
            <w:tcMar>
              <w:top w:w="70" w:type="dxa"/>
              <w:left w:w="90" w:type="dxa"/>
              <w:bottom w:w="70" w:type="dxa"/>
              <w:right w:w="90" w:type="dxa"/>
            </w:tcMar>
            <w:vAlign w:val="center"/>
          </w:tcPr>
          <w:p w14:paraId="00174BB6" w14:textId="77777777" w:rsidR="00465E6C" w:rsidRPr="00287E3A" w:rsidRDefault="00465E6C" w:rsidP="002C48FE">
            <w:pPr>
              <w:adjustRightInd w:val="0"/>
              <w:ind w:left="224" w:hanging="224"/>
              <w:jc w:val="center"/>
              <w:rPr>
                <w:sz w:val="28"/>
                <w:szCs w:val="28"/>
              </w:rPr>
            </w:pPr>
            <w:proofErr w:type="spellStart"/>
            <w:r w:rsidRPr="00287E3A">
              <w:rPr>
                <w:rFonts w:ascii="Yu Gothic" w:eastAsia="Yu Gothic" w:hAnsi="Yu Gothic" w:cs="Yu Gothic" w:hint="eastAsia"/>
                <w:b/>
                <w:sz w:val="20"/>
                <w:szCs w:val="28"/>
              </w:rPr>
              <w:t>電話番号</w:t>
            </w:r>
            <w:proofErr w:type="spellEnd"/>
          </w:p>
        </w:tc>
        <w:tc>
          <w:tcPr>
            <w:tcW w:w="5585" w:type="dxa"/>
            <w:tcMar>
              <w:top w:w="70" w:type="dxa"/>
              <w:left w:w="90" w:type="dxa"/>
              <w:bottom w:w="70" w:type="dxa"/>
              <w:right w:w="90" w:type="dxa"/>
            </w:tcMar>
            <w:vAlign w:val="center"/>
          </w:tcPr>
          <w:p w14:paraId="18C0373F" w14:textId="77777777" w:rsidR="00465E6C" w:rsidRPr="004453CD" w:rsidRDefault="00465E6C" w:rsidP="002C48FE">
            <w:pPr>
              <w:ind w:left="224" w:hanging="224"/>
              <w:jc w:val="both"/>
              <w:rPr>
                <w:sz w:val="24"/>
                <w:szCs w:val="24"/>
              </w:rPr>
            </w:pPr>
          </w:p>
        </w:tc>
      </w:tr>
      <w:tr w:rsidR="00945779" w:rsidRPr="00287E3A" w14:paraId="4681C3E4" w14:textId="77777777" w:rsidTr="00287E3A">
        <w:trPr>
          <w:cantSplit/>
          <w:jc w:val="center"/>
        </w:trPr>
        <w:tc>
          <w:tcPr>
            <w:tcW w:w="1410" w:type="dxa"/>
            <w:shd w:val="clear" w:color="auto" w:fill="D9E1F2"/>
            <w:tcMar>
              <w:top w:w="70" w:type="dxa"/>
              <w:left w:w="90" w:type="dxa"/>
              <w:bottom w:w="70" w:type="dxa"/>
              <w:right w:w="90" w:type="dxa"/>
            </w:tcMar>
            <w:vAlign w:val="center"/>
          </w:tcPr>
          <w:p w14:paraId="1EFDCFD8" w14:textId="77777777" w:rsidR="00465E6C" w:rsidRPr="00287E3A" w:rsidRDefault="00465E6C" w:rsidP="002C48FE">
            <w:pPr>
              <w:ind w:left="224" w:hanging="224"/>
              <w:jc w:val="center"/>
              <w:rPr>
                <w:sz w:val="28"/>
                <w:szCs w:val="28"/>
              </w:rPr>
            </w:pPr>
          </w:p>
        </w:tc>
        <w:tc>
          <w:tcPr>
            <w:tcW w:w="1843" w:type="dxa"/>
            <w:shd w:val="clear" w:color="auto" w:fill="D9E1F2"/>
            <w:tcMar>
              <w:top w:w="70" w:type="dxa"/>
              <w:left w:w="90" w:type="dxa"/>
              <w:bottom w:w="70" w:type="dxa"/>
              <w:right w:w="90" w:type="dxa"/>
            </w:tcMar>
            <w:vAlign w:val="center"/>
          </w:tcPr>
          <w:p w14:paraId="0A1B5356" w14:textId="77777777" w:rsidR="00465E6C" w:rsidRPr="00287E3A" w:rsidRDefault="00465E6C" w:rsidP="002C48FE">
            <w:pPr>
              <w:adjustRightInd w:val="0"/>
              <w:ind w:left="224" w:hanging="224"/>
              <w:jc w:val="center"/>
              <w:rPr>
                <w:sz w:val="28"/>
                <w:szCs w:val="28"/>
              </w:rPr>
            </w:pPr>
            <w:proofErr w:type="spellStart"/>
            <w:r w:rsidRPr="00287E3A">
              <w:rPr>
                <w:rFonts w:ascii="Yu Gothic" w:eastAsia="Yu Gothic" w:hAnsi="Yu Gothic" w:cs="Yu Gothic" w:hint="eastAsia"/>
                <w:b/>
                <w:sz w:val="20"/>
                <w:szCs w:val="28"/>
              </w:rPr>
              <w:t>メールアドレス</w:t>
            </w:r>
            <w:proofErr w:type="spellEnd"/>
          </w:p>
        </w:tc>
        <w:tc>
          <w:tcPr>
            <w:tcW w:w="5585" w:type="dxa"/>
            <w:tcMar>
              <w:top w:w="70" w:type="dxa"/>
              <w:left w:w="90" w:type="dxa"/>
              <w:bottom w:w="70" w:type="dxa"/>
              <w:right w:w="90" w:type="dxa"/>
            </w:tcMar>
            <w:vAlign w:val="center"/>
          </w:tcPr>
          <w:p w14:paraId="5558B0C1" w14:textId="77777777" w:rsidR="00465E6C" w:rsidRPr="004453CD" w:rsidRDefault="00465E6C" w:rsidP="002C48FE">
            <w:pPr>
              <w:ind w:left="224" w:hanging="224"/>
              <w:jc w:val="both"/>
              <w:rPr>
                <w:sz w:val="24"/>
                <w:szCs w:val="24"/>
              </w:rPr>
            </w:pPr>
          </w:p>
        </w:tc>
      </w:tr>
    </w:tbl>
    <w:p w14:paraId="7B44CB41" w14:textId="77777777" w:rsidR="00465E6C" w:rsidRPr="00945779" w:rsidRDefault="00465E6C" w:rsidP="00465E6C">
      <w:pPr>
        <w:pStyle w:val="1"/>
        <w:spacing w:before="280" w:after="100" w:line="240" w:lineRule="auto"/>
        <w:ind w:left="224" w:hanging="224"/>
        <w:rPr>
          <w:color w:val="auto"/>
          <w:sz w:val="24"/>
          <w:szCs w:val="24"/>
          <w:lang w:eastAsia="ja-JP"/>
        </w:rPr>
      </w:pPr>
      <w:r w:rsidRPr="00945779">
        <w:rPr>
          <w:rFonts w:ascii="Yu Gothic" w:eastAsia="Yu Gothic" w:hAnsi="Yu Gothic" w:cs="Yu Gothic"/>
          <w:color w:val="auto"/>
          <w:sz w:val="24"/>
          <w:szCs w:val="24"/>
          <w:lang w:eastAsia="ja-JP"/>
        </w:rPr>
        <w:lastRenderedPageBreak/>
        <w:t>２．該当する取組（公募要領2．（3）①）を選択してください。（複数選択可能）</w:t>
      </w:r>
    </w:p>
    <w:tbl>
      <w:tblPr>
        <w:tblStyle w:val="afe"/>
        <w:tblW w:w="8830" w:type="dxa"/>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609"/>
        <w:gridCol w:w="8221"/>
      </w:tblGrid>
      <w:tr w:rsidR="00945779" w:rsidRPr="00945779" w14:paraId="49CE6168" w14:textId="77777777" w:rsidTr="002C48FE">
        <w:trPr>
          <w:cantSplit/>
          <w:trHeight w:val="247"/>
          <w:jc w:val="center"/>
        </w:trPr>
        <w:tc>
          <w:tcPr>
            <w:tcW w:w="609" w:type="dxa"/>
            <w:shd w:val="clear" w:color="auto" w:fill="D9E1F2"/>
            <w:tcMar>
              <w:top w:w="70" w:type="dxa"/>
              <w:left w:w="90" w:type="dxa"/>
              <w:bottom w:w="70" w:type="dxa"/>
              <w:right w:w="90" w:type="dxa"/>
            </w:tcMar>
            <w:vAlign w:val="center"/>
          </w:tcPr>
          <w:p w14:paraId="19367D1E" w14:textId="77777777" w:rsidR="00465E6C" w:rsidRPr="00287E3A" w:rsidRDefault="00465E6C" w:rsidP="002C48FE">
            <w:pPr>
              <w:ind w:left="224" w:hanging="224"/>
              <w:jc w:val="center"/>
              <w:rPr>
                <w:sz w:val="20"/>
                <w:szCs w:val="20"/>
              </w:rPr>
            </w:pPr>
            <w:r w:rsidRPr="00287E3A">
              <w:rPr>
                <w:rFonts w:ascii="Yu Gothic" w:eastAsia="Yu Gothic" w:hAnsi="Yu Gothic" w:cs="Yu Gothic" w:hint="eastAsia"/>
                <w:b/>
                <w:sz w:val="20"/>
                <w:szCs w:val="20"/>
              </w:rPr>
              <w:t>□</w:t>
            </w:r>
          </w:p>
        </w:tc>
        <w:tc>
          <w:tcPr>
            <w:tcW w:w="8221" w:type="dxa"/>
            <w:tcMar>
              <w:top w:w="70" w:type="dxa"/>
              <w:left w:w="90" w:type="dxa"/>
              <w:bottom w:w="70" w:type="dxa"/>
              <w:right w:w="90" w:type="dxa"/>
            </w:tcMar>
            <w:vAlign w:val="center"/>
          </w:tcPr>
          <w:p w14:paraId="5A6AAF27" w14:textId="77777777" w:rsidR="00465E6C" w:rsidRPr="00287E3A" w:rsidRDefault="00465E6C" w:rsidP="002C48FE">
            <w:pPr>
              <w:ind w:left="224" w:hanging="224"/>
              <w:rPr>
                <w:sz w:val="20"/>
                <w:szCs w:val="20"/>
                <w:lang w:eastAsia="ja-JP"/>
              </w:rPr>
            </w:pPr>
            <w:r w:rsidRPr="00287E3A">
              <w:rPr>
                <w:rFonts w:ascii="Yu Gothic" w:eastAsia="Yu Gothic" w:hAnsi="Yu Gothic" w:cs="Yu Gothic" w:hint="eastAsia"/>
                <w:sz w:val="20"/>
                <w:szCs w:val="20"/>
                <w:lang w:eastAsia="ja-JP"/>
              </w:rPr>
              <w:t>ア　自社における流通の効率化及び省人化の推進に資する取組</w:t>
            </w:r>
          </w:p>
        </w:tc>
      </w:tr>
      <w:tr w:rsidR="00945779" w:rsidRPr="00945779" w14:paraId="47BEE17D" w14:textId="77777777" w:rsidTr="002C48FE">
        <w:trPr>
          <w:cantSplit/>
          <w:jc w:val="center"/>
        </w:trPr>
        <w:tc>
          <w:tcPr>
            <w:tcW w:w="609" w:type="dxa"/>
            <w:shd w:val="clear" w:color="auto" w:fill="D9E1F2"/>
            <w:tcMar>
              <w:top w:w="70" w:type="dxa"/>
              <w:left w:w="90" w:type="dxa"/>
              <w:bottom w:w="70" w:type="dxa"/>
              <w:right w:w="90" w:type="dxa"/>
            </w:tcMar>
            <w:vAlign w:val="center"/>
          </w:tcPr>
          <w:p w14:paraId="0D7B9E63" w14:textId="77777777" w:rsidR="00465E6C" w:rsidRPr="00287E3A" w:rsidRDefault="00465E6C" w:rsidP="002C48FE">
            <w:pPr>
              <w:ind w:left="224" w:hanging="224"/>
              <w:jc w:val="center"/>
              <w:rPr>
                <w:sz w:val="20"/>
                <w:szCs w:val="20"/>
              </w:rPr>
            </w:pPr>
            <w:r w:rsidRPr="00287E3A">
              <w:rPr>
                <w:rFonts w:ascii="Yu Gothic" w:eastAsia="Yu Gothic" w:hAnsi="Yu Gothic" w:cs="Yu Gothic" w:hint="eastAsia"/>
                <w:b/>
                <w:sz w:val="20"/>
                <w:szCs w:val="20"/>
              </w:rPr>
              <w:t>□</w:t>
            </w:r>
          </w:p>
        </w:tc>
        <w:tc>
          <w:tcPr>
            <w:tcW w:w="8221" w:type="dxa"/>
            <w:tcMar>
              <w:top w:w="70" w:type="dxa"/>
              <w:left w:w="90" w:type="dxa"/>
              <w:bottom w:w="70" w:type="dxa"/>
              <w:right w:w="90" w:type="dxa"/>
            </w:tcMar>
            <w:vAlign w:val="center"/>
          </w:tcPr>
          <w:p w14:paraId="5A77FA01" w14:textId="77777777" w:rsidR="00465E6C" w:rsidRPr="00287E3A" w:rsidRDefault="00465E6C" w:rsidP="002C48FE">
            <w:pPr>
              <w:ind w:left="224" w:hanging="224"/>
              <w:rPr>
                <w:sz w:val="20"/>
                <w:szCs w:val="20"/>
                <w:lang w:eastAsia="ja-JP"/>
              </w:rPr>
            </w:pPr>
            <w:r w:rsidRPr="00287E3A">
              <w:rPr>
                <w:rFonts w:ascii="Yu Gothic" w:eastAsia="Yu Gothic" w:hAnsi="Yu Gothic" w:cs="Yu Gothic" w:hint="eastAsia"/>
                <w:sz w:val="20"/>
                <w:szCs w:val="20"/>
                <w:lang w:eastAsia="ja-JP"/>
              </w:rPr>
              <w:t>イ　需給調整（出荷調整や代替品の確保等）業務の効率化に資する取組</w:t>
            </w:r>
          </w:p>
        </w:tc>
      </w:tr>
      <w:tr w:rsidR="00945779" w:rsidRPr="00945779" w14:paraId="22CBDFFC" w14:textId="77777777" w:rsidTr="002C48FE">
        <w:trPr>
          <w:cantSplit/>
          <w:jc w:val="center"/>
        </w:trPr>
        <w:tc>
          <w:tcPr>
            <w:tcW w:w="609" w:type="dxa"/>
            <w:shd w:val="clear" w:color="auto" w:fill="D9E1F2"/>
            <w:tcMar>
              <w:top w:w="70" w:type="dxa"/>
              <w:left w:w="90" w:type="dxa"/>
              <w:bottom w:w="70" w:type="dxa"/>
              <w:right w:w="90" w:type="dxa"/>
            </w:tcMar>
            <w:vAlign w:val="center"/>
          </w:tcPr>
          <w:p w14:paraId="00DD4C2F" w14:textId="77777777" w:rsidR="00465E6C" w:rsidRPr="00287E3A" w:rsidRDefault="00465E6C" w:rsidP="002C48FE">
            <w:pPr>
              <w:ind w:left="224" w:hanging="224"/>
              <w:jc w:val="center"/>
              <w:rPr>
                <w:sz w:val="20"/>
                <w:szCs w:val="20"/>
              </w:rPr>
            </w:pPr>
            <w:r w:rsidRPr="00287E3A">
              <w:rPr>
                <w:rFonts w:ascii="Yu Gothic" w:eastAsia="Yu Gothic" w:hAnsi="Yu Gothic" w:cs="Yu Gothic" w:hint="eastAsia"/>
                <w:b/>
                <w:sz w:val="20"/>
                <w:szCs w:val="20"/>
              </w:rPr>
              <w:t>□</w:t>
            </w:r>
          </w:p>
        </w:tc>
        <w:tc>
          <w:tcPr>
            <w:tcW w:w="8221" w:type="dxa"/>
            <w:tcMar>
              <w:top w:w="70" w:type="dxa"/>
              <w:left w:w="90" w:type="dxa"/>
              <w:bottom w:w="70" w:type="dxa"/>
              <w:right w:w="90" w:type="dxa"/>
            </w:tcMar>
            <w:vAlign w:val="center"/>
          </w:tcPr>
          <w:p w14:paraId="44C05D66" w14:textId="77777777" w:rsidR="00465E6C" w:rsidRPr="00287E3A" w:rsidRDefault="00465E6C" w:rsidP="002C48FE">
            <w:pPr>
              <w:ind w:left="224" w:hanging="224"/>
              <w:rPr>
                <w:sz w:val="20"/>
                <w:szCs w:val="20"/>
                <w:lang w:eastAsia="ja-JP"/>
              </w:rPr>
            </w:pPr>
            <w:r w:rsidRPr="00287E3A">
              <w:rPr>
                <w:rFonts w:ascii="Yu Gothic" w:eastAsia="Yu Gothic" w:hAnsi="Yu Gothic" w:cs="Yu Gothic" w:hint="eastAsia"/>
                <w:sz w:val="20"/>
                <w:szCs w:val="20"/>
                <w:lang w:eastAsia="ja-JP"/>
              </w:rPr>
              <w:t>ウ　過剰発注の防止等、適正な受発注を効率的に実施するための取組</w:t>
            </w:r>
          </w:p>
        </w:tc>
      </w:tr>
      <w:tr w:rsidR="00945779" w:rsidRPr="00945779" w14:paraId="59E2381B" w14:textId="77777777" w:rsidTr="002C48FE">
        <w:trPr>
          <w:cantSplit/>
          <w:jc w:val="center"/>
        </w:trPr>
        <w:tc>
          <w:tcPr>
            <w:tcW w:w="609" w:type="dxa"/>
            <w:shd w:val="clear" w:color="auto" w:fill="D9E1F2"/>
            <w:tcMar>
              <w:top w:w="70" w:type="dxa"/>
              <w:left w:w="90" w:type="dxa"/>
              <w:bottom w:w="70" w:type="dxa"/>
              <w:right w:w="90" w:type="dxa"/>
            </w:tcMar>
            <w:vAlign w:val="center"/>
          </w:tcPr>
          <w:p w14:paraId="025C81E5" w14:textId="77777777" w:rsidR="00465E6C" w:rsidRPr="00287E3A" w:rsidRDefault="00465E6C" w:rsidP="002C48FE">
            <w:pPr>
              <w:ind w:left="224" w:hanging="224"/>
              <w:jc w:val="center"/>
              <w:rPr>
                <w:sz w:val="20"/>
                <w:szCs w:val="20"/>
              </w:rPr>
            </w:pPr>
            <w:r w:rsidRPr="00287E3A">
              <w:rPr>
                <w:rFonts w:ascii="Yu Gothic" w:eastAsia="Yu Gothic" w:hAnsi="Yu Gothic" w:cs="Yu Gothic" w:hint="eastAsia"/>
                <w:b/>
                <w:sz w:val="20"/>
                <w:szCs w:val="20"/>
              </w:rPr>
              <w:t>□</w:t>
            </w:r>
          </w:p>
        </w:tc>
        <w:tc>
          <w:tcPr>
            <w:tcW w:w="8221" w:type="dxa"/>
            <w:tcMar>
              <w:top w:w="70" w:type="dxa"/>
              <w:left w:w="90" w:type="dxa"/>
              <w:bottom w:w="70" w:type="dxa"/>
              <w:right w:w="90" w:type="dxa"/>
            </w:tcMar>
            <w:vAlign w:val="center"/>
          </w:tcPr>
          <w:p w14:paraId="31EFDC46" w14:textId="77777777" w:rsidR="00465E6C" w:rsidRPr="00287E3A" w:rsidRDefault="00465E6C" w:rsidP="002C48FE">
            <w:pPr>
              <w:ind w:left="224" w:hanging="224"/>
              <w:rPr>
                <w:sz w:val="20"/>
                <w:szCs w:val="20"/>
                <w:lang w:eastAsia="ja-JP"/>
              </w:rPr>
            </w:pPr>
            <w:r w:rsidRPr="00287E3A">
              <w:rPr>
                <w:rFonts w:ascii="Yu Gothic" w:eastAsia="Yu Gothic" w:hAnsi="Yu Gothic" w:cs="Yu Gothic" w:hint="eastAsia"/>
                <w:sz w:val="20"/>
                <w:szCs w:val="20"/>
                <w:lang w:eastAsia="ja-JP"/>
              </w:rPr>
              <w:t>エ　共同配送、適正在庫管理支援その他地域医療への貢献に資する取組</w:t>
            </w:r>
          </w:p>
        </w:tc>
      </w:tr>
      <w:tr w:rsidR="00945779" w:rsidRPr="00945779" w14:paraId="5D0BC22B" w14:textId="77777777" w:rsidTr="002C48FE">
        <w:trPr>
          <w:cantSplit/>
          <w:jc w:val="center"/>
        </w:trPr>
        <w:tc>
          <w:tcPr>
            <w:tcW w:w="609" w:type="dxa"/>
            <w:shd w:val="clear" w:color="auto" w:fill="D9E1F2"/>
            <w:tcMar>
              <w:top w:w="70" w:type="dxa"/>
              <w:left w:w="90" w:type="dxa"/>
              <w:bottom w:w="70" w:type="dxa"/>
              <w:right w:w="90" w:type="dxa"/>
            </w:tcMar>
            <w:vAlign w:val="center"/>
          </w:tcPr>
          <w:p w14:paraId="568F4A02" w14:textId="77777777" w:rsidR="00465E6C" w:rsidRPr="00287E3A" w:rsidRDefault="00465E6C" w:rsidP="002C48FE">
            <w:pPr>
              <w:ind w:left="224" w:hanging="224"/>
              <w:jc w:val="center"/>
              <w:rPr>
                <w:sz w:val="20"/>
                <w:szCs w:val="20"/>
              </w:rPr>
            </w:pPr>
            <w:r w:rsidRPr="00287E3A">
              <w:rPr>
                <w:rFonts w:ascii="Yu Gothic" w:eastAsia="Yu Gothic" w:hAnsi="Yu Gothic" w:cs="Yu Gothic" w:hint="eastAsia"/>
                <w:b/>
                <w:sz w:val="20"/>
                <w:szCs w:val="20"/>
              </w:rPr>
              <w:t>□</w:t>
            </w:r>
          </w:p>
        </w:tc>
        <w:tc>
          <w:tcPr>
            <w:tcW w:w="8221" w:type="dxa"/>
            <w:tcMar>
              <w:top w:w="70" w:type="dxa"/>
              <w:left w:w="90" w:type="dxa"/>
              <w:bottom w:w="70" w:type="dxa"/>
              <w:right w:w="90" w:type="dxa"/>
            </w:tcMar>
            <w:vAlign w:val="center"/>
          </w:tcPr>
          <w:p w14:paraId="521725A3" w14:textId="77777777" w:rsidR="00465E6C" w:rsidRPr="00287E3A" w:rsidRDefault="00465E6C" w:rsidP="002C48FE">
            <w:pPr>
              <w:ind w:left="224" w:hanging="224"/>
              <w:rPr>
                <w:sz w:val="20"/>
                <w:szCs w:val="20"/>
                <w:lang w:eastAsia="ja-JP"/>
              </w:rPr>
            </w:pPr>
            <w:r w:rsidRPr="00287E3A">
              <w:rPr>
                <w:rFonts w:ascii="Yu Gothic" w:eastAsia="Yu Gothic" w:hAnsi="Yu Gothic" w:cs="Yu Gothic" w:hint="eastAsia"/>
                <w:sz w:val="20"/>
                <w:szCs w:val="20"/>
                <w:lang w:eastAsia="ja-JP"/>
              </w:rPr>
              <w:t>オ　地域における医療機関・薬局が行う高額医薬品等の適正な在庫管理を支援することにより、医薬品の廃棄量削減等の地域コストの削減に資する取組</w:t>
            </w:r>
          </w:p>
        </w:tc>
      </w:tr>
    </w:tbl>
    <w:p w14:paraId="2724D14D" w14:textId="77777777" w:rsidR="00465E6C" w:rsidRPr="00945779" w:rsidRDefault="00465E6C" w:rsidP="00465E6C">
      <w:pPr>
        <w:spacing w:after="60"/>
        <w:ind w:leftChars="15" w:left="139" w:hangingChars="45" w:hanging="108"/>
        <w:rPr>
          <w:sz w:val="24"/>
          <w:szCs w:val="24"/>
          <w:lang w:eastAsia="ja-JP"/>
        </w:rPr>
      </w:pPr>
    </w:p>
    <w:p w14:paraId="4A7E3D1B" w14:textId="77777777" w:rsidR="00465E6C" w:rsidRPr="00945779" w:rsidRDefault="00465E6C" w:rsidP="00465E6C">
      <w:pPr>
        <w:pStyle w:val="1"/>
        <w:spacing w:before="280" w:after="100" w:line="240" w:lineRule="auto"/>
        <w:ind w:left="224" w:hanging="224"/>
        <w:rPr>
          <w:color w:val="auto"/>
          <w:sz w:val="24"/>
          <w:szCs w:val="24"/>
          <w:lang w:eastAsia="ja-JP"/>
        </w:rPr>
      </w:pPr>
      <w:r w:rsidRPr="00945779">
        <w:rPr>
          <w:rFonts w:ascii="Yu Gothic" w:eastAsia="Yu Gothic" w:hAnsi="Yu Gothic" w:cs="Yu Gothic" w:hint="eastAsia"/>
          <w:color w:val="auto"/>
          <w:sz w:val="24"/>
          <w:szCs w:val="24"/>
          <w:lang w:eastAsia="ja-JP"/>
        </w:rPr>
        <w:t>３．事業計画の概要（400字以内）（以下３－１から３－７に記載した内容の要約）</w:t>
      </w: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8818"/>
      </w:tblGrid>
      <w:tr w:rsidR="00945779" w:rsidRPr="00945779" w14:paraId="5D908402" w14:textId="77777777" w:rsidTr="002C48FE">
        <w:trPr>
          <w:cantSplit/>
          <w:jc w:val="center"/>
        </w:trPr>
        <w:tc>
          <w:tcPr>
            <w:tcW w:w="8818" w:type="dxa"/>
            <w:tcMar>
              <w:top w:w="70" w:type="dxa"/>
              <w:left w:w="90" w:type="dxa"/>
              <w:bottom w:w="70" w:type="dxa"/>
              <w:right w:w="90" w:type="dxa"/>
            </w:tcMar>
            <w:vAlign w:val="center"/>
          </w:tcPr>
          <w:p w14:paraId="67FB0F3F" w14:textId="77777777" w:rsidR="00465E6C" w:rsidRPr="00945779" w:rsidRDefault="00465E6C" w:rsidP="002C48FE">
            <w:pPr>
              <w:adjustRightInd w:val="0"/>
              <w:ind w:left="224" w:hanging="224"/>
              <w:rPr>
                <w:sz w:val="24"/>
                <w:szCs w:val="24"/>
                <w:lang w:eastAsia="ja-JP"/>
              </w:rPr>
            </w:pPr>
          </w:p>
          <w:p w14:paraId="2584C6F2" w14:textId="77777777" w:rsidR="00465E6C" w:rsidRPr="00945779" w:rsidRDefault="00465E6C" w:rsidP="002C48FE">
            <w:pPr>
              <w:adjustRightInd w:val="0"/>
              <w:ind w:left="224" w:hanging="224"/>
              <w:rPr>
                <w:sz w:val="24"/>
                <w:szCs w:val="24"/>
                <w:lang w:eastAsia="ja-JP"/>
              </w:rPr>
            </w:pPr>
          </w:p>
          <w:p w14:paraId="71D0EA55" w14:textId="77777777" w:rsidR="00465E6C" w:rsidRPr="00945779" w:rsidRDefault="00465E6C" w:rsidP="002C48FE">
            <w:pPr>
              <w:adjustRightInd w:val="0"/>
              <w:ind w:left="224" w:hanging="224"/>
              <w:rPr>
                <w:sz w:val="24"/>
                <w:szCs w:val="24"/>
                <w:lang w:eastAsia="ja-JP"/>
              </w:rPr>
            </w:pPr>
          </w:p>
          <w:p w14:paraId="76BAB676" w14:textId="77777777" w:rsidR="00465E6C" w:rsidRPr="00945779" w:rsidRDefault="00465E6C" w:rsidP="002C48FE">
            <w:pPr>
              <w:adjustRightInd w:val="0"/>
              <w:ind w:left="224" w:hanging="224"/>
              <w:rPr>
                <w:sz w:val="24"/>
                <w:szCs w:val="24"/>
                <w:lang w:eastAsia="ja-JP"/>
              </w:rPr>
            </w:pPr>
          </w:p>
          <w:p w14:paraId="73F6C92C" w14:textId="77777777" w:rsidR="00465E6C" w:rsidRPr="00945779" w:rsidRDefault="00465E6C" w:rsidP="002C48FE">
            <w:pPr>
              <w:adjustRightInd w:val="0"/>
              <w:ind w:left="224" w:hanging="224"/>
              <w:rPr>
                <w:sz w:val="24"/>
                <w:szCs w:val="24"/>
                <w:lang w:eastAsia="ja-JP"/>
              </w:rPr>
            </w:pPr>
          </w:p>
        </w:tc>
      </w:tr>
    </w:tbl>
    <w:p w14:paraId="0C2537A4" w14:textId="77777777" w:rsidR="00465E6C" w:rsidRPr="00287E3A" w:rsidRDefault="00465E6C" w:rsidP="00465E6C">
      <w:pPr>
        <w:spacing w:after="40" w:line="252" w:lineRule="auto"/>
        <w:ind w:left="360" w:hangingChars="200" w:hanging="360"/>
        <w:rPr>
          <w:rFonts w:ascii="Yu Gothic" w:eastAsia="Yu Gothic" w:hAnsi="Yu Gothic" w:cs="Yu Gothic"/>
          <w:sz w:val="20"/>
          <w:lang w:eastAsia="ja-JP"/>
        </w:rPr>
      </w:pPr>
      <w:r w:rsidRPr="00945779">
        <w:rPr>
          <w:rFonts w:ascii="Yu Gothic" w:eastAsia="Yu Gothic" w:hAnsi="Yu Gothic" w:cs="Yu Gothic" w:hint="eastAsia"/>
          <w:sz w:val="18"/>
          <w:szCs w:val="24"/>
          <w:lang w:eastAsia="ja-JP"/>
        </w:rPr>
        <w:t xml:space="preserve">　</w:t>
      </w:r>
      <w:r w:rsidRPr="00945779">
        <w:rPr>
          <w:rFonts w:ascii="Yu Gothic" w:eastAsia="Yu Gothic" w:hAnsi="Yu Gothic" w:cs="Yu Gothic" w:hint="eastAsia"/>
          <w:sz w:val="18"/>
          <w:szCs w:val="21"/>
          <w:lang w:eastAsia="ja-JP"/>
        </w:rPr>
        <w:t xml:space="preserve"> 　</w:t>
      </w:r>
      <w:r w:rsidRPr="00287E3A">
        <w:rPr>
          <w:rFonts w:ascii="Yu Gothic" w:eastAsia="Yu Gothic" w:hAnsi="Yu Gothic" w:cs="Yu Gothic" w:hint="eastAsia"/>
          <w:sz w:val="20"/>
          <w:lang w:eastAsia="ja-JP"/>
        </w:rPr>
        <w:t xml:space="preserve">　※　上記２．で選択した取組の概要を記載してください。３は総論であり、以下３－１から３－７は、</w:t>
      </w:r>
    </w:p>
    <w:p w14:paraId="0AD44C2C" w14:textId="77777777" w:rsidR="00465E6C" w:rsidRPr="00287E3A" w:rsidRDefault="00465E6C" w:rsidP="00465E6C">
      <w:pPr>
        <w:spacing w:after="40" w:line="252" w:lineRule="auto"/>
        <w:ind w:leftChars="200" w:left="420" w:firstLineChars="200" w:firstLine="400"/>
        <w:rPr>
          <w:sz w:val="22"/>
          <w:lang w:eastAsia="ja-JP"/>
        </w:rPr>
      </w:pPr>
      <w:r w:rsidRPr="00287E3A">
        <w:rPr>
          <w:rFonts w:ascii="Yu Gothic" w:eastAsia="Yu Gothic" w:hAnsi="Yu Gothic" w:cs="Yu Gothic" w:hint="eastAsia"/>
          <w:sz w:val="20"/>
          <w:lang w:eastAsia="ja-JP"/>
        </w:rPr>
        <w:t>３を具体的に記載していただくイメージとなります。</w:t>
      </w:r>
    </w:p>
    <w:p w14:paraId="0D7AF34D" w14:textId="77777777" w:rsidR="00465E6C" w:rsidRPr="00945779" w:rsidRDefault="00465E6C" w:rsidP="00465E6C">
      <w:pPr>
        <w:spacing w:after="60"/>
        <w:ind w:left="224" w:hanging="224"/>
        <w:rPr>
          <w:sz w:val="24"/>
          <w:szCs w:val="24"/>
          <w:lang w:eastAsia="ja-JP"/>
        </w:rPr>
      </w:pPr>
    </w:p>
    <w:p w14:paraId="40D4971B" w14:textId="77777777" w:rsidR="00465E6C" w:rsidRPr="00945779" w:rsidRDefault="00465E6C" w:rsidP="00465E6C">
      <w:pPr>
        <w:pStyle w:val="21"/>
        <w:spacing w:after="80" w:line="240" w:lineRule="auto"/>
        <w:ind w:left="224" w:hanging="224"/>
        <w:rPr>
          <w:color w:val="auto"/>
          <w:szCs w:val="24"/>
        </w:rPr>
      </w:pPr>
      <w:r w:rsidRPr="00945779">
        <w:rPr>
          <w:rFonts w:ascii="Yu Gothic" w:eastAsia="Yu Gothic" w:hAnsi="Yu Gothic" w:cs="Yu Gothic" w:hint="eastAsia"/>
          <w:color w:val="auto"/>
          <w:szCs w:val="24"/>
        </w:rPr>
        <w:t>３－１．事業計画</w:t>
      </w: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8818"/>
      </w:tblGrid>
      <w:tr w:rsidR="00945779" w:rsidRPr="00945779" w14:paraId="4565B7D4" w14:textId="77777777" w:rsidTr="002C48FE">
        <w:trPr>
          <w:cantSplit/>
          <w:jc w:val="center"/>
        </w:trPr>
        <w:tc>
          <w:tcPr>
            <w:tcW w:w="8818" w:type="dxa"/>
            <w:tcMar>
              <w:top w:w="70" w:type="dxa"/>
              <w:left w:w="90" w:type="dxa"/>
              <w:bottom w:w="70" w:type="dxa"/>
              <w:right w:w="90" w:type="dxa"/>
            </w:tcMar>
            <w:vAlign w:val="center"/>
          </w:tcPr>
          <w:p w14:paraId="36B5C13F" w14:textId="77777777" w:rsidR="00465E6C" w:rsidRPr="00945779" w:rsidRDefault="00465E6C" w:rsidP="002C48FE">
            <w:pPr>
              <w:ind w:left="224" w:hanging="224"/>
              <w:rPr>
                <w:sz w:val="24"/>
                <w:szCs w:val="24"/>
              </w:rPr>
            </w:pPr>
            <w:bookmarkStart w:id="0" w:name="_Hlk224235079"/>
          </w:p>
          <w:p w14:paraId="75C370F0" w14:textId="77777777" w:rsidR="00465E6C" w:rsidRPr="00945779" w:rsidRDefault="00465E6C" w:rsidP="002C48FE">
            <w:pPr>
              <w:ind w:left="224" w:hanging="224"/>
              <w:rPr>
                <w:sz w:val="24"/>
                <w:szCs w:val="24"/>
              </w:rPr>
            </w:pPr>
          </w:p>
          <w:p w14:paraId="65D0AC55" w14:textId="77777777" w:rsidR="00465E6C" w:rsidRPr="00945779" w:rsidRDefault="00465E6C" w:rsidP="002C48FE">
            <w:pPr>
              <w:ind w:left="224" w:hanging="224"/>
              <w:rPr>
                <w:sz w:val="24"/>
                <w:szCs w:val="24"/>
              </w:rPr>
            </w:pPr>
          </w:p>
          <w:p w14:paraId="1170308B" w14:textId="77777777" w:rsidR="00465E6C" w:rsidRPr="00945779" w:rsidRDefault="00465E6C" w:rsidP="002C48FE">
            <w:pPr>
              <w:ind w:left="224" w:hanging="224"/>
              <w:rPr>
                <w:sz w:val="24"/>
                <w:szCs w:val="24"/>
              </w:rPr>
            </w:pPr>
          </w:p>
          <w:p w14:paraId="1802FB0C" w14:textId="77777777" w:rsidR="00465E6C" w:rsidRPr="00945779" w:rsidRDefault="00465E6C" w:rsidP="002C48FE">
            <w:pPr>
              <w:ind w:left="224" w:hanging="224"/>
              <w:rPr>
                <w:sz w:val="24"/>
                <w:szCs w:val="24"/>
              </w:rPr>
            </w:pPr>
          </w:p>
        </w:tc>
      </w:tr>
    </w:tbl>
    <w:bookmarkEnd w:id="0"/>
    <w:p w14:paraId="6A4A09E5" w14:textId="77777777" w:rsidR="00465E6C" w:rsidRPr="00287E3A" w:rsidRDefault="00465E6C" w:rsidP="00465E6C">
      <w:pPr>
        <w:adjustRightInd w:val="0"/>
        <w:spacing w:after="40" w:line="252" w:lineRule="auto"/>
        <w:ind w:leftChars="300" w:left="830" w:hangingChars="100" w:hanging="200"/>
        <w:rPr>
          <w:sz w:val="22"/>
          <w:lang w:eastAsia="ja-JP"/>
        </w:rPr>
      </w:pPr>
      <w:r w:rsidRPr="00287E3A">
        <w:rPr>
          <w:rFonts w:ascii="Yu Gothic" w:eastAsia="Yu Gothic" w:hAnsi="Yu Gothic" w:cs="Yu Gothic" w:hint="eastAsia"/>
          <w:sz w:val="20"/>
          <w:lang w:eastAsia="ja-JP"/>
        </w:rPr>
        <w:t>※　上記２．で選択した取組に具体的に取り組むにあたり、必要となるシステム構築・改修、ロボット・</w:t>
      </w:r>
      <w:r w:rsidRPr="00287E3A">
        <w:rPr>
          <w:rFonts w:ascii="Yu Gothic" w:eastAsia="Yu Gothic" w:hAnsi="Yu Gothic" w:cs="Yu Gothic"/>
          <w:sz w:val="20"/>
          <w:lang w:eastAsia="ja-JP"/>
        </w:rPr>
        <w:t>AI等の設備等整備</w:t>
      </w:r>
      <w:r w:rsidRPr="00287E3A">
        <w:rPr>
          <w:rFonts w:ascii="Yu Gothic" w:eastAsia="Yu Gothic" w:hAnsi="Yu Gothic" w:cs="Yu Gothic" w:hint="eastAsia"/>
          <w:sz w:val="20"/>
          <w:lang w:eastAsia="ja-JP"/>
        </w:rPr>
        <w:t>、</w:t>
      </w:r>
      <w:r w:rsidRPr="00287E3A">
        <w:rPr>
          <w:rFonts w:ascii="Yu Gothic" w:eastAsia="Yu Gothic" w:hAnsi="Yu Gothic" w:cs="Yu Gothic"/>
          <w:sz w:val="20"/>
          <w:lang w:eastAsia="ja-JP"/>
        </w:rPr>
        <w:t>アプリケーションの導入</w:t>
      </w:r>
      <w:r w:rsidRPr="00287E3A">
        <w:rPr>
          <w:rFonts w:ascii="Yu Gothic" w:eastAsia="Yu Gothic" w:hAnsi="Yu Gothic" w:cs="Yu Gothic" w:hint="eastAsia"/>
          <w:sz w:val="20"/>
          <w:lang w:eastAsia="ja-JP"/>
        </w:rPr>
        <w:t>、新たなデータベース整備・増設等（以下「システム構築等」という。）による新たな機能等がどんなものなのか、システムや設備等の仕様の詳細ではなく、事業計画においてどのように活用されるものなのかを分かりやすく記載すること。</w:t>
      </w:r>
    </w:p>
    <w:p w14:paraId="356A73C7" w14:textId="77777777" w:rsidR="00465E6C" w:rsidRPr="00287E3A" w:rsidRDefault="00465E6C" w:rsidP="00465E6C">
      <w:pPr>
        <w:spacing w:after="40" w:line="252" w:lineRule="auto"/>
        <w:ind w:leftChars="300" w:left="830" w:hangingChars="100" w:hanging="200"/>
        <w:rPr>
          <w:sz w:val="22"/>
          <w:lang w:eastAsia="ja-JP"/>
        </w:rPr>
      </w:pPr>
      <w:r w:rsidRPr="00287E3A">
        <w:rPr>
          <w:rFonts w:ascii="Yu Gothic" w:eastAsia="Yu Gothic" w:hAnsi="Yu Gothic" w:cs="Yu Gothic" w:hint="eastAsia"/>
          <w:sz w:val="20"/>
          <w:lang w:eastAsia="ja-JP"/>
        </w:rPr>
        <w:t>※　当該取組を実施することにより、安定供給の適正化・強靱化に向けて期待される効果についても記載（考えられる効果指標があればそれについても記載）すること。</w:t>
      </w:r>
    </w:p>
    <w:p w14:paraId="4FE86E1C" w14:textId="77777777" w:rsidR="00465E6C" w:rsidRPr="00945779" w:rsidRDefault="00465E6C" w:rsidP="00465E6C">
      <w:pPr>
        <w:spacing w:after="60"/>
        <w:ind w:leftChars="100" w:left="690" w:hangingChars="200" w:hanging="480"/>
        <w:rPr>
          <w:sz w:val="24"/>
          <w:szCs w:val="24"/>
          <w:lang w:eastAsia="ja-JP"/>
        </w:rPr>
      </w:pPr>
    </w:p>
    <w:p w14:paraId="22D519B1" w14:textId="77777777" w:rsidR="00465E6C" w:rsidRPr="00945779" w:rsidRDefault="00465E6C" w:rsidP="00465E6C">
      <w:pPr>
        <w:spacing w:after="60"/>
        <w:ind w:leftChars="15" w:left="139" w:hangingChars="45" w:hanging="108"/>
        <w:rPr>
          <w:sz w:val="24"/>
          <w:szCs w:val="24"/>
          <w:lang w:eastAsia="ja-JP"/>
        </w:rPr>
      </w:pPr>
    </w:p>
    <w:p w14:paraId="644755E5" w14:textId="77777777" w:rsidR="00465E6C" w:rsidRPr="00945779" w:rsidRDefault="00465E6C" w:rsidP="00465E6C">
      <w:pPr>
        <w:pStyle w:val="21"/>
        <w:spacing w:after="80" w:line="240" w:lineRule="auto"/>
        <w:ind w:left="480" w:hangingChars="200" w:hanging="480"/>
        <w:rPr>
          <w:color w:val="auto"/>
          <w:szCs w:val="24"/>
          <w:lang w:eastAsia="ja-JP"/>
        </w:rPr>
      </w:pPr>
      <w:r w:rsidRPr="00945779">
        <w:rPr>
          <w:rFonts w:ascii="Yu Gothic" w:eastAsia="Yu Gothic" w:hAnsi="Yu Gothic" w:cs="Yu Gothic" w:hint="eastAsia"/>
          <w:color w:val="auto"/>
          <w:szCs w:val="24"/>
          <w:lang w:eastAsia="ja-JP"/>
        </w:rPr>
        <w:lastRenderedPageBreak/>
        <w:t>３－２．業務効率化及び地域コスト削減等に関する数値目標</w:t>
      </w:r>
    </w:p>
    <w:p w14:paraId="1FB70DAE" w14:textId="77777777" w:rsidR="00465E6C" w:rsidRPr="00945779" w:rsidRDefault="00465E6C" w:rsidP="00465E6C">
      <w:pPr>
        <w:keepNext/>
        <w:spacing w:before="40" w:after="60" w:line="240" w:lineRule="auto"/>
        <w:ind w:left="420" w:hangingChars="200" w:hanging="420"/>
        <w:rPr>
          <w:sz w:val="24"/>
          <w:szCs w:val="24"/>
        </w:rPr>
      </w:pPr>
      <w:r w:rsidRPr="00945779">
        <w:rPr>
          <w:rFonts w:ascii="Yu Gothic" w:eastAsia="Yu Gothic" w:hAnsi="Yu Gothic" w:cs="Yu Gothic" w:hint="eastAsia"/>
          <w:b/>
          <w:szCs w:val="24"/>
        </w:rPr>
        <w:t>＜</w:t>
      </w:r>
      <w:proofErr w:type="spellStart"/>
      <w:r w:rsidRPr="00945779">
        <w:rPr>
          <w:rFonts w:ascii="Yu Gothic" w:eastAsia="Yu Gothic" w:hAnsi="Yu Gothic" w:cs="Yu Gothic" w:hint="eastAsia"/>
          <w:b/>
          <w:szCs w:val="24"/>
        </w:rPr>
        <w:t>数値目標</w:t>
      </w:r>
      <w:proofErr w:type="spellEnd"/>
      <w:r w:rsidRPr="00945779">
        <w:rPr>
          <w:rFonts w:ascii="Yu Gothic" w:eastAsia="Yu Gothic" w:hAnsi="Yu Gothic" w:cs="Yu Gothic" w:hint="eastAsia"/>
          <w:b/>
          <w:szCs w:val="24"/>
        </w:rPr>
        <w:t>＞</w:t>
      </w: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2268"/>
        <w:gridCol w:w="1701"/>
        <w:gridCol w:w="1699"/>
        <w:gridCol w:w="1699"/>
        <w:gridCol w:w="2123"/>
      </w:tblGrid>
      <w:tr w:rsidR="00945779" w:rsidRPr="00945779" w14:paraId="0EF70C36" w14:textId="77777777" w:rsidTr="00287E3A">
        <w:trPr>
          <w:cantSplit/>
          <w:tblHeader/>
          <w:jc w:val="center"/>
        </w:trPr>
        <w:tc>
          <w:tcPr>
            <w:tcW w:w="2268" w:type="dxa"/>
            <w:shd w:val="clear" w:color="auto" w:fill="D9D9D9" w:themeFill="background1" w:themeFillShade="D9"/>
            <w:tcMar>
              <w:top w:w="70" w:type="dxa"/>
              <w:left w:w="90" w:type="dxa"/>
              <w:bottom w:w="70" w:type="dxa"/>
              <w:right w:w="90" w:type="dxa"/>
            </w:tcMar>
            <w:vAlign w:val="center"/>
          </w:tcPr>
          <w:p w14:paraId="4C949DBC" w14:textId="77777777" w:rsidR="00465E6C" w:rsidRPr="00287E3A" w:rsidRDefault="00465E6C" w:rsidP="002C48FE">
            <w:pPr>
              <w:ind w:left="224" w:hanging="224"/>
              <w:jc w:val="center"/>
              <w:rPr>
                <w:sz w:val="20"/>
                <w:szCs w:val="20"/>
              </w:rPr>
            </w:pPr>
            <w:proofErr w:type="spellStart"/>
            <w:r w:rsidRPr="00287E3A">
              <w:rPr>
                <w:rFonts w:ascii="Yu Gothic" w:eastAsia="Yu Gothic" w:hAnsi="Yu Gothic" w:cs="Yu Gothic" w:hint="eastAsia"/>
                <w:b/>
                <w:sz w:val="20"/>
                <w:szCs w:val="20"/>
              </w:rPr>
              <w:t>指標項目</w:t>
            </w:r>
            <w:proofErr w:type="spellEnd"/>
          </w:p>
        </w:tc>
        <w:tc>
          <w:tcPr>
            <w:tcW w:w="1701" w:type="dxa"/>
            <w:shd w:val="clear" w:color="auto" w:fill="D9D9D9" w:themeFill="background1" w:themeFillShade="D9"/>
            <w:tcMar>
              <w:top w:w="70" w:type="dxa"/>
              <w:left w:w="90" w:type="dxa"/>
              <w:bottom w:w="70" w:type="dxa"/>
              <w:right w:w="90" w:type="dxa"/>
            </w:tcMar>
            <w:vAlign w:val="center"/>
          </w:tcPr>
          <w:p w14:paraId="7C7400BF" w14:textId="77777777" w:rsidR="00465E6C" w:rsidRPr="00287E3A" w:rsidRDefault="00465E6C" w:rsidP="002C48FE">
            <w:pPr>
              <w:ind w:left="224" w:hanging="224"/>
              <w:jc w:val="center"/>
              <w:rPr>
                <w:sz w:val="20"/>
                <w:szCs w:val="20"/>
              </w:rPr>
            </w:pPr>
            <w:proofErr w:type="spellStart"/>
            <w:r w:rsidRPr="00287E3A">
              <w:rPr>
                <w:rFonts w:ascii="Yu Gothic" w:eastAsia="Yu Gothic" w:hAnsi="Yu Gothic" w:cs="Yu Gothic" w:hint="eastAsia"/>
                <w:b/>
                <w:sz w:val="20"/>
                <w:szCs w:val="20"/>
              </w:rPr>
              <w:t>現状値</w:t>
            </w:r>
            <w:proofErr w:type="spellEnd"/>
          </w:p>
        </w:tc>
        <w:tc>
          <w:tcPr>
            <w:tcW w:w="1699" w:type="dxa"/>
            <w:shd w:val="clear" w:color="auto" w:fill="D9D9D9" w:themeFill="background1" w:themeFillShade="D9"/>
            <w:tcMar>
              <w:top w:w="70" w:type="dxa"/>
              <w:left w:w="90" w:type="dxa"/>
              <w:bottom w:w="70" w:type="dxa"/>
              <w:right w:w="90" w:type="dxa"/>
            </w:tcMar>
            <w:vAlign w:val="center"/>
          </w:tcPr>
          <w:p w14:paraId="094D9C39" w14:textId="77777777" w:rsidR="00465E6C" w:rsidRPr="00287E3A" w:rsidRDefault="00465E6C" w:rsidP="002C48FE">
            <w:pPr>
              <w:ind w:left="224" w:hanging="224"/>
              <w:jc w:val="center"/>
              <w:rPr>
                <w:sz w:val="20"/>
                <w:szCs w:val="20"/>
              </w:rPr>
            </w:pPr>
            <w:proofErr w:type="spellStart"/>
            <w:r w:rsidRPr="00287E3A">
              <w:rPr>
                <w:rFonts w:ascii="Yu Gothic" w:eastAsia="Yu Gothic" w:hAnsi="Yu Gothic" w:cs="Yu Gothic" w:hint="eastAsia"/>
                <w:b/>
                <w:sz w:val="20"/>
                <w:szCs w:val="20"/>
              </w:rPr>
              <w:t>目標値</w:t>
            </w:r>
            <w:proofErr w:type="spellEnd"/>
          </w:p>
        </w:tc>
        <w:tc>
          <w:tcPr>
            <w:tcW w:w="1699" w:type="dxa"/>
            <w:shd w:val="clear" w:color="auto" w:fill="D9D9D9" w:themeFill="background1" w:themeFillShade="D9"/>
            <w:tcMar>
              <w:top w:w="70" w:type="dxa"/>
              <w:left w:w="90" w:type="dxa"/>
              <w:bottom w:w="70" w:type="dxa"/>
              <w:right w:w="90" w:type="dxa"/>
            </w:tcMar>
            <w:vAlign w:val="center"/>
          </w:tcPr>
          <w:p w14:paraId="016EDB80" w14:textId="77777777" w:rsidR="00465E6C" w:rsidRPr="00287E3A" w:rsidRDefault="00465E6C" w:rsidP="002C48FE">
            <w:pPr>
              <w:ind w:left="204" w:hanging="204"/>
              <w:jc w:val="center"/>
              <w:rPr>
                <w:sz w:val="20"/>
                <w:szCs w:val="20"/>
              </w:rPr>
            </w:pPr>
            <w:proofErr w:type="spellStart"/>
            <w:r w:rsidRPr="00287E3A">
              <w:rPr>
                <w:rFonts w:ascii="Yu Gothic" w:eastAsia="Yu Gothic" w:hAnsi="Yu Gothic" w:cs="Yu Gothic" w:hint="eastAsia"/>
                <w:b/>
                <w:sz w:val="20"/>
                <w:szCs w:val="20"/>
              </w:rPr>
              <w:t>削減数・削減率</w:t>
            </w:r>
            <w:proofErr w:type="spellEnd"/>
          </w:p>
        </w:tc>
        <w:tc>
          <w:tcPr>
            <w:tcW w:w="2123" w:type="dxa"/>
            <w:shd w:val="clear" w:color="auto" w:fill="D9D9D9" w:themeFill="background1" w:themeFillShade="D9"/>
            <w:tcMar>
              <w:top w:w="70" w:type="dxa"/>
              <w:left w:w="90" w:type="dxa"/>
              <w:bottom w:w="70" w:type="dxa"/>
              <w:right w:w="90" w:type="dxa"/>
            </w:tcMar>
            <w:vAlign w:val="center"/>
          </w:tcPr>
          <w:p w14:paraId="14E77819" w14:textId="77777777" w:rsidR="00465E6C" w:rsidRPr="00287E3A" w:rsidRDefault="00465E6C" w:rsidP="002C48FE">
            <w:pPr>
              <w:ind w:left="224" w:hanging="224"/>
              <w:jc w:val="center"/>
              <w:rPr>
                <w:sz w:val="20"/>
                <w:szCs w:val="20"/>
              </w:rPr>
            </w:pPr>
            <w:proofErr w:type="spellStart"/>
            <w:r w:rsidRPr="00287E3A">
              <w:rPr>
                <w:rFonts w:ascii="Yu Gothic" w:eastAsia="Yu Gothic" w:hAnsi="Yu Gothic" w:cs="Yu Gothic" w:hint="eastAsia"/>
                <w:b/>
                <w:sz w:val="20"/>
                <w:szCs w:val="20"/>
              </w:rPr>
              <w:t>達成時期</w:t>
            </w:r>
            <w:proofErr w:type="spellEnd"/>
          </w:p>
        </w:tc>
      </w:tr>
      <w:tr w:rsidR="00945779" w:rsidRPr="00945779" w14:paraId="30D715BB" w14:textId="77777777" w:rsidTr="00287E3A">
        <w:trPr>
          <w:cantSplit/>
          <w:trHeight w:val="757"/>
          <w:jc w:val="center"/>
        </w:trPr>
        <w:tc>
          <w:tcPr>
            <w:tcW w:w="2268" w:type="dxa"/>
            <w:tcMar>
              <w:top w:w="70" w:type="dxa"/>
              <w:left w:w="90" w:type="dxa"/>
              <w:bottom w:w="70" w:type="dxa"/>
              <w:right w:w="90" w:type="dxa"/>
            </w:tcMar>
            <w:vAlign w:val="center"/>
          </w:tcPr>
          <w:p w14:paraId="369C2A47" w14:textId="77777777" w:rsidR="00465E6C" w:rsidRPr="00287E3A" w:rsidRDefault="00465E6C" w:rsidP="002C48FE">
            <w:pPr>
              <w:ind w:left="224" w:hanging="224"/>
              <w:jc w:val="center"/>
              <w:rPr>
                <w:rFonts w:ascii="Yu Gothic" w:eastAsia="Yu Gothic" w:hAnsi="Yu Gothic" w:cs="Yu Gothic"/>
                <w:sz w:val="20"/>
                <w:szCs w:val="20"/>
                <w:lang w:eastAsia="ja-JP"/>
              </w:rPr>
            </w:pPr>
            <w:r w:rsidRPr="00287E3A">
              <w:rPr>
                <w:rFonts w:ascii="Yu Gothic" w:eastAsia="Yu Gothic" w:hAnsi="Yu Gothic" w:cs="Yu Gothic" w:hint="eastAsia"/>
                <w:sz w:val="20"/>
                <w:szCs w:val="20"/>
                <w:lang w:eastAsia="ja-JP"/>
              </w:rPr>
              <w:t>例）職員１人当たりの</w:t>
            </w:r>
          </w:p>
          <w:p w14:paraId="200EBFE6" w14:textId="77777777" w:rsidR="00465E6C" w:rsidRPr="00287E3A" w:rsidRDefault="00465E6C" w:rsidP="002C48FE">
            <w:pPr>
              <w:ind w:left="224" w:hanging="224"/>
              <w:jc w:val="center"/>
              <w:rPr>
                <w:sz w:val="20"/>
                <w:szCs w:val="20"/>
                <w:lang w:eastAsia="ja-JP"/>
              </w:rPr>
            </w:pPr>
            <w:r w:rsidRPr="00287E3A">
              <w:rPr>
                <w:rFonts w:ascii="Yu Gothic" w:eastAsia="Yu Gothic" w:hAnsi="Yu Gothic" w:cs="Yu Gothic" w:hint="eastAsia"/>
                <w:sz w:val="20"/>
                <w:szCs w:val="20"/>
                <w:lang w:eastAsia="ja-JP"/>
              </w:rPr>
              <w:t>業務量（※１）</w:t>
            </w:r>
          </w:p>
        </w:tc>
        <w:tc>
          <w:tcPr>
            <w:tcW w:w="1701" w:type="dxa"/>
            <w:tcMar>
              <w:top w:w="70" w:type="dxa"/>
              <w:left w:w="90" w:type="dxa"/>
              <w:bottom w:w="70" w:type="dxa"/>
              <w:right w:w="90" w:type="dxa"/>
            </w:tcMar>
            <w:vAlign w:val="center"/>
          </w:tcPr>
          <w:p w14:paraId="70E48B1B" w14:textId="77777777" w:rsidR="00465E6C" w:rsidRPr="004453CD" w:rsidRDefault="00465E6C" w:rsidP="002C48FE">
            <w:pPr>
              <w:ind w:left="224" w:hanging="224"/>
              <w:rPr>
                <w:sz w:val="24"/>
                <w:szCs w:val="24"/>
                <w:lang w:eastAsia="ja-JP"/>
              </w:rPr>
            </w:pPr>
          </w:p>
        </w:tc>
        <w:tc>
          <w:tcPr>
            <w:tcW w:w="1699" w:type="dxa"/>
            <w:tcMar>
              <w:top w:w="70" w:type="dxa"/>
              <w:left w:w="90" w:type="dxa"/>
              <w:bottom w:w="70" w:type="dxa"/>
              <w:right w:w="90" w:type="dxa"/>
            </w:tcMar>
            <w:vAlign w:val="center"/>
          </w:tcPr>
          <w:p w14:paraId="0AB97FA0" w14:textId="77777777" w:rsidR="00465E6C" w:rsidRPr="004453CD" w:rsidRDefault="00465E6C" w:rsidP="002C48FE">
            <w:pPr>
              <w:ind w:left="224" w:hanging="224"/>
              <w:rPr>
                <w:sz w:val="24"/>
                <w:szCs w:val="24"/>
                <w:lang w:eastAsia="ja-JP"/>
              </w:rPr>
            </w:pPr>
          </w:p>
        </w:tc>
        <w:tc>
          <w:tcPr>
            <w:tcW w:w="1699" w:type="dxa"/>
            <w:tcMar>
              <w:top w:w="70" w:type="dxa"/>
              <w:left w:w="90" w:type="dxa"/>
              <w:bottom w:w="70" w:type="dxa"/>
              <w:right w:w="90" w:type="dxa"/>
            </w:tcMar>
            <w:vAlign w:val="center"/>
          </w:tcPr>
          <w:p w14:paraId="0961D77F" w14:textId="77777777" w:rsidR="00465E6C" w:rsidRPr="004453CD" w:rsidRDefault="00465E6C" w:rsidP="002C48FE">
            <w:pPr>
              <w:ind w:left="224" w:hanging="224"/>
              <w:rPr>
                <w:sz w:val="24"/>
                <w:szCs w:val="24"/>
                <w:lang w:eastAsia="ja-JP"/>
              </w:rPr>
            </w:pPr>
          </w:p>
        </w:tc>
        <w:tc>
          <w:tcPr>
            <w:tcW w:w="2123" w:type="dxa"/>
            <w:tcMar>
              <w:top w:w="70" w:type="dxa"/>
              <w:left w:w="90" w:type="dxa"/>
              <w:bottom w:w="70" w:type="dxa"/>
              <w:right w:w="90" w:type="dxa"/>
            </w:tcMar>
            <w:vAlign w:val="center"/>
          </w:tcPr>
          <w:p w14:paraId="0994E9B9" w14:textId="77777777" w:rsidR="00465E6C" w:rsidRPr="004453CD" w:rsidRDefault="00465E6C" w:rsidP="002C48FE">
            <w:pPr>
              <w:ind w:left="224" w:hanging="224"/>
              <w:rPr>
                <w:sz w:val="24"/>
                <w:szCs w:val="24"/>
                <w:lang w:eastAsia="ja-JP"/>
              </w:rPr>
            </w:pPr>
          </w:p>
        </w:tc>
      </w:tr>
      <w:tr w:rsidR="00945779" w:rsidRPr="00945779" w14:paraId="6DD81B9B" w14:textId="77777777" w:rsidTr="00287E3A">
        <w:trPr>
          <w:cantSplit/>
          <w:trHeight w:val="872"/>
          <w:jc w:val="center"/>
        </w:trPr>
        <w:tc>
          <w:tcPr>
            <w:tcW w:w="2268" w:type="dxa"/>
            <w:tcMar>
              <w:top w:w="70" w:type="dxa"/>
              <w:left w:w="90" w:type="dxa"/>
              <w:bottom w:w="70" w:type="dxa"/>
              <w:right w:w="90" w:type="dxa"/>
            </w:tcMar>
            <w:vAlign w:val="center"/>
          </w:tcPr>
          <w:p w14:paraId="46697143" w14:textId="77777777" w:rsidR="00465E6C" w:rsidRPr="00287E3A" w:rsidRDefault="00465E6C" w:rsidP="002C48FE">
            <w:pPr>
              <w:ind w:left="224" w:hanging="224"/>
              <w:jc w:val="center"/>
              <w:rPr>
                <w:rFonts w:ascii="Yu Gothic" w:eastAsia="Yu Gothic" w:hAnsi="Yu Gothic" w:cs="Yu Gothic"/>
                <w:sz w:val="20"/>
                <w:szCs w:val="20"/>
                <w:lang w:eastAsia="ja-JP"/>
              </w:rPr>
            </w:pPr>
            <w:r w:rsidRPr="00287E3A">
              <w:rPr>
                <w:rFonts w:ascii="Yu Gothic" w:eastAsia="Yu Gothic" w:hAnsi="Yu Gothic" w:cs="Yu Gothic" w:hint="eastAsia"/>
                <w:sz w:val="20"/>
                <w:szCs w:val="20"/>
                <w:lang w:eastAsia="ja-JP"/>
              </w:rPr>
              <w:t>例）廃棄医薬品の</w:t>
            </w:r>
          </w:p>
          <w:p w14:paraId="562AF85F" w14:textId="77777777" w:rsidR="00465E6C" w:rsidRPr="00287E3A" w:rsidRDefault="00465E6C" w:rsidP="002C48FE">
            <w:pPr>
              <w:ind w:left="224" w:hanging="224"/>
              <w:jc w:val="center"/>
              <w:rPr>
                <w:sz w:val="20"/>
                <w:szCs w:val="20"/>
                <w:lang w:eastAsia="ja-JP"/>
              </w:rPr>
            </w:pPr>
            <w:r w:rsidRPr="00287E3A">
              <w:rPr>
                <w:rFonts w:ascii="Yu Gothic" w:eastAsia="Yu Gothic" w:hAnsi="Yu Gothic" w:cs="Yu Gothic" w:hint="eastAsia"/>
                <w:sz w:val="20"/>
                <w:szCs w:val="20"/>
                <w:lang w:eastAsia="ja-JP"/>
              </w:rPr>
              <w:t>削減数量（※２）</w:t>
            </w:r>
          </w:p>
        </w:tc>
        <w:tc>
          <w:tcPr>
            <w:tcW w:w="1701" w:type="dxa"/>
            <w:tcMar>
              <w:top w:w="70" w:type="dxa"/>
              <w:left w:w="90" w:type="dxa"/>
              <w:bottom w:w="70" w:type="dxa"/>
              <w:right w:w="90" w:type="dxa"/>
            </w:tcMar>
            <w:vAlign w:val="center"/>
          </w:tcPr>
          <w:p w14:paraId="498736F8" w14:textId="77777777" w:rsidR="00465E6C" w:rsidRPr="004453CD" w:rsidRDefault="00465E6C" w:rsidP="002C48FE">
            <w:pPr>
              <w:ind w:left="224" w:hanging="224"/>
              <w:rPr>
                <w:sz w:val="24"/>
                <w:szCs w:val="24"/>
                <w:lang w:eastAsia="ja-JP"/>
              </w:rPr>
            </w:pPr>
          </w:p>
        </w:tc>
        <w:tc>
          <w:tcPr>
            <w:tcW w:w="1699" w:type="dxa"/>
            <w:tcMar>
              <w:top w:w="70" w:type="dxa"/>
              <w:left w:w="90" w:type="dxa"/>
              <w:bottom w:w="70" w:type="dxa"/>
              <w:right w:w="90" w:type="dxa"/>
            </w:tcMar>
            <w:vAlign w:val="center"/>
          </w:tcPr>
          <w:p w14:paraId="6354957E" w14:textId="77777777" w:rsidR="00465E6C" w:rsidRPr="004453CD" w:rsidRDefault="00465E6C" w:rsidP="002C48FE">
            <w:pPr>
              <w:ind w:left="224" w:hanging="224"/>
              <w:rPr>
                <w:sz w:val="24"/>
                <w:szCs w:val="24"/>
                <w:lang w:eastAsia="ja-JP"/>
              </w:rPr>
            </w:pPr>
          </w:p>
        </w:tc>
        <w:tc>
          <w:tcPr>
            <w:tcW w:w="1699" w:type="dxa"/>
            <w:tcMar>
              <w:top w:w="70" w:type="dxa"/>
              <w:left w:w="90" w:type="dxa"/>
              <w:bottom w:w="70" w:type="dxa"/>
              <w:right w:w="90" w:type="dxa"/>
            </w:tcMar>
            <w:vAlign w:val="center"/>
          </w:tcPr>
          <w:p w14:paraId="3EF7F4F7" w14:textId="77777777" w:rsidR="00465E6C" w:rsidRPr="004453CD" w:rsidRDefault="00465E6C" w:rsidP="002C48FE">
            <w:pPr>
              <w:ind w:left="224" w:hanging="224"/>
              <w:rPr>
                <w:sz w:val="24"/>
                <w:szCs w:val="24"/>
                <w:lang w:eastAsia="ja-JP"/>
              </w:rPr>
            </w:pPr>
          </w:p>
        </w:tc>
        <w:tc>
          <w:tcPr>
            <w:tcW w:w="2123" w:type="dxa"/>
            <w:tcMar>
              <w:top w:w="70" w:type="dxa"/>
              <w:left w:w="90" w:type="dxa"/>
              <w:bottom w:w="70" w:type="dxa"/>
              <w:right w:w="90" w:type="dxa"/>
            </w:tcMar>
            <w:vAlign w:val="center"/>
          </w:tcPr>
          <w:p w14:paraId="497D7AAD" w14:textId="77777777" w:rsidR="00465E6C" w:rsidRPr="004453CD" w:rsidRDefault="00465E6C" w:rsidP="002C48FE">
            <w:pPr>
              <w:ind w:left="224" w:hanging="224"/>
              <w:rPr>
                <w:sz w:val="24"/>
                <w:szCs w:val="24"/>
                <w:lang w:eastAsia="ja-JP"/>
              </w:rPr>
            </w:pPr>
          </w:p>
        </w:tc>
      </w:tr>
      <w:tr w:rsidR="00945779" w:rsidRPr="00945779" w14:paraId="68624ED0" w14:textId="77777777" w:rsidTr="00287E3A">
        <w:trPr>
          <w:cantSplit/>
          <w:trHeight w:val="137"/>
          <w:jc w:val="center"/>
        </w:trPr>
        <w:tc>
          <w:tcPr>
            <w:tcW w:w="3969" w:type="dxa"/>
            <w:gridSpan w:val="2"/>
            <w:tcMar>
              <w:top w:w="70" w:type="dxa"/>
              <w:left w:w="90" w:type="dxa"/>
              <w:bottom w:w="70" w:type="dxa"/>
              <w:right w:w="90" w:type="dxa"/>
            </w:tcMar>
            <w:vAlign w:val="center"/>
          </w:tcPr>
          <w:p w14:paraId="16A80492" w14:textId="77777777" w:rsidR="00465E6C" w:rsidRPr="00287E3A" w:rsidRDefault="00465E6C" w:rsidP="002C48FE">
            <w:pPr>
              <w:ind w:left="224" w:hanging="224"/>
              <w:rPr>
                <w:sz w:val="20"/>
                <w:szCs w:val="20"/>
              </w:rPr>
            </w:pPr>
            <w:proofErr w:type="spellStart"/>
            <w:r w:rsidRPr="00287E3A">
              <w:rPr>
                <w:rFonts w:ascii="Yu Gothic" w:eastAsia="Yu Gothic" w:hAnsi="Yu Gothic" w:cs="Yu Gothic" w:hint="eastAsia"/>
                <w:sz w:val="20"/>
                <w:szCs w:val="20"/>
              </w:rPr>
              <w:t>現状値の算出方法</w:t>
            </w:r>
            <w:proofErr w:type="spellEnd"/>
          </w:p>
        </w:tc>
        <w:tc>
          <w:tcPr>
            <w:tcW w:w="5521" w:type="dxa"/>
            <w:gridSpan w:val="3"/>
            <w:tcMar>
              <w:top w:w="70" w:type="dxa"/>
              <w:left w:w="90" w:type="dxa"/>
              <w:bottom w:w="70" w:type="dxa"/>
              <w:right w:w="90" w:type="dxa"/>
            </w:tcMar>
            <w:vAlign w:val="center"/>
          </w:tcPr>
          <w:p w14:paraId="46C400DF" w14:textId="77777777" w:rsidR="00465E6C" w:rsidRPr="004453CD" w:rsidRDefault="00465E6C" w:rsidP="002C48FE">
            <w:pPr>
              <w:ind w:left="224" w:hanging="224"/>
              <w:rPr>
                <w:sz w:val="24"/>
                <w:szCs w:val="24"/>
              </w:rPr>
            </w:pPr>
          </w:p>
        </w:tc>
      </w:tr>
      <w:tr w:rsidR="00945779" w:rsidRPr="00945779" w14:paraId="54368ED3" w14:textId="77777777" w:rsidTr="00287E3A">
        <w:trPr>
          <w:cantSplit/>
          <w:trHeight w:val="281"/>
          <w:jc w:val="center"/>
        </w:trPr>
        <w:tc>
          <w:tcPr>
            <w:tcW w:w="3969" w:type="dxa"/>
            <w:gridSpan w:val="2"/>
            <w:tcMar>
              <w:top w:w="70" w:type="dxa"/>
              <w:left w:w="90" w:type="dxa"/>
              <w:bottom w:w="70" w:type="dxa"/>
              <w:right w:w="90" w:type="dxa"/>
            </w:tcMar>
            <w:vAlign w:val="center"/>
          </w:tcPr>
          <w:p w14:paraId="1E767FAB" w14:textId="77777777" w:rsidR="00465E6C" w:rsidRPr="00287E3A" w:rsidRDefault="00465E6C" w:rsidP="002C48FE">
            <w:pPr>
              <w:ind w:left="224" w:hanging="224"/>
              <w:rPr>
                <w:sz w:val="20"/>
                <w:szCs w:val="20"/>
              </w:rPr>
            </w:pPr>
            <w:proofErr w:type="spellStart"/>
            <w:r w:rsidRPr="00287E3A">
              <w:rPr>
                <w:rFonts w:ascii="Yu Gothic" w:eastAsia="Yu Gothic" w:hAnsi="Yu Gothic" w:cs="Yu Gothic" w:hint="eastAsia"/>
                <w:sz w:val="20"/>
                <w:szCs w:val="20"/>
              </w:rPr>
              <w:t>目標値算出の根拠</w:t>
            </w:r>
            <w:proofErr w:type="spellEnd"/>
          </w:p>
        </w:tc>
        <w:tc>
          <w:tcPr>
            <w:tcW w:w="5521" w:type="dxa"/>
            <w:gridSpan w:val="3"/>
            <w:tcMar>
              <w:top w:w="70" w:type="dxa"/>
              <w:left w:w="90" w:type="dxa"/>
              <w:bottom w:w="70" w:type="dxa"/>
              <w:right w:w="90" w:type="dxa"/>
            </w:tcMar>
            <w:vAlign w:val="center"/>
          </w:tcPr>
          <w:p w14:paraId="430C917F" w14:textId="77777777" w:rsidR="00465E6C" w:rsidRPr="004453CD" w:rsidRDefault="00465E6C" w:rsidP="002C48FE">
            <w:pPr>
              <w:ind w:left="224" w:hanging="224"/>
              <w:rPr>
                <w:sz w:val="24"/>
                <w:szCs w:val="24"/>
              </w:rPr>
            </w:pPr>
          </w:p>
        </w:tc>
      </w:tr>
    </w:tbl>
    <w:p w14:paraId="4C121EC0" w14:textId="77777777" w:rsidR="00465E6C" w:rsidRPr="00287E3A" w:rsidRDefault="00465E6C" w:rsidP="00465E6C">
      <w:pPr>
        <w:spacing w:after="40" w:line="252" w:lineRule="auto"/>
        <w:ind w:leftChars="100" w:left="410" w:hangingChars="100" w:hanging="200"/>
        <w:rPr>
          <w:sz w:val="22"/>
          <w:lang w:eastAsia="ja-JP"/>
        </w:rPr>
      </w:pPr>
      <w:r w:rsidRPr="00287E3A">
        <w:rPr>
          <w:rFonts w:ascii="Yu Gothic" w:eastAsia="Yu Gothic" w:hAnsi="Yu Gothic" w:cs="Yu Gothic" w:hint="eastAsia"/>
          <w:sz w:val="20"/>
          <w:lang w:eastAsia="ja-JP"/>
        </w:rPr>
        <w:t xml:space="preserve"> ※１　安定供給適正化・地域貢献事業のうち、ア～エの取組を実施する場合には、原則、以下の３つの数値目標から１つ以上を選択して「定量的な数値目標」と「目標算出の根拠」について記載すること</w:t>
      </w:r>
    </w:p>
    <w:p w14:paraId="6E328D61" w14:textId="77777777" w:rsidR="00465E6C" w:rsidRPr="00287E3A" w:rsidRDefault="00465E6C" w:rsidP="00465E6C">
      <w:pPr>
        <w:spacing w:after="20" w:line="252" w:lineRule="auto"/>
        <w:ind w:leftChars="300" w:left="830" w:hangingChars="100" w:hanging="200"/>
        <w:rPr>
          <w:sz w:val="22"/>
          <w:lang w:eastAsia="ja-JP"/>
        </w:rPr>
      </w:pPr>
      <w:r w:rsidRPr="00287E3A">
        <w:rPr>
          <w:rFonts w:ascii="Yu Gothic" w:eastAsia="Yu Gothic" w:hAnsi="Yu Gothic" w:cs="Yu Gothic" w:hint="eastAsia"/>
          <w:sz w:val="20"/>
          <w:lang w:eastAsia="ja-JP"/>
        </w:rPr>
        <w:t>①　当該取組による職員１人当たりの業務量の削減数・削減率</w:t>
      </w:r>
    </w:p>
    <w:p w14:paraId="2466B614" w14:textId="77777777" w:rsidR="00465E6C" w:rsidRPr="00287E3A" w:rsidRDefault="00465E6C" w:rsidP="00465E6C">
      <w:pPr>
        <w:spacing w:after="20" w:line="252" w:lineRule="auto"/>
        <w:ind w:leftChars="300" w:left="830" w:hangingChars="100" w:hanging="200"/>
        <w:rPr>
          <w:sz w:val="22"/>
          <w:lang w:eastAsia="ja-JP"/>
        </w:rPr>
      </w:pPr>
      <w:r w:rsidRPr="00287E3A">
        <w:rPr>
          <w:rFonts w:ascii="Yu Gothic" w:eastAsia="Yu Gothic" w:hAnsi="Yu Gothic" w:cs="Yu Gothic" w:hint="eastAsia"/>
          <w:sz w:val="20"/>
          <w:lang w:eastAsia="ja-JP"/>
        </w:rPr>
        <w:t>②　当該取組による</w:t>
      </w:r>
      <w:r w:rsidRPr="00287E3A">
        <w:rPr>
          <w:rFonts w:ascii="Yu Gothic" w:eastAsia="Yu Gothic" w:hAnsi="Yu Gothic" w:cs="Yu Gothic"/>
          <w:sz w:val="20"/>
          <w:lang w:eastAsia="ja-JP"/>
        </w:rPr>
        <w:t>業務全体のリードタイムの削減数・削減率</w:t>
      </w:r>
    </w:p>
    <w:p w14:paraId="1363F037" w14:textId="77777777" w:rsidR="00465E6C" w:rsidRPr="00287E3A" w:rsidRDefault="00465E6C" w:rsidP="00465E6C">
      <w:pPr>
        <w:spacing w:after="20" w:line="252" w:lineRule="auto"/>
        <w:ind w:leftChars="300" w:left="830" w:hangingChars="100" w:hanging="200"/>
        <w:rPr>
          <w:sz w:val="22"/>
          <w:lang w:eastAsia="ja-JP"/>
        </w:rPr>
      </w:pPr>
      <w:r w:rsidRPr="00287E3A">
        <w:rPr>
          <w:rFonts w:ascii="Yu Gothic" w:eastAsia="Yu Gothic" w:hAnsi="Yu Gothic" w:cs="Yu Gothic" w:hint="eastAsia"/>
          <w:sz w:val="20"/>
          <w:lang w:eastAsia="ja-JP"/>
        </w:rPr>
        <w:t>③　上記以外の当該取組による業務効率化にかかる項目についての削減数・削減率</w:t>
      </w:r>
    </w:p>
    <w:p w14:paraId="7C032460" w14:textId="77777777" w:rsidR="00465E6C" w:rsidRPr="00287E3A" w:rsidRDefault="00465E6C" w:rsidP="00465E6C">
      <w:pPr>
        <w:spacing w:after="40" w:line="252" w:lineRule="auto"/>
        <w:ind w:leftChars="100" w:left="410" w:hangingChars="100" w:hanging="200"/>
        <w:rPr>
          <w:sz w:val="22"/>
          <w:lang w:eastAsia="ja-JP"/>
        </w:rPr>
      </w:pPr>
      <w:r w:rsidRPr="00287E3A">
        <w:rPr>
          <w:rFonts w:ascii="Yu Gothic" w:eastAsia="Yu Gothic" w:hAnsi="Yu Gothic" w:cs="Yu Gothic" w:hint="eastAsia"/>
          <w:sz w:val="20"/>
          <w:lang w:eastAsia="ja-JP"/>
        </w:rPr>
        <w:t>※２　上記２．のエ又はオの取組を実施する場合には、地域コスト削減等の効果について、原則、以下の４つの指標から１つ以上を選択し、「定量的な数値目標」と「目標値算出の根拠」を記載すること。</w:t>
      </w:r>
    </w:p>
    <w:p w14:paraId="1F977222" w14:textId="77777777" w:rsidR="00465E6C" w:rsidRPr="00287E3A" w:rsidRDefault="00465E6C" w:rsidP="00465E6C">
      <w:pPr>
        <w:spacing w:after="20" w:line="252" w:lineRule="auto"/>
        <w:ind w:leftChars="300" w:left="830" w:hangingChars="100" w:hanging="200"/>
        <w:rPr>
          <w:sz w:val="22"/>
          <w:lang w:eastAsia="ja-JP"/>
        </w:rPr>
      </w:pPr>
      <w:r w:rsidRPr="00287E3A">
        <w:rPr>
          <w:rFonts w:ascii="Yu Gothic" w:eastAsia="Yu Gothic" w:hAnsi="Yu Gothic" w:cs="Yu Gothic" w:hint="eastAsia"/>
          <w:sz w:val="20"/>
          <w:lang w:eastAsia="ja-JP"/>
        </w:rPr>
        <w:t>①　当該取組による「地域における廃棄医薬品の削減数量・率」</w:t>
      </w:r>
    </w:p>
    <w:p w14:paraId="1002548D" w14:textId="77777777" w:rsidR="00465E6C" w:rsidRPr="00287E3A" w:rsidRDefault="00465E6C" w:rsidP="00465E6C">
      <w:pPr>
        <w:spacing w:after="20" w:line="252" w:lineRule="auto"/>
        <w:ind w:leftChars="300" w:left="830" w:hangingChars="100" w:hanging="200"/>
        <w:rPr>
          <w:sz w:val="22"/>
          <w:lang w:eastAsia="ja-JP"/>
        </w:rPr>
      </w:pPr>
      <w:r w:rsidRPr="00287E3A">
        <w:rPr>
          <w:rFonts w:ascii="Yu Gothic" w:eastAsia="Yu Gothic" w:hAnsi="Yu Gothic" w:cs="Yu Gothic" w:hint="eastAsia"/>
          <w:sz w:val="20"/>
          <w:lang w:eastAsia="ja-JP"/>
        </w:rPr>
        <w:t>②　当該取組による「地域における急配の削減回数・率」</w:t>
      </w:r>
    </w:p>
    <w:p w14:paraId="447262AA" w14:textId="77777777" w:rsidR="00465E6C" w:rsidRPr="00287E3A" w:rsidRDefault="00465E6C" w:rsidP="00465E6C">
      <w:pPr>
        <w:spacing w:after="20" w:line="252" w:lineRule="auto"/>
        <w:ind w:leftChars="300" w:left="830" w:hangingChars="100" w:hanging="200"/>
        <w:rPr>
          <w:sz w:val="22"/>
          <w:lang w:eastAsia="ja-JP"/>
        </w:rPr>
      </w:pPr>
      <w:r w:rsidRPr="00287E3A">
        <w:rPr>
          <w:rFonts w:ascii="Yu Gothic" w:eastAsia="Yu Gothic" w:hAnsi="Yu Gothic" w:cs="Yu Gothic" w:hint="eastAsia"/>
          <w:sz w:val="20"/>
          <w:lang w:eastAsia="ja-JP"/>
        </w:rPr>
        <w:t>③　当該取組による「地域における返品の削減数量・削減品目数・削減返品率」</w:t>
      </w:r>
    </w:p>
    <w:p w14:paraId="733FEB7F" w14:textId="77777777" w:rsidR="00465E6C" w:rsidRPr="00287E3A" w:rsidRDefault="00465E6C" w:rsidP="00465E6C">
      <w:pPr>
        <w:spacing w:after="20" w:line="252" w:lineRule="auto"/>
        <w:ind w:leftChars="300" w:left="830" w:hangingChars="100" w:hanging="200"/>
        <w:rPr>
          <w:sz w:val="22"/>
          <w:lang w:eastAsia="ja-JP"/>
        </w:rPr>
      </w:pPr>
      <w:r w:rsidRPr="00287E3A">
        <w:rPr>
          <w:rFonts w:ascii="Yu Gothic" w:eastAsia="Yu Gothic" w:hAnsi="Yu Gothic" w:cs="Yu Gothic" w:hint="eastAsia"/>
          <w:sz w:val="20"/>
          <w:lang w:eastAsia="ja-JP"/>
        </w:rPr>
        <w:t>④　上記①～③以外の当該取組による地域コストの削減数量・率</w:t>
      </w:r>
    </w:p>
    <w:p w14:paraId="763A5BDF" w14:textId="77777777" w:rsidR="00465E6C" w:rsidRPr="00945779" w:rsidRDefault="00465E6C" w:rsidP="00465E6C">
      <w:pPr>
        <w:spacing w:after="40" w:line="252" w:lineRule="auto"/>
        <w:ind w:leftChars="100" w:left="410" w:hangingChars="100" w:hanging="200"/>
        <w:rPr>
          <w:szCs w:val="21"/>
          <w:lang w:eastAsia="ja-JP"/>
        </w:rPr>
      </w:pPr>
      <w:r w:rsidRPr="00287E3A">
        <w:rPr>
          <w:rFonts w:ascii="Yu Gothic" w:eastAsia="Yu Gothic" w:hAnsi="Yu Gothic" w:cs="Yu Gothic" w:hint="eastAsia"/>
          <w:sz w:val="20"/>
          <w:lang w:eastAsia="ja-JP"/>
        </w:rPr>
        <w:t>※　現状の数値と目標値を比較する必要があるため、必ず現在の数値も</w:t>
      </w:r>
      <w:r w:rsidRPr="00945779">
        <w:rPr>
          <w:rFonts w:ascii="Yu Gothic" w:eastAsia="Yu Gothic" w:hAnsi="Yu Gothic" w:cs="Yu Gothic" w:hint="eastAsia"/>
          <w:sz w:val="18"/>
          <w:szCs w:val="21"/>
          <w:lang w:eastAsia="ja-JP"/>
        </w:rPr>
        <w:t>記載すること</w:t>
      </w:r>
    </w:p>
    <w:p w14:paraId="37E37A37" w14:textId="77777777" w:rsidR="00465E6C" w:rsidRPr="00945779" w:rsidRDefault="00465E6C" w:rsidP="00465E6C">
      <w:pPr>
        <w:spacing w:after="40" w:line="252" w:lineRule="auto"/>
        <w:ind w:leftChars="100" w:left="390" w:hangingChars="100" w:hanging="180"/>
        <w:rPr>
          <w:szCs w:val="21"/>
          <w:lang w:eastAsia="ja-JP"/>
        </w:rPr>
      </w:pPr>
      <w:r w:rsidRPr="00945779">
        <w:rPr>
          <w:rFonts w:ascii="Yu Gothic" w:eastAsia="Yu Gothic" w:hAnsi="Yu Gothic" w:cs="Yu Gothic" w:hint="eastAsia"/>
          <w:sz w:val="18"/>
          <w:szCs w:val="21"/>
          <w:lang w:eastAsia="ja-JP"/>
        </w:rPr>
        <w:t>※　必ず、数値目標の達成時期を記載すること。</w:t>
      </w:r>
    </w:p>
    <w:p w14:paraId="2CD461BB" w14:textId="77777777" w:rsidR="00465E6C" w:rsidRPr="00945779" w:rsidRDefault="00465E6C" w:rsidP="00465E6C">
      <w:pPr>
        <w:spacing w:after="60"/>
        <w:ind w:leftChars="23" w:left="156" w:hangingChars="45" w:hanging="108"/>
        <w:rPr>
          <w:sz w:val="24"/>
          <w:szCs w:val="24"/>
          <w:lang w:eastAsia="ja-JP"/>
        </w:rPr>
      </w:pPr>
    </w:p>
    <w:p w14:paraId="6AB5FCED" w14:textId="77777777" w:rsidR="00465E6C" w:rsidRPr="00945779" w:rsidRDefault="00465E6C" w:rsidP="00465E6C">
      <w:pPr>
        <w:pStyle w:val="21"/>
        <w:spacing w:after="80" w:line="240" w:lineRule="auto"/>
        <w:ind w:leftChars="23" w:left="156" w:hangingChars="45" w:hanging="108"/>
        <w:rPr>
          <w:color w:val="auto"/>
          <w:szCs w:val="24"/>
          <w:lang w:eastAsia="ja-JP"/>
        </w:rPr>
      </w:pPr>
      <w:r w:rsidRPr="00945779">
        <w:rPr>
          <w:rFonts w:ascii="Yu Gothic" w:eastAsia="Yu Gothic" w:hAnsi="Yu Gothic" w:cs="Yu Gothic" w:hint="eastAsia"/>
          <w:color w:val="auto"/>
          <w:szCs w:val="24"/>
          <w:lang w:eastAsia="ja-JP"/>
        </w:rPr>
        <w:t>３－３．サイバーセキュリティ対策</w:t>
      </w: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8818"/>
      </w:tblGrid>
      <w:tr w:rsidR="00945779" w:rsidRPr="00287E3A" w14:paraId="7467B5EF" w14:textId="77777777" w:rsidTr="002C48FE">
        <w:trPr>
          <w:cantSplit/>
          <w:jc w:val="center"/>
        </w:trPr>
        <w:tc>
          <w:tcPr>
            <w:tcW w:w="8818" w:type="dxa"/>
            <w:tcMar>
              <w:top w:w="70" w:type="dxa"/>
              <w:left w:w="90" w:type="dxa"/>
              <w:bottom w:w="70" w:type="dxa"/>
              <w:right w:w="90" w:type="dxa"/>
            </w:tcMar>
            <w:vAlign w:val="center"/>
          </w:tcPr>
          <w:p w14:paraId="21FEC300" w14:textId="77777777" w:rsidR="00465E6C" w:rsidRDefault="00465E6C" w:rsidP="004453CD">
            <w:pPr>
              <w:rPr>
                <w:rFonts w:eastAsiaTheme="minorEastAsia" w:hint="eastAsia"/>
                <w:sz w:val="24"/>
                <w:szCs w:val="24"/>
                <w:lang w:eastAsia="ja-JP"/>
              </w:rPr>
            </w:pPr>
            <w:bookmarkStart w:id="1" w:name="_Hlk224422495"/>
          </w:p>
          <w:p w14:paraId="1A1A84A5" w14:textId="77777777" w:rsidR="004453CD" w:rsidRDefault="004453CD" w:rsidP="004453CD">
            <w:pPr>
              <w:rPr>
                <w:rFonts w:eastAsiaTheme="minorEastAsia" w:hint="eastAsia"/>
                <w:sz w:val="24"/>
                <w:szCs w:val="24"/>
                <w:lang w:eastAsia="ja-JP"/>
              </w:rPr>
            </w:pPr>
          </w:p>
          <w:p w14:paraId="07E4ED13" w14:textId="77777777" w:rsidR="004453CD" w:rsidRPr="004453CD" w:rsidRDefault="004453CD" w:rsidP="004453CD">
            <w:pPr>
              <w:rPr>
                <w:rFonts w:eastAsiaTheme="minorEastAsia" w:hint="eastAsia"/>
                <w:sz w:val="24"/>
                <w:szCs w:val="24"/>
                <w:lang w:eastAsia="ja-JP"/>
              </w:rPr>
            </w:pPr>
          </w:p>
        </w:tc>
      </w:tr>
    </w:tbl>
    <w:bookmarkEnd w:id="1"/>
    <w:p w14:paraId="49BB8F54" w14:textId="77777777" w:rsidR="00465E6C" w:rsidRPr="00287E3A" w:rsidRDefault="00465E6C" w:rsidP="00465E6C">
      <w:pPr>
        <w:spacing w:after="40" w:line="252" w:lineRule="auto"/>
        <w:ind w:leftChars="100" w:left="610" w:hangingChars="200" w:hanging="400"/>
        <w:rPr>
          <w:sz w:val="22"/>
          <w:lang w:eastAsia="ja-JP"/>
        </w:rPr>
      </w:pPr>
      <w:r w:rsidRPr="00287E3A">
        <w:rPr>
          <w:rFonts w:ascii="Yu Gothic" w:eastAsia="Yu Gothic" w:hAnsi="Yu Gothic" w:cs="Yu Gothic" w:hint="eastAsia"/>
          <w:sz w:val="20"/>
          <w:szCs w:val="28"/>
          <w:lang w:eastAsia="ja-JP"/>
        </w:rPr>
        <w:t xml:space="preserve">　</w:t>
      </w:r>
      <w:r w:rsidRPr="00287E3A">
        <w:rPr>
          <w:rFonts w:ascii="Yu Gothic" w:eastAsia="Yu Gothic" w:hAnsi="Yu Gothic" w:cs="Yu Gothic" w:hint="eastAsia"/>
          <w:sz w:val="20"/>
          <w:lang w:eastAsia="ja-JP"/>
        </w:rPr>
        <w:t>※　本事業でシステム構築等を実施する場合には、講じるサイバーセキュリティの内容について簡潔に記載すること</w:t>
      </w:r>
    </w:p>
    <w:p w14:paraId="3B766CF2" w14:textId="77777777" w:rsidR="00465E6C" w:rsidRPr="00287E3A" w:rsidRDefault="00465E6C" w:rsidP="00465E6C">
      <w:pPr>
        <w:spacing w:after="60"/>
        <w:ind w:leftChars="23" w:left="174" w:hangingChars="45" w:hanging="126"/>
        <w:rPr>
          <w:rFonts w:eastAsiaTheme="minorEastAsia" w:hint="eastAsia"/>
          <w:sz w:val="28"/>
          <w:szCs w:val="28"/>
          <w:lang w:eastAsia="ja-JP"/>
        </w:rPr>
      </w:pPr>
    </w:p>
    <w:p w14:paraId="783CB053" w14:textId="77777777" w:rsidR="00465E6C" w:rsidRPr="00945779" w:rsidRDefault="00465E6C" w:rsidP="00465E6C">
      <w:pPr>
        <w:spacing w:after="60"/>
        <w:ind w:leftChars="23" w:left="156" w:hangingChars="45" w:hanging="108"/>
        <w:rPr>
          <w:rFonts w:eastAsiaTheme="minorEastAsia" w:hint="eastAsia"/>
          <w:sz w:val="24"/>
          <w:szCs w:val="24"/>
          <w:lang w:eastAsia="ja-JP"/>
        </w:rPr>
      </w:pPr>
    </w:p>
    <w:p w14:paraId="4B455E55" w14:textId="77777777" w:rsidR="00465E6C" w:rsidRPr="00945779" w:rsidRDefault="00465E6C" w:rsidP="00465E6C">
      <w:pPr>
        <w:spacing w:after="60"/>
        <w:ind w:leftChars="23" w:left="156" w:hangingChars="45" w:hanging="108"/>
        <w:rPr>
          <w:rFonts w:eastAsiaTheme="minorEastAsia" w:hint="eastAsia"/>
          <w:sz w:val="24"/>
          <w:szCs w:val="24"/>
          <w:lang w:eastAsia="ja-JP"/>
        </w:rPr>
      </w:pPr>
    </w:p>
    <w:p w14:paraId="3F40B839" w14:textId="77777777" w:rsidR="00465E6C" w:rsidRPr="00945779" w:rsidRDefault="00465E6C" w:rsidP="00465E6C">
      <w:pPr>
        <w:pStyle w:val="21"/>
        <w:spacing w:after="80" w:line="240" w:lineRule="auto"/>
        <w:ind w:left="480" w:hangingChars="200" w:hanging="480"/>
        <w:rPr>
          <w:color w:val="auto"/>
          <w:szCs w:val="24"/>
          <w:lang w:eastAsia="ja-JP"/>
        </w:rPr>
      </w:pPr>
      <w:bookmarkStart w:id="2" w:name="_Hlk224423399"/>
      <w:r w:rsidRPr="00945779">
        <w:rPr>
          <w:rFonts w:ascii="Yu Gothic" w:eastAsia="Yu Gothic" w:hAnsi="Yu Gothic" w:cs="Yu Gothic" w:hint="eastAsia"/>
          <w:color w:val="auto"/>
          <w:szCs w:val="24"/>
          <w:lang w:eastAsia="ja-JP"/>
        </w:rPr>
        <w:lastRenderedPageBreak/>
        <w:t>３－４．新たな機能を活用した業務プロセス及び医療機関・薬局等との連携プロセス</w:t>
      </w: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8818"/>
      </w:tblGrid>
      <w:tr w:rsidR="00945779" w:rsidRPr="00945779" w14:paraId="0BA5DF08" w14:textId="77777777" w:rsidTr="002C48FE">
        <w:trPr>
          <w:cantSplit/>
          <w:trHeight w:val="70"/>
          <w:jc w:val="center"/>
        </w:trPr>
        <w:tc>
          <w:tcPr>
            <w:tcW w:w="8818" w:type="dxa"/>
            <w:tcMar>
              <w:top w:w="70" w:type="dxa"/>
              <w:left w:w="90" w:type="dxa"/>
              <w:bottom w:w="70" w:type="dxa"/>
              <w:right w:w="90" w:type="dxa"/>
            </w:tcMar>
            <w:vAlign w:val="center"/>
          </w:tcPr>
          <w:bookmarkEnd w:id="2"/>
          <w:p w14:paraId="57C3BFE7" w14:textId="77777777" w:rsidR="00465E6C" w:rsidRPr="00287E3A" w:rsidRDefault="00465E6C" w:rsidP="002C48FE">
            <w:pPr>
              <w:ind w:left="224" w:hanging="224"/>
              <w:rPr>
                <w:sz w:val="20"/>
                <w:szCs w:val="28"/>
                <w:lang w:eastAsia="ja-JP"/>
              </w:rPr>
            </w:pPr>
            <w:r w:rsidRPr="00287E3A">
              <w:rPr>
                <w:rFonts w:ascii="Yu Gothic" w:eastAsia="Yu Gothic" w:hAnsi="Yu Gothic" w:cs="Yu Gothic" w:hint="eastAsia"/>
                <w:sz w:val="20"/>
                <w:szCs w:val="28"/>
                <w:lang w:eastAsia="ja-JP"/>
              </w:rPr>
              <w:t>・業務プロセスの構築予定の有無（□有　□無）</w:t>
            </w:r>
          </w:p>
        </w:tc>
      </w:tr>
      <w:tr w:rsidR="00945779" w:rsidRPr="00945779" w14:paraId="40D5A8EE" w14:textId="77777777" w:rsidTr="002C48FE">
        <w:trPr>
          <w:cantSplit/>
          <w:trHeight w:val="838"/>
          <w:jc w:val="center"/>
        </w:trPr>
        <w:tc>
          <w:tcPr>
            <w:tcW w:w="8818" w:type="dxa"/>
            <w:tcMar>
              <w:top w:w="70" w:type="dxa"/>
              <w:left w:w="90" w:type="dxa"/>
              <w:bottom w:w="70" w:type="dxa"/>
              <w:right w:w="90" w:type="dxa"/>
            </w:tcMar>
            <w:vAlign w:val="center"/>
          </w:tcPr>
          <w:p w14:paraId="7569EEC6" w14:textId="77777777" w:rsidR="00465E6C" w:rsidRPr="00287E3A" w:rsidRDefault="00465E6C" w:rsidP="002C48FE">
            <w:pPr>
              <w:ind w:left="224" w:hanging="224"/>
              <w:rPr>
                <w:sz w:val="20"/>
                <w:szCs w:val="28"/>
                <w:lang w:eastAsia="ja-JP"/>
              </w:rPr>
            </w:pPr>
            <w:r w:rsidRPr="00287E3A">
              <w:rPr>
                <w:rFonts w:ascii="Yu Gothic" w:eastAsia="Yu Gothic" w:hAnsi="Yu Gothic" w:cs="Yu Gothic" w:hint="eastAsia"/>
                <w:sz w:val="20"/>
                <w:szCs w:val="28"/>
                <w:lang w:eastAsia="ja-JP"/>
              </w:rPr>
              <w:t>・「有」の場合、その内容</w:t>
            </w:r>
          </w:p>
          <w:p w14:paraId="4535ED19" w14:textId="77777777" w:rsidR="00465E6C" w:rsidRPr="004453CD" w:rsidRDefault="00465E6C" w:rsidP="002C48FE">
            <w:pPr>
              <w:ind w:left="224" w:hanging="224"/>
              <w:rPr>
                <w:sz w:val="24"/>
                <w:szCs w:val="40"/>
                <w:lang w:eastAsia="ja-JP"/>
              </w:rPr>
            </w:pPr>
          </w:p>
        </w:tc>
      </w:tr>
      <w:tr w:rsidR="00945779" w:rsidRPr="00945779" w14:paraId="2C0AD84B" w14:textId="77777777" w:rsidTr="002C48FE">
        <w:trPr>
          <w:cantSplit/>
          <w:trHeight w:val="189"/>
          <w:jc w:val="center"/>
        </w:trPr>
        <w:tc>
          <w:tcPr>
            <w:tcW w:w="8818" w:type="dxa"/>
            <w:tcBorders>
              <w:bottom w:val="single" w:sz="4" w:space="0" w:color="auto"/>
            </w:tcBorders>
            <w:tcMar>
              <w:top w:w="70" w:type="dxa"/>
              <w:left w:w="90" w:type="dxa"/>
              <w:bottom w:w="70" w:type="dxa"/>
              <w:right w:w="90" w:type="dxa"/>
            </w:tcMar>
            <w:vAlign w:val="center"/>
          </w:tcPr>
          <w:p w14:paraId="5FBE8BEC" w14:textId="77777777" w:rsidR="00465E6C" w:rsidRPr="00287E3A" w:rsidRDefault="00465E6C" w:rsidP="002C48FE">
            <w:pPr>
              <w:ind w:left="224" w:hanging="224"/>
              <w:rPr>
                <w:sz w:val="20"/>
                <w:szCs w:val="28"/>
                <w:lang w:eastAsia="ja-JP"/>
              </w:rPr>
            </w:pPr>
            <w:r w:rsidRPr="00287E3A">
              <w:rPr>
                <w:rFonts w:ascii="Yu Gothic" w:eastAsia="Yu Gothic" w:hAnsi="Yu Gothic" w:cs="Yu Gothic" w:hint="eastAsia"/>
                <w:sz w:val="20"/>
                <w:szCs w:val="28"/>
                <w:lang w:eastAsia="ja-JP"/>
              </w:rPr>
              <w:t>・連携プロセスの構築予定の有無（□有　□無）</w:t>
            </w:r>
          </w:p>
        </w:tc>
      </w:tr>
      <w:tr w:rsidR="00945779" w:rsidRPr="00945779" w14:paraId="6F2315C1" w14:textId="77777777" w:rsidTr="002C48FE">
        <w:trPr>
          <w:cantSplit/>
          <w:trHeight w:val="496"/>
          <w:jc w:val="center"/>
        </w:trPr>
        <w:tc>
          <w:tcPr>
            <w:tcW w:w="8818" w:type="dxa"/>
            <w:tcBorders>
              <w:bottom w:val="single" w:sz="4" w:space="0" w:color="auto"/>
            </w:tcBorders>
            <w:tcMar>
              <w:top w:w="70" w:type="dxa"/>
              <w:left w:w="90" w:type="dxa"/>
              <w:bottom w:w="70" w:type="dxa"/>
              <w:right w:w="90" w:type="dxa"/>
            </w:tcMar>
            <w:vAlign w:val="center"/>
          </w:tcPr>
          <w:p w14:paraId="37187CE1" w14:textId="77777777" w:rsidR="00465E6C" w:rsidRPr="00287E3A" w:rsidRDefault="00465E6C" w:rsidP="002C48FE">
            <w:pPr>
              <w:ind w:left="224" w:hanging="224"/>
              <w:rPr>
                <w:sz w:val="20"/>
                <w:szCs w:val="28"/>
                <w:lang w:eastAsia="ja-JP"/>
              </w:rPr>
            </w:pPr>
            <w:r w:rsidRPr="00287E3A">
              <w:rPr>
                <w:rFonts w:ascii="Yu Gothic" w:eastAsia="Yu Gothic" w:hAnsi="Yu Gothic" w:cs="Yu Gothic" w:hint="eastAsia"/>
                <w:sz w:val="20"/>
                <w:szCs w:val="28"/>
                <w:lang w:eastAsia="ja-JP"/>
              </w:rPr>
              <w:t>・「有」の場合、その内容</w:t>
            </w:r>
          </w:p>
          <w:p w14:paraId="3C539FB7" w14:textId="77777777" w:rsidR="00465E6C" w:rsidRPr="004453CD" w:rsidRDefault="00465E6C" w:rsidP="002C48FE">
            <w:pPr>
              <w:ind w:left="224" w:hanging="224"/>
              <w:rPr>
                <w:sz w:val="24"/>
                <w:szCs w:val="40"/>
                <w:lang w:eastAsia="ja-JP"/>
              </w:rPr>
            </w:pPr>
          </w:p>
        </w:tc>
      </w:tr>
    </w:tbl>
    <w:p w14:paraId="30068AFE" w14:textId="77777777" w:rsidR="00465E6C" w:rsidRPr="00287E3A" w:rsidRDefault="00465E6C" w:rsidP="00465E6C">
      <w:pPr>
        <w:spacing w:after="40" w:line="252" w:lineRule="auto"/>
        <w:ind w:leftChars="200" w:left="620" w:hangingChars="100" w:hanging="200"/>
        <w:rPr>
          <w:sz w:val="22"/>
          <w:lang w:eastAsia="ja-JP"/>
        </w:rPr>
      </w:pPr>
      <w:r w:rsidRPr="00287E3A">
        <w:rPr>
          <w:rFonts w:ascii="Yu Gothic" w:eastAsia="Yu Gothic" w:hAnsi="Yu Gothic" w:cs="Yu Gothic" w:hint="eastAsia"/>
          <w:sz w:val="20"/>
          <w:lang w:eastAsia="ja-JP"/>
        </w:rPr>
        <w:t>※　より適正な安定供給に資する業務プロセス（例：受発注業務手順、過剰発注の防止手順、適正な出荷調整手順等）の構築予定の有無を記載すること。構築する場合は、その内容及び事業実施後の改善点を記載すること。</w:t>
      </w:r>
    </w:p>
    <w:p w14:paraId="060F121C" w14:textId="77777777" w:rsidR="00465E6C" w:rsidRPr="00287E3A" w:rsidRDefault="00465E6C" w:rsidP="00465E6C">
      <w:pPr>
        <w:spacing w:after="40" w:line="252" w:lineRule="auto"/>
        <w:ind w:leftChars="200" w:left="620" w:hangingChars="100" w:hanging="200"/>
        <w:rPr>
          <w:sz w:val="22"/>
          <w:lang w:eastAsia="ja-JP"/>
        </w:rPr>
      </w:pPr>
      <w:r w:rsidRPr="00287E3A">
        <w:rPr>
          <w:rFonts w:ascii="Yu Gothic" w:eastAsia="Yu Gothic" w:hAnsi="Yu Gothic" w:cs="Yu Gothic" w:hint="eastAsia"/>
          <w:sz w:val="20"/>
          <w:lang w:eastAsia="ja-JP"/>
        </w:rPr>
        <w:t>※　構築するシステム機能やデータベース等を活用し、地域コストの削減等に向けて医療機関・薬局等と連携するプロセスの構築予定の有無を記載すること。構築する場合は、その内容、関係者の役割及び構築の進め方を記載すること。</w:t>
      </w:r>
    </w:p>
    <w:p w14:paraId="0B367BDD" w14:textId="77777777" w:rsidR="00465E6C" w:rsidRPr="00287E3A" w:rsidRDefault="00465E6C" w:rsidP="00465E6C">
      <w:pPr>
        <w:spacing w:after="40" w:line="252" w:lineRule="auto"/>
        <w:ind w:leftChars="210" w:left="657" w:hangingChars="108" w:hanging="216"/>
        <w:rPr>
          <w:sz w:val="22"/>
          <w:lang w:eastAsia="ja-JP"/>
        </w:rPr>
      </w:pPr>
      <w:r w:rsidRPr="00287E3A">
        <w:rPr>
          <w:rFonts w:ascii="Yu Gothic" w:eastAsia="Yu Gothic" w:hAnsi="Yu Gothic" w:cs="Yu Gothic" w:hint="eastAsia"/>
          <w:sz w:val="20"/>
          <w:lang w:eastAsia="ja-JP"/>
        </w:rPr>
        <w:t>※　必要に応じて、地域の行政機関、医師会・薬剤師会等との連携内容や、取組の地域への波及・普及を見据えた内容があれば記載すること。</w:t>
      </w:r>
    </w:p>
    <w:p w14:paraId="443A8FE5" w14:textId="77777777" w:rsidR="00465E6C" w:rsidRPr="00945779" w:rsidRDefault="00465E6C" w:rsidP="00465E6C">
      <w:pPr>
        <w:spacing w:after="60"/>
        <w:ind w:left="224" w:hanging="224"/>
        <w:rPr>
          <w:sz w:val="24"/>
          <w:szCs w:val="24"/>
          <w:lang w:eastAsia="ja-JP"/>
        </w:rPr>
      </w:pPr>
    </w:p>
    <w:p w14:paraId="15AF3064" w14:textId="77777777" w:rsidR="00465E6C" w:rsidRPr="00945779" w:rsidRDefault="00465E6C" w:rsidP="00465E6C">
      <w:pPr>
        <w:spacing w:after="60"/>
        <w:ind w:left="224" w:hanging="224"/>
        <w:rPr>
          <w:sz w:val="24"/>
          <w:szCs w:val="24"/>
          <w:lang w:eastAsia="ja-JP"/>
        </w:rPr>
      </w:pPr>
    </w:p>
    <w:p w14:paraId="7CE02AE4" w14:textId="77777777" w:rsidR="00465E6C" w:rsidRPr="00945779" w:rsidRDefault="00465E6C" w:rsidP="00465E6C">
      <w:pPr>
        <w:pStyle w:val="21"/>
        <w:spacing w:after="80" w:line="240" w:lineRule="auto"/>
        <w:ind w:left="224" w:hanging="224"/>
        <w:rPr>
          <w:color w:val="auto"/>
          <w:szCs w:val="24"/>
          <w:lang w:eastAsia="ja-JP"/>
        </w:rPr>
      </w:pPr>
      <w:r w:rsidRPr="00945779">
        <w:rPr>
          <w:rFonts w:ascii="Yu Gothic" w:eastAsia="Yu Gothic" w:hAnsi="Yu Gothic" w:cs="Yu Gothic" w:hint="eastAsia"/>
          <w:color w:val="auto"/>
          <w:szCs w:val="24"/>
          <w:lang w:eastAsia="ja-JP"/>
        </w:rPr>
        <w:t>３－５．事業スケジュール（採択日から令和9年3月31日まで）</w:t>
      </w: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1418"/>
        <w:gridCol w:w="1274"/>
        <w:gridCol w:w="1275"/>
        <w:gridCol w:w="1274"/>
        <w:gridCol w:w="1275"/>
        <w:gridCol w:w="1274"/>
        <w:gridCol w:w="1275"/>
      </w:tblGrid>
      <w:tr w:rsidR="00945779" w:rsidRPr="00945779" w14:paraId="1E50EF5E" w14:textId="77777777" w:rsidTr="002C48FE">
        <w:trPr>
          <w:cantSplit/>
          <w:tblHeader/>
          <w:jc w:val="center"/>
        </w:trPr>
        <w:tc>
          <w:tcPr>
            <w:tcW w:w="1418"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3EDA605E" w14:textId="77777777" w:rsidR="00465E6C" w:rsidRPr="00287E3A" w:rsidRDefault="00465E6C" w:rsidP="002C48FE">
            <w:pPr>
              <w:widowControl w:val="0"/>
              <w:jc w:val="center"/>
              <w:rPr>
                <w:rFonts w:ascii="ＭＳ 明朝" w:hAnsi="ＭＳ 明朝"/>
                <w:sz w:val="20"/>
                <w:szCs w:val="20"/>
              </w:rPr>
            </w:pPr>
            <w:bookmarkStart w:id="3" w:name="_Hlk234506178"/>
            <w:proofErr w:type="spellStart"/>
            <w:r w:rsidRPr="00287E3A">
              <w:rPr>
                <w:rFonts w:ascii="Yu Gothic" w:eastAsia="Yu Gothic" w:hAnsi="Yu Gothic" w:cs="Yu Gothic" w:hint="eastAsia"/>
                <w:b/>
                <w:sz w:val="20"/>
                <w:szCs w:val="20"/>
              </w:rPr>
              <w:t>取組内容</w:t>
            </w:r>
            <w:proofErr w:type="spellEnd"/>
          </w:p>
        </w:tc>
        <w:tc>
          <w:tcPr>
            <w:tcW w:w="1274"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5AAFD395"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rPr>
              <w:t>４月</w:t>
            </w:r>
          </w:p>
        </w:tc>
        <w:tc>
          <w:tcPr>
            <w:tcW w:w="1275"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2654E860"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rPr>
              <w:t>５月</w:t>
            </w:r>
          </w:p>
        </w:tc>
        <w:tc>
          <w:tcPr>
            <w:tcW w:w="1274"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22637E46"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rPr>
              <w:t>６月</w:t>
            </w:r>
          </w:p>
        </w:tc>
        <w:tc>
          <w:tcPr>
            <w:tcW w:w="1275"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5DEFFD46"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rPr>
              <w:t>７月</w:t>
            </w:r>
          </w:p>
        </w:tc>
        <w:tc>
          <w:tcPr>
            <w:tcW w:w="1274"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5AD448F6"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rPr>
              <w:t>８月</w:t>
            </w:r>
          </w:p>
        </w:tc>
        <w:tc>
          <w:tcPr>
            <w:tcW w:w="1275"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1CFFD9BD"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rPr>
              <w:t>９月</w:t>
            </w:r>
          </w:p>
        </w:tc>
      </w:tr>
      <w:bookmarkEnd w:id="3"/>
      <w:tr w:rsidR="00945779" w:rsidRPr="00945779" w14:paraId="55F25AB8" w14:textId="77777777" w:rsidTr="002C48FE">
        <w:trPr>
          <w:cantSplit/>
          <w:jc w:val="center"/>
        </w:trPr>
        <w:tc>
          <w:tcPr>
            <w:tcW w:w="141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1FBBC79"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17A20D5"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54A7208"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40570E7"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FC91924"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0D6885E"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13A5598" w14:textId="77777777" w:rsidR="00465E6C" w:rsidRPr="004453CD" w:rsidRDefault="00465E6C" w:rsidP="002C48FE">
            <w:pPr>
              <w:widowControl w:val="0"/>
              <w:ind w:left="204" w:hanging="204"/>
              <w:rPr>
                <w:rFonts w:ascii="ＭＳ 明朝" w:hAnsi="ＭＳ 明朝"/>
                <w:szCs w:val="21"/>
              </w:rPr>
            </w:pPr>
          </w:p>
        </w:tc>
      </w:tr>
      <w:tr w:rsidR="00945779" w:rsidRPr="00945779" w14:paraId="19455DE4" w14:textId="77777777" w:rsidTr="002C48FE">
        <w:trPr>
          <w:cantSplit/>
          <w:jc w:val="center"/>
        </w:trPr>
        <w:tc>
          <w:tcPr>
            <w:tcW w:w="141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D8F2F04"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90B950F"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C620371"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72AD938"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1DC2B03"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66ADAB2"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C54B8E1" w14:textId="77777777" w:rsidR="00465E6C" w:rsidRPr="004453CD" w:rsidRDefault="00465E6C" w:rsidP="002C48FE">
            <w:pPr>
              <w:widowControl w:val="0"/>
              <w:ind w:left="204" w:hanging="204"/>
              <w:rPr>
                <w:rFonts w:ascii="ＭＳ 明朝" w:hAnsi="ＭＳ 明朝"/>
                <w:szCs w:val="21"/>
              </w:rPr>
            </w:pPr>
          </w:p>
        </w:tc>
      </w:tr>
      <w:tr w:rsidR="00945779" w:rsidRPr="00945779" w14:paraId="476677E5" w14:textId="77777777" w:rsidTr="002C48FE">
        <w:trPr>
          <w:cantSplit/>
          <w:jc w:val="center"/>
        </w:trPr>
        <w:tc>
          <w:tcPr>
            <w:tcW w:w="141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52FB89E"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2CA2F22"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17F0BDD"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1F6CEF7"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46E9D9D"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2A18B1A"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A6247BA" w14:textId="77777777" w:rsidR="00465E6C" w:rsidRPr="004453CD" w:rsidRDefault="00465E6C" w:rsidP="002C48FE">
            <w:pPr>
              <w:widowControl w:val="0"/>
              <w:ind w:left="204" w:hanging="204"/>
              <w:rPr>
                <w:rFonts w:ascii="ＭＳ 明朝" w:hAnsi="ＭＳ 明朝"/>
                <w:szCs w:val="21"/>
              </w:rPr>
            </w:pPr>
          </w:p>
        </w:tc>
      </w:tr>
      <w:tr w:rsidR="00945779" w:rsidRPr="00945779" w14:paraId="36C49198" w14:textId="77777777" w:rsidTr="002C48FE">
        <w:trPr>
          <w:cantSplit/>
          <w:jc w:val="center"/>
        </w:trPr>
        <w:tc>
          <w:tcPr>
            <w:tcW w:w="1418" w:type="dxa"/>
            <w:tcBorders>
              <w:top w:val="single" w:sz="4" w:space="0" w:color="auto"/>
              <w:bottom w:val="single" w:sz="4" w:space="0" w:color="auto"/>
            </w:tcBorders>
            <w:tcMar>
              <w:top w:w="70" w:type="dxa"/>
              <w:left w:w="90" w:type="dxa"/>
              <w:bottom w:w="70" w:type="dxa"/>
              <w:right w:w="90" w:type="dxa"/>
            </w:tcMar>
            <w:vAlign w:val="center"/>
          </w:tcPr>
          <w:p w14:paraId="4112776A"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bottom w:val="single" w:sz="4" w:space="0" w:color="auto"/>
            </w:tcBorders>
            <w:tcMar>
              <w:top w:w="70" w:type="dxa"/>
              <w:left w:w="90" w:type="dxa"/>
              <w:bottom w:w="70" w:type="dxa"/>
              <w:right w:w="90" w:type="dxa"/>
            </w:tcMar>
            <w:vAlign w:val="center"/>
          </w:tcPr>
          <w:p w14:paraId="7C7BF492" w14:textId="77777777" w:rsidR="00465E6C" w:rsidRPr="004453CD" w:rsidRDefault="00465E6C" w:rsidP="002C48FE">
            <w:pPr>
              <w:widowControl w:val="0"/>
              <w:ind w:left="204" w:hanging="204"/>
              <w:jc w:val="center"/>
              <w:rPr>
                <w:rFonts w:ascii="ＭＳ 明朝" w:hAnsi="ＭＳ 明朝"/>
                <w:szCs w:val="21"/>
              </w:rPr>
            </w:pPr>
          </w:p>
        </w:tc>
        <w:tc>
          <w:tcPr>
            <w:tcW w:w="1275" w:type="dxa"/>
            <w:tcBorders>
              <w:top w:val="single" w:sz="4" w:space="0" w:color="auto"/>
              <w:bottom w:val="single" w:sz="4" w:space="0" w:color="auto"/>
            </w:tcBorders>
            <w:tcMar>
              <w:top w:w="70" w:type="dxa"/>
              <w:left w:w="90" w:type="dxa"/>
              <w:bottom w:w="70" w:type="dxa"/>
              <w:right w:w="90" w:type="dxa"/>
            </w:tcMar>
            <w:vAlign w:val="center"/>
          </w:tcPr>
          <w:p w14:paraId="3A6287CA" w14:textId="77777777" w:rsidR="00465E6C" w:rsidRPr="004453CD" w:rsidRDefault="00465E6C" w:rsidP="002C48FE">
            <w:pPr>
              <w:widowControl w:val="0"/>
              <w:ind w:left="204" w:hanging="204"/>
              <w:jc w:val="center"/>
              <w:rPr>
                <w:rFonts w:ascii="ＭＳ 明朝" w:hAnsi="ＭＳ 明朝"/>
                <w:szCs w:val="21"/>
              </w:rPr>
            </w:pPr>
          </w:p>
        </w:tc>
        <w:tc>
          <w:tcPr>
            <w:tcW w:w="1274" w:type="dxa"/>
            <w:tcBorders>
              <w:top w:val="single" w:sz="4" w:space="0" w:color="auto"/>
              <w:bottom w:val="single" w:sz="4" w:space="0" w:color="auto"/>
            </w:tcBorders>
            <w:tcMar>
              <w:top w:w="70" w:type="dxa"/>
              <w:left w:w="90" w:type="dxa"/>
              <w:bottom w:w="70" w:type="dxa"/>
              <w:right w:w="90" w:type="dxa"/>
            </w:tcMar>
            <w:vAlign w:val="center"/>
          </w:tcPr>
          <w:p w14:paraId="710028DF" w14:textId="77777777" w:rsidR="00465E6C" w:rsidRPr="004453CD" w:rsidRDefault="00465E6C" w:rsidP="002C48FE">
            <w:pPr>
              <w:widowControl w:val="0"/>
              <w:ind w:left="204" w:hanging="204"/>
              <w:jc w:val="center"/>
              <w:rPr>
                <w:rFonts w:ascii="ＭＳ 明朝" w:hAnsi="ＭＳ 明朝"/>
                <w:szCs w:val="21"/>
              </w:rPr>
            </w:pPr>
          </w:p>
        </w:tc>
        <w:tc>
          <w:tcPr>
            <w:tcW w:w="1275" w:type="dxa"/>
            <w:tcBorders>
              <w:top w:val="single" w:sz="4" w:space="0" w:color="auto"/>
              <w:bottom w:val="single" w:sz="4" w:space="0" w:color="auto"/>
            </w:tcBorders>
            <w:tcMar>
              <w:top w:w="70" w:type="dxa"/>
              <w:left w:w="90" w:type="dxa"/>
              <w:bottom w:w="70" w:type="dxa"/>
              <w:right w:w="90" w:type="dxa"/>
            </w:tcMar>
            <w:vAlign w:val="center"/>
          </w:tcPr>
          <w:p w14:paraId="2E2CE0B5" w14:textId="77777777" w:rsidR="00465E6C" w:rsidRPr="004453CD" w:rsidRDefault="00465E6C" w:rsidP="002C48FE">
            <w:pPr>
              <w:widowControl w:val="0"/>
              <w:ind w:left="204" w:hanging="204"/>
              <w:jc w:val="center"/>
              <w:rPr>
                <w:rFonts w:ascii="ＭＳ 明朝" w:hAnsi="ＭＳ 明朝"/>
                <w:szCs w:val="21"/>
              </w:rPr>
            </w:pPr>
          </w:p>
        </w:tc>
        <w:tc>
          <w:tcPr>
            <w:tcW w:w="1274" w:type="dxa"/>
            <w:tcBorders>
              <w:top w:val="single" w:sz="4" w:space="0" w:color="auto"/>
              <w:bottom w:val="single" w:sz="4" w:space="0" w:color="auto"/>
            </w:tcBorders>
            <w:tcMar>
              <w:top w:w="70" w:type="dxa"/>
              <w:left w:w="90" w:type="dxa"/>
              <w:bottom w:w="70" w:type="dxa"/>
              <w:right w:w="90" w:type="dxa"/>
            </w:tcMar>
            <w:vAlign w:val="center"/>
          </w:tcPr>
          <w:p w14:paraId="0AB55699" w14:textId="77777777" w:rsidR="00465E6C" w:rsidRPr="004453CD" w:rsidRDefault="00465E6C" w:rsidP="002C48FE">
            <w:pPr>
              <w:widowControl w:val="0"/>
              <w:ind w:left="204" w:hanging="204"/>
              <w:jc w:val="center"/>
              <w:rPr>
                <w:rFonts w:ascii="ＭＳ 明朝" w:hAnsi="ＭＳ 明朝"/>
                <w:szCs w:val="21"/>
              </w:rPr>
            </w:pPr>
          </w:p>
        </w:tc>
        <w:tc>
          <w:tcPr>
            <w:tcW w:w="1275" w:type="dxa"/>
            <w:tcBorders>
              <w:top w:val="single" w:sz="4" w:space="0" w:color="auto"/>
              <w:bottom w:val="single" w:sz="4" w:space="0" w:color="auto"/>
            </w:tcBorders>
            <w:tcMar>
              <w:top w:w="70" w:type="dxa"/>
              <w:left w:w="90" w:type="dxa"/>
              <w:bottom w:w="70" w:type="dxa"/>
              <w:right w:w="90" w:type="dxa"/>
            </w:tcMar>
            <w:vAlign w:val="center"/>
          </w:tcPr>
          <w:p w14:paraId="69C7F310" w14:textId="77777777" w:rsidR="00465E6C" w:rsidRPr="004453CD" w:rsidRDefault="00465E6C" w:rsidP="002C48FE">
            <w:pPr>
              <w:widowControl w:val="0"/>
              <w:ind w:left="204" w:hanging="204"/>
              <w:jc w:val="center"/>
              <w:rPr>
                <w:rFonts w:ascii="ＭＳ 明朝" w:hAnsi="ＭＳ 明朝"/>
                <w:szCs w:val="21"/>
              </w:rPr>
            </w:pPr>
          </w:p>
        </w:tc>
      </w:tr>
      <w:tr w:rsidR="00945779" w:rsidRPr="00945779" w14:paraId="2103A61F" w14:textId="77777777" w:rsidTr="002C48FE">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2E123376" w14:textId="77777777" w:rsidR="00465E6C" w:rsidRPr="00287E3A" w:rsidRDefault="00465E6C" w:rsidP="002C48FE">
            <w:pPr>
              <w:widowControl w:val="0"/>
              <w:ind w:left="204" w:hanging="204"/>
              <w:jc w:val="center"/>
              <w:rPr>
                <w:rFonts w:ascii="ＭＳ 明朝" w:hAnsi="ＭＳ 明朝"/>
                <w:sz w:val="20"/>
                <w:szCs w:val="20"/>
              </w:rPr>
            </w:pPr>
            <w:proofErr w:type="spellStart"/>
            <w:r w:rsidRPr="00287E3A">
              <w:rPr>
                <w:rFonts w:ascii="Yu Gothic" w:eastAsia="Yu Gothic" w:hAnsi="Yu Gothic" w:cs="Yu Gothic" w:hint="eastAsia"/>
                <w:b/>
                <w:sz w:val="20"/>
                <w:szCs w:val="20"/>
              </w:rPr>
              <w:t>取組内容</w:t>
            </w:r>
            <w:proofErr w:type="spellEnd"/>
          </w:p>
        </w:tc>
        <w:tc>
          <w:tcPr>
            <w:tcW w:w="1274"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0B4CF509"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lang w:eastAsia="ja-JP"/>
              </w:rPr>
              <w:t>10</w:t>
            </w:r>
            <w:r w:rsidRPr="00287E3A">
              <w:rPr>
                <w:rFonts w:ascii="Yu Gothic" w:eastAsia="Yu Gothic" w:hAnsi="Yu Gothic" w:cs="Yu Gothic" w:hint="eastAsia"/>
                <w:b/>
                <w:sz w:val="20"/>
                <w:szCs w:val="20"/>
              </w:rPr>
              <w:t>月</w:t>
            </w:r>
          </w:p>
        </w:tc>
        <w:tc>
          <w:tcPr>
            <w:tcW w:w="1275"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22611278"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lang w:eastAsia="ja-JP"/>
              </w:rPr>
              <w:t>11</w:t>
            </w:r>
            <w:r w:rsidRPr="00287E3A">
              <w:rPr>
                <w:rFonts w:ascii="Yu Gothic" w:eastAsia="Yu Gothic" w:hAnsi="Yu Gothic" w:cs="Yu Gothic" w:hint="eastAsia"/>
                <w:b/>
                <w:sz w:val="20"/>
                <w:szCs w:val="20"/>
              </w:rPr>
              <w:t>月</w:t>
            </w:r>
          </w:p>
        </w:tc>
        <w:tc>
          <w:tcPr>
            <w:tcW w:w="1274"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010E41EA"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lang w:eastAsia="ja-JP"/>
              </w:rPr>
              <w:t>12</w:t>
            </w:r>
            <w:r w:rsidRPr="00287E3A">
              <w:rPr>
                <w:rFonts w:ascii="Yu Gothic" w:eastAsia="Yu Gothic" w:hAnsi="Yu Gothic" w:cs="Yu Gothic" w:hint="eastAsia"/>
                <w:b/>
                <w:sz w:val="20"/>
                <w:szCs w:val="20"/>
              </w:rPr>
              <w:t>月</w:t>
            </w:r>
          </w:p>
        </w:tc>
        <w:tc>
          <w:tcPr>
            <w:tcW w:w="1275"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1B0369F4"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lang w:eastAsia="ja-JP"/>
              </w:rPr>
              <w:t>１</w:t>
            </w:r>
            <w:r w:rsidRPr="00287E3A">
              <w:rPr>
                <w:rFonts w:ascii="Yu Gothic" w:eastAsia="Yu Gothic" w:hAnsi="Yu Gothic" w:cs="Yu Gothic" w:hint="eastAsia"/>
                <w:b/>
                <w:sz w:val="20"/>
                <w:szCs w:val="20"/>
              </w:rPr>
              <w:t>月</w:t>
            </w:r>
          </w:p>
        </w:tc>
        <w:tc>
          <w:tcPr>
            <w:tcW w:w="1274"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6D04751B"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lang w:eastAsia="ja-JP"/>
              </w:rPr>
              <w:t>２</w:t>
            </w:r>
            <w:r w:rsidRPr="00287E3A">
              <w:rPr>
                <w:rFonts w:ascii="Yu Gothic" w:eastAsia="Yu Gothic" w:hAnsi="Yu Gothic" w:cs="Yu Gothic" w:hint="eastAsia"/>
                <w:b/>
                <w:sz w:val="20"/>
                <w:szCs w:val="20"/>
              </w:rPr>
              <w:t>月</w:t>
            </w:r>
          </w:p>
        </w:tc>
        <w:tc>
          <w:tcPr>
            <w:tcW w:w="1275" w:type="dxa"/>
            <w:tcBorders>
              <w:top w:val="single" w:sz="4" w:space="0" w:color="auto"/>
              <w:left w:val="single" w:sz="4" w:space="0" w:color="auto"/>
              <w:bottom w:val="single" w:sz="4" w:space="0" w:color="auto"/>
              <w:right w:val="single" w:sz="4" w:space="0" w:color="auto"/>
            </w:tcBorders>
            <w:shd w:val="clear" w:color="auto" w:fill="D9E1F2"/>
            <w:tcMar>
              <w:top w:w="70" w:type="dxa"/>
              <w:left w:w="90" w:type="dxa"/>
              <w:bottom w:w="70" w:type="dxa"/>
              <w:right w:w="90" w:type="dxa"/>
            </w:tcMar>
            <w:vAlign w:val="center"/>
          </w:tcPr>
          <w:p w14:paraId="5F0D6C61" w14:textId="77777777" w:rsidR="00465E6C" w:rsidRPr="00287E3A" w:rsidRDefault="00465E6C" w:rsidP="002C48FE">
            <w:pPr>
              <w:widowControl w:val="0"/>
              <w:ind w:left="204" w:hanging="204"/>
              <w:jc w:val="center"/>
              <w:rPr>
                <w:rFonts w:ascii="ＭＳ 明朝" w:hAnsi="ＭＳ 明朝"/>
                <w:sz w:val="20"/>
                <w:szCs w:val="20"/>
              </w:rPr>
            </w:pPr>
            <w:r w:rsidRPr="00287E3A">
              <w:rPr>
                <w:rFonts w:ascii="Yu Gothic" w:eastAsia="Yu Gothic" w:hAnsi="Yu Gothic" w:cs="Yu Gothic" w:hint="eastAsia"/>
                <w:b/>
                <w:sz w:val="20"/>
                <w:szCs w:val="20"/>
                <w:lang w:eastAsia="ja-JP"/>
              </w:rPr>
              <w:t>３</w:t>
            </w:r>
            <w:r w:rsidRPr="00287E3A">
              <w:rPr>
                <w:rFonts w:ascii="Yu Gothic" w:eastAsia="Yu Gothic" w:hAnsi="Yu Gothic" w:cs="Yu Gothic" w:hint="eastAsia"/>
                <w:b/>
                <w:sz w:val="20"/>
                <w:szCs w:val="20"/>
              </w:rPr>
              <w:t>月</w:t>
            </w:r>
          </w:p>
        </w:tc>
      </w:tr>
      <w:tr w:rsidR="00945779" w:rsidRPr="00945779" w14:paraId="78DCBFBC" w14:textId="77777777" w:rsidTr="002C48FE">
        <w:trPr>
          <w:cantSplit/>
          <w:jc w:val="center"/>
        </w:trPr>
        <w:tc>
          <w:tcPr>
            <w:tcW w:w="141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408C7C8"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FE5194C"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3086A0E"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4D94EDD"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FB33B77"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9FD337F"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1AD853A" w14:textId="77777777" w:rsidR="00465E6C" w:rsidRPr="004453CD" w:rsidRDefault="00465E6C" w:rsidP="002C48FE">
            <w:pPr>
              <w:widowControl w:val="0"/>
              <w:ind w:left="204" w:hanging="204"/>
              <w:rPr>
                <w:rFonts w:ascii="ＭＳ 明朝" w:hAnsi="ＭＳ 明朝"/>
                <w:szCs w:val="21"/>
              </w:rPr>
            </w:pPr>
          </w:p>
        </w:tc>
      </w:tr>
      <w:tr w:rsidR="00945779" w:rsidRPr="00945779" w14:paraId="4204558D" w14:textId="77777777" w:rsidTr="002C48FE">
        <w:trPr>
          <w:cantSplit/>
          <w:jc w:val="center"/>
        </w:trPr>
        <w:tc>
          <w:tcPr>
            <w:tcW w:w="141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7B47BF2"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203CC00"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6B61B15"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339AA80"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64EE158"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B27B594"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D6DA29F" w14:textId="77777777" w:rsidR="00465E6C" w:rsidRPr="004453CD" w:rsidRDefault="00465E6C" w:rsidP="002C48FE">
            <w:pPr>
              <w:widowControl w:val="0"/>
              <w:ind w:left="204" w:hanging="204"/>
              <w:rPr>
                <w:rFonts w:ascii="ＭＳ 明朝" w:hAnsi="ＭＳ 明朝"/>
                <w:szCs w:val="21"/>
              </w:rPr>
            </w:pPr>
          </w:p>
        </w:tc>
      </w:tr>
      <w:tr w:rsidR="00945779" w:rsidRPr="00945779" w14:paraId="7D705B53" w14:textId="77777777" w:rsidTr="002C48FE">
        <w:trPr>
          <w:cantSplit/>
          <w:jc w:val="center"/>
        </w:trPr>
        <w:tc>
          <w:tcPr>
            <w:tcW w:w="141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B52C702"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1A967D2"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B00EA2A"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D23FEF0"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8F80113"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D4DFF1B"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4409A68" w14:textId="77777777" w:rsidR="00465E6C" w:rsidRPr="004453CD" w:rsidRDefault="00465E6C" w:rsidP="002C48FE">
            <w:pPr>
              <w:widowControl w:val="0"/>
              <w:ind w:left="204" w:hanging="204"/>
              <w:rPr>
                <w:rFonts w:ascii="ＭＳ 明朝" w:hAnsi="ＭＳ 明朝"/>
                <w:szCs w:val="21"/>
              </w:rPr>
            </w:pPr>
          </w:p>
        </w:tc>
      </w:tr>
      <w:tr w:rsidR="00945779" w:rsidRPr="00945779" w14:paraId="4D0B6AB6" w14:textId="77777777" w:rsidTr="002C48FE">
        <w:trPr>
          <w:cantSplit/>
          <w:jc w:val="center"/>
        </w:trPr>
        <w:tc>
          <w:tcPr>
            <w:tcW w:w="141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A6C6D4C"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CA9D70D"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AABCA6A"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B81234A"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433C579" w14:textId="77777777" w:rsidR="00465E6C" w:rsidRPr="004453CD" w:rsidRDefault="00465E6C" w:rsidP="002C48FE">
            <w:pPr>
              <w:widowControl w:val="0"/>
              <w:ind w:left="204" w:hanging="204"/>
              <w:rPr>
                <w:rFonts w:ascii="ＭＳ 明朝" w:hAnsi="ＭＳ 明朝"/>
                <w:szCs w:val="21"/>
              </w:rPr>
            </w:pPr>
          </w:p>
        </w:tc>
        <w:tc>
          <w:tcPr>
            <w:tcW w:w="127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12B6289" w14:textId="77777777" w:rsidR="00465E6C" w:rsidRPr="004453CD" w:rsidRDefault="00465E6C" w:rsidP="002C48FE">
            <w:pPr>
              <w:widowControl w:val="0"/>
              <w:ind w:left="204" w:hanging="204"/>
              <w:rPr>
                <w:rFonts w:ascii="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87008BA" w14:textId="77777777" w:rsidR="00465E6C" w:rsidRPr="004453CD" w:rsidRDefault="00465E6C" w:rsidP="002C48FE">
            <w:pPr>
              <w:widowControl w:val="0"/>
              <w:ind w:left="204" w:hanging="204"/>
              <w:rPr>
                <w:rFonts w:ascii="ＭＳ 明朝" w:hAnsi="ＭＳ 明朝"/>
                <w:szCs w:val="21"/>
              </w:rPr>
            </w:pPr>
          </w:p>
        </w:tc>
      </w:tr>
    </w:tbl>
    <w:p w14:paraId="4A09A939" w14:textId="77777777" w:rsidR="00465E6C" w:rsidRPr="00287E3A" w:rsidRDefault="00465E6C" w:rsidP="00465E6C">
      <w:pPr>
        <w:spacing w:after="40" w:line="252" w:lineRule="auto"/>
        <w:ind w:leftChars="100" w:left="210"/>
        <w:rPr>
          <w:sz w:val="22"/>
          <w:lang w:eastAsia="ja-JP"/>
        </w:rPr>
      </w:pPr>
      <w:r w:rsidRPr="00287E3A">
        <w:rPr>
          <w:rFonts w:ascii="Yu Gothic" w:eastAsia="Yu Gothic" w:hAnsi="Yu Gothic" w:cs="Yu Gothic" w:hint="eastAsia"/>
          <w:sz w:val="20"/>
          <w:lang w:eastAsia="ja-JP"/>
        </w:rPr>
        <w:t>※　取組内容ごとに、採択日以降の工程をガントチャート等により記載し、時系列で実施計画が把握できるようにすること。</w:t>
      </w:r>
    </w:p>
    <w:p w14:paraId="6FADD921" w14:textId="77777777" w:rsidR="00465E6C" w:rsidRPr="00945779" w:rsidRDefault="00465E6C" w:rsidP="00465E6C">
      <w:pPr>
        <w:spacing w:after="60"/>
        <w:ind w:leftChars="12" w:left="25"/>
        <w:rPr>
          <w:sz w:val="24"/>
          <w:szCs w:val="24"/>
          <w:lang w:eastAsia="ja-JP"/>
        </w:rPr>
      </w:pPr>
    </w:p>
    <w:p w14:paraId="7B6FB6A1" w14:textId="77777777" w:rsidR="00465E6C" w:rsidRPr="00945779" w:rsidRDefault="00465E6C" w:rsidP="00465E6C">
      <w:pPr>
        <w:spacing w:after="60"/>
        <w:ind w:leftChars="12" w:left="25"/>
        <w:rPr>
          <w:sz w:val="24"/>
          <w:szCs w:val="24"/>
          <w:lang w:eastAsia="ja-JP"/>
        </w:rPr>
      </w:pPr>
    </w:p>
    <w:p w14:paraId="07BE3135" w14:textId="153666A4" w:rsidR="00465E6C" w:rsidRPr="00945779" w:rsidRDefault="00465E6C" w:rsidP="00465E6C">
      <w:pPr>
        <w:pStyle w:val="21"/>
        <w:spacing w:after="80" w:line="240" w:lineRule="auto"/>
        <w:ind w:left="193" w:hanging="193"/>
        <w:rPr>
          <w:color w:val="auto"/>
          <w:szCs w:val="24"/>
        </w:rPr>
      </w:pPr>
      <w:r w:rsidRPr="00945779">
        <w:rPr>
          <w:rFonts w:ascii="Yu Gothic" w:eastAsia="Yu Gothic" w:hAnsi="Yu Gothic" w:cs="Yu Gothic" w:hint="eastAsia"/>
          <w:color w:val="auto"/>
          <w:szCs w:val="24"/>
        </w:rPr>
        <w:lastRenderedPageBreak/>
        <w:t>３－６．実施体制</w:t>
      </w: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8818"/>
      </w:tblGrid>
      <w:tr w:rsidR="00945779" w:rsidRPr="00945779" w14:paraId="6A8DC713" w14:textId="77777777" w:rsidTr="002C48FE">
        <w:trPr>
          <w:cantSplit/>
          <w:trHeight w:val="1476"/>
          <w:jc w:val="center"/>
        </w:trPr>
        <w:tc>
          <w:tcPr>
            <w:tcW w:w="8818" w:type="dxa"/>
            <w:tcBorders>
              <w:bottom w:val="single" w:sz="4" w:space="0" w:color="auto"/>
            </w:tcBorders>
            <w:tcMar>
              <w:top w:w="70" w:type="dxa"/>
              <w:left w:w="90" w:type="dxa"/>
              <w:bottom w:w="70" w:type="dxa"/>
              <w:right w:w="90" w:type="dxa"/>
            </w:tcMar>
            <w:vAlign w:val="center"/>
          </w:tcPr>
          <w:p w14:paraId="26727554" w14:textId="77777777" w:rsidR="00465E6C" w:rsidRPr="00D44D54" w:rsidRDefault="00465E6C" w:rsidP="002C48FE">
            <w:pPr>
              <w:widowControl w:val="0"/>
              <w:ind w:left="190" w:hanging="190"/>
              <w:rPr>
                <w:rFonts w:ascii="ＭＳ 明朝" w:hAnsi="ＭＳ 明朝"/>
                <w:spacing w:val="-3"/>
                <w:sz w:val="22"/>
                <w:szCs w:val="24"/>
                <w:lang w:eastAsia="zh-TW"/>
              </w:rPr>
            </w:pPr>
            <w:r w:rsidRPr="00D44D54">
              <w:rPr>
                <w:rFonts w:ascii="Yu Gothic" w:eastAsia="Yu Gothic" w:hAnsi="Yu Gothic" w:cs="Yu Gothic" w:hint="eastAsia"/>
                <w:spacing w:val="-3"/>
                <w:sz w:val="20"/>
                <w:szCs w:val="24"/>
                <w:lang w:eastAsia="zh-TW"/>
              </w:rPr>
              <w:t>（実施体制図（記載例））</w:t>
            </w:r>
          </w:p>
          <w:p w14:paraId="100BDE67" w14:textId="77777777" w:rsidR="00465E6C" w:rsidRPr="00D44D54" w:rsidRDefault="00465E6C" w:rsidP="002C48FE">
            <w:pPr>
              <w:widowControl w:val="0"/>
              <w:ind w:left="190" w:hanging="190"/>
              <w:rPr>
                <w:rFonts w:ascii="ＭＳ 明朝" w:hAnsi="ＭＳ 明朝"/>
                <w:spacing w:val="-3"/>
                <w:sz w:val="22"/>
                <w:szCs w:val="24"/>
                <w:lang w:eastAsia="ja-JP"/>
              </w:rPr>
            </w:pPr>
            <w:r w:rsidRPr="00D44D54">
              <w:rPr>
                <w:rFonts w:ascii="Yu Gothic" w:eastAsia="Yu Gothic" w:hAnsi="Yu Gothic" w:cs="Yu Gothic" w:hint="eastAsia"/>
                <w:spacing w:val="-3"/>
                <w:sz w:val="20"/>
                <w:szCs w:val="24"/>
                <w:lang w:eastAsia="ja-JP"/>
              </w:rPr>
              <w:t>本事業を円滑に遂行するための実施体制が十分かどうかについてご説明ください。</w:t>
            </w:r>
          </w:p>
          <w:p w14:paraId="325FC273" w14:textId="77777777" w:rsidR="00465E6C" w:rsidRPr="00D44D54" w:rsidRDefault="00465E6C" w:rsidP="002C48FE">
            <w:pPr>
              <w:widowControl w:val="0"/>
              <w:ind w:left="190" w:hanging="190"/>
              <w:rPr>
                <w:rFonts w:ascii="ＭＳ 明朝" w:hAnsi="ＭＳ 明朝"/>
                <w:spacing w:val="-3"/>
                <w:sz w:val="22"/>
                <w:szCs w:val="24"/>
                <w:lang w:eastAsia="ja-JP"/>
              </w:rPr>
            </w:pPr>
            <w:r w:rsidRPr="00D44D54">
              <w:rPr>
                <w:rFonts w:ascii="Yu Gothic" w:eastAsia="Yu Gothic" w:hAnsi="Yu Gothic" w:cs="Yu Gothic" w:hint="eastAsia"/>
                <w:spacing w:val="-3"/>
                <w:sz w:val="20"/>
                <w:szCs w:val="24"/>
                <w:lang w:eastAsia="ja-JP"/>
              </w:rPr>
              <w:t>・担当者の氏名・役職・役割分担・経歴・知見等を記載すること。</w:t>
            </w:r>
          </w:p>
          <w:p w14:paraId="1EB395FD" w14:textId="77777777" w:rsidR="00465E6C" w:rsidRPr="00945779" w:rsidRDefault="00465E6C" w:rsidP="002C48FE">
            <w:pPr>
              <w:widowControl w:val="0"/>
              <w:ind w:left="190" w:hanging="190"/>
              <w:rPr>
                <w:sz w:val="24"/>
                <w:szCs w:val="24"/>
                <w:lang w:eastAsia="ja-JP"/>
              </w:rPr>
            </w:pPr>
            <w:r w:rsidRPr="00D44D54">
              <w:rPr>
                <w:rFonts w:ascii="Yu Gothic" w:eastAsia="Yu Gothic" w:hAnsi="Yu Gothic" w:cs="Yu Gothic" w:hint="eastAsia"/>
                <w:spacing w:val="-3"/>
                <w:sz w:val="20"/>
                <w:szCs w:val="24"/>
                <w:lang w:eastAsia="ja-JP"/>
              </w:rPr>
              <w:t>・本補助事業実施中の実施体制が分かるように記載すること。</w:t>
            </w:r>
          </w:p>
        </w:tc>
      </w:tr>
      <w:tr w:rsidR="00465E6C" w:rsidRPr="00945779" w14:paraId="513121FB" w14:textId="77777777" w:rsidTr="002C48FE">
        <w:trPr>
          <w:cantSplit/>
          <w:trHeight w:val="6400"/>
          <w:jc w:val="center"/>
        </w:trPr>
        <w:tc>
          <w:tcPr>
            <w:tcW w:w="8818" w:type="dxa"/>
            <w:tcBorders>
              <w:bottom w:val="single" w:sz="4" w:space="0" w:color="auto"/>
            </w:tcBorders>
            <w:tcMar>
              <w:top w:w="70" w:type="dxa"/>
              <w:left w:w="90" w:type="dxa"/>
              <w:bottom w:w="70" w:type="dxa"/>
              <w:right w:w="90" w:type="dxa"/>
            </w:tcMar>
            <w:vAlign w:val="center"/>
          </w:tcPr>
          <w:p w14:paraId="5C1B1EA2" w14:textId="4991F0CD" w:rsidR="00465E6C" w:rsidRPr="00945779" w:rsidRDefault="00287E3A" w:rsidP="002C48FE">
            <w:pPr>
              <w:widowControl w:val="0"/>
              <w:ind w:left="190" w:hanging="190"/>
              <w:rPr>
                <w:rFonts w:ascii="ＭＳ 明朝" w:hAnsi="ＭＳ 明朝"/>
                <w:spacing w:val="-3"/>
                <w:lang w:eastAsia="ja-JP"/>
              </w:rPr>
            </w:pPr>
            <w:r w:rsidRPr="00945779">
              <w:rPr>
                <w:rFonts w:ascii="Yu Gothic" w:eastAsia="Yu Gothic" w:hAnsi="Yu Gothic" w:cs="Yu Gothic" w:hint="eastAsia"/>
                <w:noProof/>
                <w:spacing w:val="-3"/>
              </w:rPr>
              <mc:AlternateContent>
                <mc:Choice Requires="wps">
                  <w:drawing>
                    <wp:anchor distT="0" distB="0" distL="114300" distR="114300" simplePos="0" relativeHeight="251658244" behindDoc="0" locked="0" layoutInCell="1" allowOverlap="1" wp14:anchorId="75B16B63" wp14:editId="6CA24ECB">
                      <wp:simplePos x="0" y="0"/>
                      <wp:positionH relativeFrom="column">
                        <wp:posOffset>3530600</wp:posOffset>
                      </wp:positionH>
                      <wp:positionV relativeFrom="paragraph">
                        <wp:posOffset>194310</wp:posOffset>
                      </wp:positionV>
                      <wp:extent cx="1111885" cy="862965"/>
                      <wp:effectExtent l="0" t="0" r="12065" b="13335"/>
                      <wp:wrapNone/>
                      <wp:docPr id="1220179396" name="テキスト ボックス 1"/>
                      <wp:cNvGraphicFramePr/>
                      <a:graphic xmlns:a="http://schemas.openxmlformats.org/drawingml/2006/main">
                        <a:graphicData uri="http://schemas.microsoft.com/office/word/2010/wordprocessingShape">
                          <wps:wsp>
                            <wps:cNvSpPr txBox="1"/>
                            <wps:spPr>
                              <a:xfrm>
                                <a:off x="0" y="0"/>
                                <a:ext cx="1111885" cy="862965"/>
                              </a:xfrm>
                              <a:prstGeom prst="rect">
                                <a:avLst/>
                              </a:prstGeom>
                              <a:solidFill>
                                <a:sysClr val="window" lastClr="FFFFFF"/>
                              </a:solidFill>
                              <a:ln w="6350">
                                <a:solidFill>
                                  <a:sysClr val="windowText" lastClr="000000"/>
                                </a:solidFill>
                              </a:ln>
                            </wps:spPr>
                            <wps:txbx>
                              <w:txbxContent>
                                <w:p w14:paraId="0AE70488" w14:textId="77777777" w:rsidR="00465E6C" w:rsidRPr="00B73424" w:rsidRDefault="00465E6C" w:rsidP="00465E6C">
                                  <w:pPr>
                                    <w:ind w:left="143" w:hanging="143"/>
                                    <w:rPr>
                                      <w:sz w:val="16"/>
                                      <w:szCs w:val="16"/>
                                    </w:rPr>
                                  </w:pPr>
                                  <w:r>
                                    <w:rPr>
                                      <w:rFonts w:hint="eastAsia"/>
                                      <w:sz w:val="16"/>
                                      <w:szCs w:val="16"/>
                                    </w:rPr>
                                    <w:t>メンバー</w:t>
                                  </w:r>
                                </w:p>
                                <w:p w14:paraId="5BA58463" w14:textId="77777777" w:rsidR="00465E6C" w:rsidRPr="00B73424" w:rsidRDefault="00465E6C" w:rsidP="00465E6C">
                                  <w:pPr>
                                    <w:ind w:left="143" w:hanging="143"/>
                                    <w:rPr>
                                      <w:sz w:val="16"/>
                                      <w:szCs w:val="16"/>
                                    </w:rPr>
                                  </w:pPr>
                                  <w:r w:rsidRPr="00B73424">
                                    <w:rPr>
                                      <w:rFonts w:hint="eastAsia"/>
                                      <w:sz w:val="16"/>
                                      <w:szCs w:val="16"/>
                                    </w:rPr>
                                    <w:t>氏名</w:t>
                                  </w:r>
                                </w:p>
                                <w:p w14:paraId="77D49F88" w14:textId="77777777" w:rsidR="00465E6C" w:rsidRPr="00B73424" w:rsidRDefault="00465E6C" w:rsidP="00465E6C">
                                  <w:pPr>
                                    <w:ind w:left="143" w:hanging="143"/>
                                    <w:rPr>
                                      <w:sz w:val="16"/>
                                      <w:szCs w:val="16"/>
                                    </w:rPr>
                                  </w:pPr>
                                  <w:r w:rsidRPr="00B73424">
                                    <w:rPr>
                                      <w:rFonts w:hint="eastAsia"/>
                                      <w:sz w:val="16"/>
                                      <w:szCs w:val="16"/>
                                    </w:rPr>
                                    <w:t>役職</w:t>
                                  </w:r>
                                </w:p>
                                <w:p w14:paraId="32F90EE1" w14:textId="77777777" w:rsidR="00465E6C" w:rsidRPr="00B73424" w:rsidRDefault="00465E6C" w:rsidP="00465E6C">
                                  <w:pPr>
                                    <w:ind w:left="143" w:hanging="143"/>
                                    <w:rPr>
                                      <w:sz w:val="16"/>
                                      <w:szCs w:val="16"/>
                                    </w:rPr>
                                  </w:pPr>
                                  <w:r w:rsidRPr="00B73424">
                                    <w:rPr>
                                      <w:rFonts w:hint="eastAsia"/>
                                      <w:sz w:val="16"/>
                                      <w:szCs w:val="16"/>
                                    </w:rPr>
                                    <w:t>役割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B16B63" id="_x0000_t202" coordsize="21600,21600" o:spt="202" path="m,l,21600r21600,l21600,xe">
                      <v:stroke joinstyle="miter"/>
                      <v:path gradientshapeok="t" o:connecttype="rect"/>
                    </v:shapetype>
                    <v:shape id="テキスト ボックス 1" o:spid="_x0000_s1026" type="#_x0000_t202" style="position:absolute;left:0;text-align:left;margin-left:278pt;margin-top:15.3pt;width:87.55pt;height:67.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" fillcolor="window" strokecolor="windowText" strokeweight=".5pt">
                      <v:textbox>
                        <w:txbxContent>
                          <w:p w14:paraId="0AE70488" w14:textId="77777777" w:rsidR="00465E6C" w:rsidRPr="00B73424" w:rsidRDefault="00465E6C" w:rsidP="00465E6C">
                            <w:pPr>
                              <w:ind w:left="143" w:hanging="143"/>
                              <w:rPr>
                                <w:sz w:val="16"/>
                                <w:szCs w:val="16"/>
                              </w:rPr>
                            </w:pPr>
                            <w:r>
                              <w:rPr>
                                <w:rFonts w:hint="eastAsia"/>
                                <w:sz w:val="16"/>
                                <w:szCs w:val="16"/>
                              </w:rPr>
                              <w:t>メンバー</w:t>
                            </w:r>
                          </w:p>
                          <w:p w14:paraId="5BA58463" w14:textId="77777777" w:rsidR="00465E6C" w:rsidRPr="00B73424" w:rsidRDefault="00465E6C" w:rsidP="00465E6C">
                            <w:pPr>
                              <w:ind w:left="143" w:hanging="143"/>
                              <w:rPr>
                                <w:sz w:val="16"/>
                                <w:szCs w:val="16"/>
                              </w:rPr>
                            </w:pPr>
                            <w:r w:rsidRPr="00B73424">
                              <w:rPr>
                                <w:rFonts w:hint="eastAsia"/>
                                <w:sz w:val="16"/>
                                <w:szCs w:val="16"/>
                              </w:rPr>
                              <w:t>氏名</w:t>
                            </w:r>
                          </w:p>
                          <w:p w14:paraId="77D49F88" w14:textId="77777777" w:rsidR="00465E6C" w:rsidRPr="00B73424" w:rsidRDefault="00465E6C" w:rsidP="00465E6C">
                            <w:pPr>
                              <w:ind w:left="143" w:hanging="143"/>
                              <w:rPr>
                                <w:sz w:val="16"/>
                                <w:szCs w:val="16"/>
                              </w:rPr>
                            </w:pPr>
                            <w:r w:rsidRPr="00B73424">
                              <w:rPr>
                                <w:rFonts w:hint="eastAsia"/>
                                <w:sz w:val="16"/>
                                <w:szCs w:val="16"/>
                              </w:rPr>
                              <w:t>役職</w:t>
                            </w:r>
                          </w:p>
                          <w:p w14:paraId="32F90EE1" w14:textId="77777777" w:rsidR="00465E6C" w:rsidRPr="00B73424" w:rsidRDefault="00465E6C" w:rsidP="00465E6C">
                            <w:pPr>
                              <w:ind w:left="143" w:hanging="143"/>
                              <w:rPr>
                                <w:sz w:val="16"/>
                                <w:szCs w:val="16"/>
                              </w:rPr>
                            </w:pPr>
                            <w:r w:rsidRPr="00B73424">
                              <w:rPr>
                                <w:rFonts w:hint="eastAsia"/>
                                <w:sz w:val="16"/>
                                <w:szCs w:val="16"/>
                              </w:rPr>
                              <w:t>役割</w:t>
                            </w:r>
                          </w:p>
                        </w:txbxContent>
                      </v:textbox>
                    </v:shape>
                  </w:pict>
                </mc:Fallback>
              </mc:AlternateContent>
            </w:r>
            <w:r w:rsidR="00465E6C" w:rsidRPr="00945779">
              <w:rPr>
                <w:rFonts w:ascii="Yu Gothic" w:eastAsia="Yu Gothic" w:hAnsi="Yu Gothic" w:cs="Yu Gothic" w:hint="eastAsia"/>
                <w:spacing w:val="-3"/>
                <w:sz w:val="19"/>
                <w:lang w:eastAsia="ja-JP"/>
              </w:rPr>
              <w:t>・本補助事業実施中の業務実施体制</w:t>
            </w:r>
          </w:p>
          <w:p w14:paraId="17731AED" w14:textId="6116FA6C" w:rsidR="00465E6C" w:rsidRPr="00945779" w:rsidRDefault="00465E6C" w:rsidP="002C48FE">
            <w:pPr>
              <w:widowControl w:val="0"/>
              <w:ind w:left="190" w:hanging="190"/>
              <w:rPr>
                <w:rFonts w:ascii="ＭＳ 明朝" w:hAnsi="ＭＳ 明朝"/>
                <w:spacing w:val="-3"/>
              </w:rPr>
            </w:pPr>
            <w:r w:rsidRPr="00945779">
              <w:rPr>
                <w:rFonts w:ascii="Yu Gothic" w:eastAsia="Yu Gothic" w:hAnsi="Yu Gothic" w:cs="Yu Gothic" w:hint="eastAsia"/>
                <w:spacing w:val="-3"/>
                <w:sz w:val="19"/>
              </w:rPr>
              <w:t>（</w:t>
            </w:r>
            <w:proofErr w:type="spellStart"/>
            <w:r w:rsidRPr="00945779">
              <w:rPr>
                <w:rFonts w:ascii="Yu Gothic" w:eastAsia="Yu Gothic" w:hAnsi="Yu Gothic" w:cs="Yu Gothic" w:hint="eastAsia"/>
                <w:spacing w:val="-3"/>
                <w:sz w:val="19"/>
              </w:rPr>
              <w:t>記載例</w:t>
            </w:r>
            <w:proofErr w:type="spellEnd"/>
            <w:r w:rsidRPr="00945779">
              <w:rPr>
                <w:rFonts w:ascii="Yu Gothic" w:eastAsia="Yu Gothic" w:hAnsi="Yu Gothic" w:cs="Yu Gothic" w:hint="eastAsia"/>
                <w:spacing w:val="-3"/>
                <w:sz w:val="19"/>
              </w:rPr>
              <w:t>）</w:t>
            </w:r>
          </w:p>
          <w:p w14:paraId="35DCA30E" w14:textId="77777777" w:rsidR="00465E6C" w:rsidRPr="00945779" w:rsidRDefault="00465E6C" w:rsidP="002C48FE">
            <w:pPr>
              <w:adjustRightInd w:val="0"/>
              <w:ind w:left="193" w:hanging="193"/>
              <w:rPr>
                <w:sz w:val="24"/>
                <w:szCs w:val="24"/>
              </w:rPr>
            </w:pPr>
            <w:r w:rsidRPr="00945779">
              <w:rPr>
                <w:rFonts w:ascii="Yu Gothic" w:eastAsia="Yu Gothic" w:hAnsi="Yu Gothic" w:cs="Yu Gothic" w:hint="eastAsia"/>
                <w:noProof/>
                <w:spacing w:val="-3"/>
                <w:sz w:val="19"/>
              </w:rPr>
              <mc:AlternateContent>
                <mc:Choice Requires="wps">
                  <w:drawing>
                    <wp:anchor distT="0" distB="0" distL="114300" distR="114300" simplePos="0" relativeHeight="251658240" behindDoc="0" locked="0" layoutInCell="1" allowOverlap="1" wp14:anchorId="505C97A4" wp14:editId="0B323D8E">
                      <wp:simplePos x="0" y="0"/>
                      <wp:positionH relativeFrom="column">
                        <wp:posOffset>86194</wp:posOffset>
                      </wp:positionH>
                      <wp:positionV relativeFrom="paragraph">
                        <wp:posOffset>228103</wp:posOffset>
                      </wp:positionV>
                      <wp:extent cx="1748333" cy="652958"/>
                      <wp:effectExtent l="0" t="0" r="23495" b="13970"/>
                      <wp:wrapNone/>
                      <wp:docPr id="1324055828" name="テキスト ボックス 1"/>
                      <wp:cNvGraphicFramePr/>
                      <a:graphic xmlns:a="http://schemas.openxmlformats.org/drawingml/2006/main">
                        <a:graphicData uri="http://schemas.microsoft.com/office/word/2010/wordprocessingShape">
                          <wps:wsp>
                            <wps:cNvSpPr txBox="1"/>
                            <wps:spPr>
                              <a:xfrm>
                                <a:off x="0" y="0"/>
                                <a:ext cx="1748333" cy="652958"/>
                              </a:xfrm>
                              <a:prstGeom prst="rect">
                                <a:avLst/>
                              </a:prstGeom>
                              <a:solidFill>
                                <a:schemeClr val="lt1"/>
                              </a:solidFill>
                              <a:ln w="6350">
                                <a:solidFill>
                                  <a:prstClr val="black"/>
                                </a:solidFill>
                              </a:ln>
                            </wps:spPr>
                            <wps:txbx>
                              <w:txbxContent>
                                <w:p w14:paraId="3C1C62F0" w14:textId="77777777" w:rsidR="00465E6C" w:rsidRPr="00B73424" w:rsidRDefault="00465E6C" w:rsidP="00465E6C">
                                  <w:pPr>
                                    <w:ind w:left="183" w:hanging="183"/>
                                    <w:rPr>
                                      <w:sz w:val="20"/>
                                      <w:szCs w:val="20"/>
                                      <w:lang w:eastAsia="ja-JP"/>
                                    </w:rPr>
                                  </w:pPr>
                                  <w:r w:rsidRPr="00B73424">
                                    <w:rPr>
                                      <w:rFonts w:hint="eastAsia"/>
                                      <w:sz w:val="20"/>
                                      <w:szCs w:val="20"/>
                                      <w:lang w:eastAsia="ja-JP"/>
                                    </w:rPr>
                                    <w:t>・氏名・役職</w:t>
                                  </w:r>
                                </w:p>
                                <w:p w14:paraId="280C61BD" w14:textId="77777777" w:rsidR="00465E6C" w:rsidRPr="00B73424" w:rsidRDefault="00465E6C" w:rsidP="00465E6C">
                                  <w:pPr>
                                    <w:ind w:left="183" w:hanging="183"/>
                                    <w:rPr>
                                      <w:sz w:val="20"/>
                                      <w:szCs w:val="20"/>
                                      <w:lang w:eastAsia="ja-JP"/>
                                    </w:rPr>
                                  </w:pPr>
                                  <w:r w:rsidRPr="00B73424">
                                    <w:rPr>
                                      <w:rFonts w:hint="eastAsia"/>
                                      <w:sz w:val="20"/>
                                      <w:szCs w:val="20"/>
                                      <w:lang w:eastAsia="ja-JP"/>
                                    </w:rPr>
                                    <w:t>・本事業における役職名</w:t>
                                  </w:r>
                                </w:p>
                                <w:p w14:paraId="7E0E4D3F" w14:textId="77777777" w:rsidR="00465E6C" w:rsidRPr="00B73424" w:rsidRDefault="00465E6C" w:rsidP="00465E6C">
                                  <w:pPr>
                                    <w:ind w:left="90" w:hangingChars="45" w:hanging="90"/>
                                    <w:rPr>
                                      <w:sz w:val="20"/>
                                      <w:szCs w:val="20"/>
                                    </w:rPr>
                                  </w:pPr>
                                  <w:r w:rsidRPr="00B73424">
                                    <w:rPr>
                                      <w:rFonts w:hint="eastAsia"/>
                                      <w:sz w:val="20"/>
                                      <w:szCs w:val="20"/>
                                    </w:rPr>
                                    <w:t>・本事業における役割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C97A4" id="_x0000_s1027" type="#_x0000_t202" style="position:absolute;left:0;text-align:left;margin-left:6.8pt;margin-top:17.95pt;width:137.65pt;height:5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" fillcolor="white [3201]" strokeweight=".5pt">
                      <v:textbox>
                        <w:txbxContent>
                          <w:p w14:paraId="3C1C62F0" w14:textId="77777777" w:rsidR="00465E6C" w:rsidRPr="00B73424" w:rsidRDefault="00465E6C" w:rsidP="00465E6C">
                            <w:pPr>
                              <w:ind w:left="183" w:hanging="183"/>
                              <w:rPr>
                                <w:sz w:val="20"/>
                                <w:szCs w:val="20"/>
                                <w:lang w:eastAsia="ja-JP"/>
                              </w:rPr>
                            </w:pPr>
                            <w:r w:rsidRPr="00B73424">
                              <w:rPr>
                                <w:rFonts w:hint="eastAsia"/>
                                <w:sz w:val="20"/>
                                <w:szCs w:val="20"/>
                                <w:lang w:eastAsia="ja-JP"/>
                              </w:rPr>
                              <w:t>・氏名・役職</w:t>
                            </w:r>
                          </w:p>
                          <w:p w14:paraId="280C61BD" w14:textId="77777777" w:rsidR="00465E6C" w:rsidRPr="00B73424" w:rsidRDefault="00465E6C" w:rsidP="00465E6C">
                            <w:pPr>
                              <w:ind w:left="183" w:hanging="183"/>
                              <w:rPr>
                                <w:sz w:val="20"/>
                                <w:szCs w:val="20"/>
                                <w:lang w:eastAsia="ja-JP"/>
                              </w:rPr>
                            </w:pPr>
                            <w:r w:rsidRPr="00B73424">
                              <w:rPr>
                                <w:rFonts w:hint="eastAsia"/>
                                <w:sz w:val="20"/>
                                <w:szCs w:val="20"/>
                                <w:lang w:eastAsia="ja-JP"/>
                              </w:rPr>
                              <w:t>・本事業における役職名</w:t>
                            </w:r>
                          </w:p>
                          <w:p w14:paraId="7E0E4D3F" w14:textId="77777777" w:rsidR="00465E6C" w:rsidRPr="00B73424" w:rsidRDefault="00465E6C" w:rsidP="00465E6C">
                            <w:pPr>
                              <w:ind w:left="90" w:hangingChars="45" w:hanging="90"/>
                              <w:rPr>
                                <w:sz w:val="20"/>
                                <w:szCs w:val="20"/>
                              </w:rPr>
                            </w:pPr>
                            <w:r w:rsidRPr="00B73424">
                              <w:rPr>
                                <w:rFonts w:hint="eastAsia"/>
                                <w:sz w:val="20"/>
                                <w:szCs w:val="20"/>
                              </w:rPr>
                              <w:t>・本事業における役割</w:t>
                            </w:r>
                          </w:p>
                        </w:txbxContent>
                      </v:textbox>
                    </v:shape>
                  </w:pict>
                </mc:Fallback>
              </mc:AlternateContent>
            </w:r>
          </w:p>
          <w:p w14:paraId="6C682953" w14:textId="77777777" w:rsidR="00465E6C" w:rsidRPr="00945779" w:rsidRDefault="00465E6C" w:rsidP="002C48FE">
            <w:pPr>
              <w:adjustRightInd w:val="0"/>
              <w:ind w:left="224" w:hanging="224"/>
              <w:rPr>
                <w:sz w:val="24"/>
                <w:szCs w:val="24"/>
              </w:rPr>
            </w:pPr>
            <w:r w:rsidRPr="00945779">
              <w:rPr>
                <w:rFonts w:ascii="Yu Gothic" w:eastAsia="Yu Gothic" w:hAnsi="Yu Gothic" w:cs="Yu Gothic"/>
                <w:noProof/>
                <w:sz w:val="19"/>
                <w:szCs w:val="24"/>
              </w:rPr>
              <mc:AlternateContent>
                <mc:Choice Requires="wps">
                  <w:drawing>
                    <wp:anchor distT="0" distB="0" distL="114300" distR="114300" simplePos="0" relativeHeight="251658246" behindDoc="0" locked="0" layoutInCell="1" allowOverlap="1" wp14:anchorId="2170354C" wp14:editId="68B96DBD">
                      <wp:simplePos x="0" y="0"/>
                      <wp:positionH relativeFrom="column">
                        <wp:posOffset>2927985</wp:posOffset>
                      </wp:positionH>
                      <wp:positionV relativeFrom="paragraph">
                        <wp:posOffset>36830</wp:posOffset>
                      </wp:positionV>
                      <wp:extent cx="0" cy="2743200"/>
                      <wp:effectExtent l="0" t="0" r="38100" b="19050"/>
                      <wp:wrapNone/>
                      <wp:docPr id="1004703837" name="直線コネクタ 3"/>
                      <wp:cNvGraphicFramePr/>
                      <a:graphic xmlns:a="http://schemas.openxmlformats.org/drawingml/2006/main">
                        <a:graphicData uri="http://schemas.microsoft.com/office/word/2010/wordprocessingShape">
                          <wps:wsp>
                            <wps:cNvCnPr/>
                            <wps:spPr>
                              <a:xfrm>
                                <a:off x="0" y="0"/>
                                <a:ext cx="0" cy="2743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FCDB5DC" id="直線コネクタ 3"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0.55pt,2.9pt" to="230.55pt,2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" strokecolor="black [3040]"/>
                  </w:pict>
                </mc:Fallback>
              </mc:AlternateContent>
            </w:r>
            <w:r w:rsidRPr="00945779">
              <w:rPr>
                <w:rFonts w:ascii="Yu Gothic" w:eastAsia="Yu Gothic" w:hAnsi="Yu Gothic" w:cs="Yu Gothic"/>
                <w:noProof/>
                <w:sz w:val="19"/>
                <w:szCs w:val="24"/>
              </w:rPr>
              <mc:AlternateContent>
                <mc:Choice Requires="wps">
                  <w:drawing>
                    <wp:anchor distT="0" distB="0" distL="114300" distR="114300" simplePos="0" relativeHeight="251658245" behindDoc="0" locked="0" layoutInCell="1" allowOverlap="1" wp14:anchorId="2CB3D04A" wp14:editId="094A7E8D">
                      <wp:simplePos x="0" y="0"/>
                      <wp:positionH relativeFrom="column">
                        <wp:posOffset>2929310</wp:posOffset>
                      </wp:positionH>
                      <wp:positionV relativeFrom="paragraph">
                        <wp:posOffset>34621</wp:posOffset>
                      </wp:positionV>
                      <wp:extent cx="612941" cy="0"/>
                      <wp:effectExtent l="0" t="0" r="0" b="0"/>
                      <wp:wrapNone/>
                      <wp:docPr id="1116181175" name="直線コネクタ 2"/>
                      <wp:cNvGraphicFramePr/>
                      <a:graphic xmlns:a="http://schemas.openxmlformats.org/drawingml/2006/main">
                        <a:graphicData uri="http://schemas.microsoft.com/office/word/2010/wordprocessingShape">
                          <wps:wsp>
                            <wps:cNvCnPr/>
                            <wps:spPr>
                              <a:xfrm>
                                <a:off x="0" y="0"/>
                                <a:ext cx="6129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D37396" id="直線コネクタ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30.65pt,2.75pt" to="278.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" strokecolor="black [3040]"/>
                  </w:pict>
                </mc:Fallback>
              </mc:AlternateContent>
            </w:r>
          </w:p>
          <w:p w14:paraId="73063BCD" w14:textId="77777777" w:rsidR="00465E6C" w:rsidRPr="00945779" w:rsidRDefault="00465E6C" w:rsidP="002C48FE">
            <w:pPr>
              <w:adjustRightInd w:val="0"/>
              <w:ind w:left="224" w:hanging="224"/>
              <w:rPr>
                <w:rFonts w:ascii="ＭＳ 明朝" w:hAnsi="ＭＳ 明朝"/>
                <w:spacing w:val="-3"/>
              </w:rPr>
            </w:pPr>
            <w:r w:rsidRPr="00945779">
              <w:rPr>
                <w:rFonts w:ascii="Yu Gothic" w:eastAsia="Yu Gothic" w:hAnsi="Yu Gothic" w:cs="Yu Gothic"/>
                <w:noProof/>
                <w:sz w:val="19"/>
                <w:szCs w:val="24"/>
              </w:rPr>
              <mc:AlternateContent>
                <mc:Choice Requires="wps">
                  <w:drawing>
                    <wp:anchor distT="0" distB="0" distL="114300" distR="114300" simplePos="0" relativeHeight="251658248" behindDoc="0" locked="0" layoutInCell="1" allowOverlap="1" wp14:anchorId="09E5AEA2" wp14:editId="53988013">
                      <wp:simplePos x="0" y="0"/>
                      <wp:positionH relativeFrom="column">
                        <wp:posOffset>2923540</wp:posOffset>
                      </wp:positionH>
                      <wp:positionV relativeFrom="paragraph">
                        <wp:posOffset>2581275</wp:posOffset>
                      </wp:positionV>
                      <wp:extent cx="612775" cy="0"/>
                      <wp:effectExtent l="0" t="0" r="0" b="0"/>
                      <wp:wrapNone/>
                      <wp:docPr id="1402941714" name="直線コネクタ 2"/>
                      <wp:cNvGraphicFramePr/>
                      <a:graphic xmlns:a="http://schemas.openxmlformats.org/drawingml/2006/main">
                        <a:graphicData uri="http://schemas.microsoft.com/office/word/2010/wordprocessingShape">
                          <wps:wsp>
                            <wps:cNvCnPr/>
                            <wps:spPr>
                              <a:xfrm>
                                <a:off x="0" y="0"/>
                                <a:ext cx="6127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F27289" id="直線コネクタ 2"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2pt,203.25pt" to="278.45pt,20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" strokecolor="black [3040]"/>
                  </w:pict>
                </mc:Fallback>
              </mc:AlternateContent>
            </w:r>
            <w:r w:rsidRPr="00945779">
              <w:rPr>
                <w:rFonts w:ascii="Yu Gothic" w:eastAsia="Yu Gothic" w:hAnsi="Yu Gothic" w:cs="Yu Gothic"/>
                <w:noProof/>
                <w:sz w:val="19"/>
                <w:szCs w:val="24"/>
              </w:rPr>
              <mc:AlternateContent>
                <mc:Choice Requires="wps">
                  <w:drawing>
                    <wp:anchor distT="0" distB="0" distL="114300" distR="114300" simplePos="0" relativeHeight="251658247" behindDoc="0" locked="0" layoutInCell="1" allowOverlap="1" wp14:anchorId="1E083156" wp14:editId="3B596F08">
                      <wp:simplePos x="0" y="0"/>
                      <wp:positionH relativeFrom="column">
                        <wp:posOffset>2294255</wp:posOffset>
                      </wp:positionH>
                      <wp:positionV relativeFrom="paragraph">
                        <wp:posOffset>1283335</wp:posOffset>
                      </wp:positionV>
                      <wp:extent cx="1249653" cy="0"/>
                      <wp:effectExtent l="0" t="0" r="0" b="0"/>
                      <wp:wrapNone/>
                      <wp:docPr id="239369146" name="直線コネクタ 1"/>
                      <wp:cNvGraphicFramePr/>
                      <a:graphic xmlns:a="http://schemas.openxmlformats.org/drawingml/2006/main">
                        <a:graphicData uri="http://schemas.microsoft.com/office/word/2010/wordprocessingShape">
                          <wps:wsp>
                            <wps:cNvCnPr/>
                            <wps:spPr>
                              <a:xfrm>
                                <a:off x="0" y="0"/>
                                <a:ext cx="1249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DA798D" id="直線コネクタ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80.65pt,101.05pt" to="279.05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" strokecolor="black [3040]"/>
                  </w:pict>
                </mc:Fallback>
              </mc:AlternateContent>
            </w:r>
            <w:r w:rsidRPr="00945779">
              <w:rPr>
                <w:rFonts w:ascii="Yu Gothic" w:eastAsia="Yu Gothic" w:hAnsi="Yu Gothic" w:cs="Yu Gothic" w:hint="eastAsia"/>
                <w:noProof/>
                <w:spacing w:val="-3"/>
                <w:sz w:val="19"/>
              </w:rPr>
              <mc:AlternateContent>
                <mc:Choice Requires="wps">
                  <w:drawing>
                    <wp:anchor distT="0" distB="0" distL="114300" distR="114300" simplePos="0" relativeHeight="251658243" behindDoc="0" locked="0" layoutInCell="1" allowOverlap="1" wp14:anchorId="710567FC" wp14:editId="777325D4">
                      <wp:simplePos x="0" y="0"/>
                      <wp:positionH relativeFrom="column">
                        <wp:posOffset>3543935</wp:posOffset>
                      </wp:positionH>
                      <wp:positionV relativeFrom="paragraph">
                        <wp:posOffset>2072640</wp:posOffset>
                      </wp:positionV>
                      <wp:extent cx="1111885" cy="862965"/>
                      <wp:effectExtent l="0" t="0" r="12065" b="13335"/>
                      <wp:wrapNone/>
                      <wp:docPr id="970882455" name="テキスト ボックス 1"/>
                      <wp:cNvGraphicFramePr/>
                      <a:graphic xmlns:a="http://schemas.openxmlformats.org/drawingml/2006/main">
                        <a:graphicData uri="http://schemas.microsoft.com/office/word/2010/wordprocessingShape">
                          <wps:wsp>
                            <wps:cNvSpPr txBox="1"/>
                            <wps:spPr>
                              <a:xfrm>
                                <a:off x="0" y="0"/>
                                <a:ext cx="1111885" cy="862965"/>
                              </a:xfrm>
                              <a:prstGeom prst="rect">
                                <a:avLst/>
                              </a:prstGeom>
                              <a:solidFill>
                                <a:sysClr val="window" lastClr="FFFFFF"/>
                              </a:solidFill>
                              <a:ln w="6350">
                                <a:solidFill>
                                  <a:sysClr val="windowText" lastClr="000000"/>
                                </a:solidFill>
                              </a:ln>
                            </wps:spPr>
                            <wps:txbx>
                              <w:txbxContent>
                                <w:p w14:paraId="43D6F1AB" w14:textId="77777777" w:rsidR="00465E6C" w:rsidRPr="00B73424" w:rsidRDefault="00465E6C" w:rsidP="00465E6C">
                                  <w:pPr>
                                    <w:ind w:left="143" w:hanging="143"/>
                                    <w:rPr>
                                      <w:sz w:val="16"/>
                                      <w:szCs w:val="16"/>
                                    </w:rPr>
                                  </w:pPr>
                                  <w:r>
                                    <w:rPr>
                                      <w:rFonts w:hint="eastAsia"/>
                                      <w:sz w:val="16"/>
                                      <w:szCs w:val="16"/>
                                    </w:rPr>
                                    <w:t>メンバ</w:t>
                                  </w:r>
                                  <w:r w:rsidRPr="00B73424">
                                    <w:rPr>
                                      <w:rFonts w:hint="eastAsia"/>
                                      <w:sz w:val="16"/>
                                      <w:szCs w:val="16"/>
                                    </w:rPr>
                                    <w:t>ー</w:t>
                                  </w:r>
                                </w:p>
                                <w:p w14:paraId="28020E88" w14:textId="77777777" w:rsidR="00465E6C" w:rsidRPr="00B73424" w:rsidRDefault="00465E6C" w:rsidP="00465E6C">
                                  <w:pPr>
                                    <w:ind w:left="143" w:hanging="143"/>
                                    <w:rPr>
                                      <w:sz w:val="16"/>
                                      <w:szCs w:val="16"/>
                                    </w:rPr>
                                  </w:pPr>
                                  <w:r w:rsidRPr="00B73424">
                                    <w:rPr>
                                      <w:rFonts w:hint="eastAsia"/>
                                      <w:sz w:val="16"/>
                                      <w:szCs w:val="16"/>
                                    </w:rPr>
                                    <w:t>氏名</w:t>
                                  </w:r>
                                </w:p>
                                <w:p w14:paraId="71F42FF9" w14:textId="77777777" w:rsidR="00465E6C" w:rsidRPr="00B73424" w:rsidRDefault="00465E6C" w:rsidP="00465E6C">
                                  <w:pPr>
                                    <w:ind w:left="143" w:hanging="143"/>
                                    <w:rPr>
                                      <w:sz w:val="16"/>
                                      <w:szCs w:val="16"/>
                                    </w:rPr>
                                  </w:pPr>
                                  <w:r w:rsidRPr="00B73424">
                                    <w:rPr>
                                      <w:rFonts w:hint="eastAsia"/>
                                      <w:sz w:val="16"/>
                                      <w:szCs w:val="16"/>
                                    </w:rPr>
                                    <w:t>役職</w:t>
                                  </w:r>
                                </w:p>
                                <w:p w14:paraId="3FE168FB" w14:textId="77777777" w:rsidR="00465E6C" w:rsidRPr="00B73424" w:rsidRDefault="00465E6C" w:rsidP="00465E6C">
                                  <w:pPr>
                                    <w:ind w:left="143" w:hanging="143"/>
                                    <w:rPr>
                                      <w:sz w:val="16"/>
                                      <w:szCs w:val="16"/>
                                    </w:rPr>
                                  </w:pPr>
                                  <w:r w:rsidRPr="00B73424">
                                    <w:rPr>
                                      <w:rFonts w:hint="eastAsia"/>
                                      <w:sz w:val="16"/>
                                      <w:szCs w:val="16"/>
                                    </w:rPr>
                                    <w:t>役割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567FC" id="_x0000_s1028" type="#_x0000_t202" style="position:absolute;left:0;text-align:left;margin-left:279.05pt;margin-top:163.2pt;width:87.55pt;height:67.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" fillcolor="window" strokecolor="windowText" strokeweight=".5pt">
                      <v:textbox>
                        <w:txbxContent>
                          <w:p w14:paraId="43D6F1AB" w14:textId="77777777" w:rsidR="00465E6C" w:rsidRPr="00B73424" w:rsidRDefault="00465E6C" w:rsidP="00465E6C">
                            <w:pPr>
                              <w:ind w:left="143" w:hanging="143"/>
                              <w:rPr>
                                <w:sz w:val="16"/>
                                <w:szCs w:val="16"/>
                              </w:rPr>
                            </w:pPr>
                            <w:r>
                              <w:rPr>
                                <w:rFonts w:hint="eastAsia"/>
                                <w:sz w:val="16"/>
                                <w:szCs w:val="16"/>
                              </w:rPr>
                              <w:t>メンバ</w:t>
                            </w:r>
                            <w:r w:rsidRPr="00B73424">
                              <w:rPr>
                                <w:rFonts w:hint="eastAsia"/>
                                <w:sz w:val="16"/>
                                <w:szCs w:val="16"/>
                              </w:rPr>
                              <w:t>ー</w:t>
                            </w:r>
                          </w:p>
                          <w:p w14:paraId="28020E88" w14:textId="77777777" w:rsidR="00465E6C" w:rsidRPr="00B73424" w:rsidRDefault="00465E6C" w:rsidP="00465E6C">
                            <w:pPr>
                              <w:ind w:left="143" w:hanging="143"/>
                              <w:rPr>
                                <w:sz w:val="16"/>
                                <w:szCs w:val="16"/>
                              </w:rPr>
                            </w:pPr>
                            <w:r w:rsidRPr="00B73424">
                              <w:rPr>
                                <w:rFonts w:hint="eastAsia"/>
                                <w:sz w:val="16"/>
                                <w:szCs w:val="16"/>
                              </w:rPr>
                              <w:t>氏名</w:t>
                            </w:r>
                          </w:p>
                          <w:p w14:paraId="71F42FF9" w14:textId="77777777" w:rsidR="00465E6C" w:rsidRPr="00B73424" w:rsidRDefault="00465E6C" w:rsidP="00465E6C">
                            <w:pPr>
                              <w:ind w:left="143" w:hanging="143"/>
                              <w:rPr>
                                <w:sz w:val="16"/>
                                <w:szCs w:val="16"/>
                              </w:rPr>
                            </w:pPr>
                            <w:r w:rsidRPr="00B73424">
                              <w:rPr>
                                <w:rFonts w:hint="eastAsia"/>
                                <w:sz w:val="16"/>
                                <w:szCs w:val="16"/>
                              </w:rPr>
                              <w:t>役職</w:t>
                            </w:r>
                          </w:p>
                          <w:p w14:paraId="3FE168FB" w14:textId="77777777" w:rsidR="00465E6C" w:rsidRPr="00B73424" w:rsidRDefault="00465E6C" w:rsidP="00465E6C">
                            <w:pPr>
                              <w:ind w:left="143" w:hanging="143"/>
                              <w:rPr>
                                <w:sz w:val="16"/>
                                <w:szCs w:val="16"/>
                              </w:rPr>
                            </w:pPr>
                            <w:r w:rsidRPr="00B73424">
                              <w:rPr>
                                <w:rFonts w:hint="eastAsia"/>
                                <w:sz w:val="16"/>
                                <w:szCs w:val="16"/>
                              </w:rPr>
                              <w:t>役割</w:t>
                            </w:r>
                          </w:p>
                        </w:txbxContent>
                      </v:textbox>
                    </v:shape>
                  </w:pict>
                </mc:Fallback>
              </mc:AlternateContent>
            </w:r>
            <w:r w:rsidRPr="00945779">
              <w:rPr>
                <w:rFonts w:ascii="Yu Gothic" w:eastAsia="Yu Gothic" w:hAnsi="Yu Gothic" w:cs="Yu Gothic" w:hint="eastAsia"/>
                <w:noProof/>
                <w:spacing w:val="-3"/>
                <w:sz w:val="19"/>
              </w:rPr>
              <mc:AlternateContent>
                <mc:Choice Requires="wps">
                  <w:drawing>
                    <wp:anchor distT="0" distB="0" distL="114300" distR="114300" simplePos="0" relativeHeight="251658242" behindDoc="0" locked="0" layoutInCell="1" allowOverlap="1" wp14:anchorId="177F3CD0" wp14:editId="074CC8B7">
                      <wp:simplePos x="0" y="0"/>
                      <wp:positionH relativeFrom="column">
                        <wp:posOffset>3544570</wp:posOffset>
                      </wp:positionH>
                      <wp:positionV relativeFrom="paragraph">
                        <wp:posOffset>840740</wp:posOffset>
                      </wp:positionV>
                      <wp:extent cx="1111885" cy="862965"/>
                      <wp:effectExtent l="0" t="0" r="12065" b="13335"/>
                      <wp:wrapNone/>
                      <wp:docPr id="141657888" name="テキスト ボックス 1"/>
                      <wp:cNvGraphicFramePr/>
                      <a:graphic xmlns:a="http://schemas.openxmlformats.org/drawingml/2006/main">
                        <a:graphicData uri="http://schemas.microsoft.com/office/word/2010/wordprocessingShape">
                          <wps:wsp>
                            <wps:cNvSpPr txBox="1"/>
                            <wps:spPr>
                              <a:xfrm>
                                <a:off x="0" y="0"/>
                                <a:ext cx="1111885" cy="862965"/>
                              </a:xfrm>
                              <a:prstGeom prst="rect">
                                <a:avLst/>
                              </a:prstGeom>
                              <a:solidFill>
                                <a:sysClr val="window" lastClr="FFFFFF"/>
                              </a:solidFill>
                              <a:ln w="6350">
                                <a:solidFill>
                                  <a:sysClr val="windowText" lastClr="000000"/>
                                </a:solidFill>
                              </a:ln>
                            </wps:spPr>
                            <wps:txbx>
                              <w:txbxContent>
                                <w:p w14:paraId="2203AF8C" w14:textId="77777777" w:rsidR="00465E6C" w:rsidRPr="00B73424" w:rsidRDefault="00465E6C" w:rsidP="00465E6C">
                                  <w:pPr>
                                    <w:ind w:left="143" w:hanging="143"/>
                                    <w:rPr>
                                      <w:sz w:val="16"/>
                                      <w:szCs w:val="16"/>
                                    </w:rPr>
                                  </w:pPr>
                                  <w:r>
                                    <w:rPr>
                                      <w:rFonts w:hint="eastAsia"/>
                                      <w:sz w:val="16"/>
                                      <w:szCs w:val="16"/>
                                    </w:rPr>
                                    <w:t>メンバ</w:t>
                                  </w:r>
                                  <w:r w:rsidRPr="00B73424">
                                    <w:rPr>
                                      <w:rFonts w:hint="eastAsia"/>
                                      <w:sz w:val="16"/>
                                      <w:szCs w:val="16"/>
                                    </w:rPr>
                                    <w:t>ー</w:t>
                                  </w:r>
                                </w:p>
                                <w:p w14:paraId="02724815" w14:textId="77777777" w:rsidR="00465E6C" w:rsidRPr="00B73424" w:rsidRDefault="00465E6C" w:rsidP="00465E6C">
                                  <w:pPr>
                                    <w:ind w:left="143" w:hanging="143"/>
                                    <w:rPr>
                                      <w:sz w:val="16"/>
                                      <w:szCs w:val="16"/>
                                    </w:rPr>
                                  </w:pPr>
                                  <w:r w:rsidRPr="00B73424">
                                    <w:rPr>
                                      <w:rFonts w:hint="eastAsia"/>
                                      <w:sz w:val="16"/>
                                      <w:szCs w:val="16"/>
                                    </w:rPr>
                                    <w:t>氏名</w:t>
                                  </w:r>
                                </w:p>
                                <w:p w14:paraId="75440646" w14:textId="77777777" w:rsidR="00465E6C" w:rsidRPr="00B73424" w:rsidRDefault="00465E6C" w:rsidP="00465E6C">
                                  <w:pPr>
                                    <w:ind w:left="143" w:hanging="143"/>
                                    <w:rPr>
                                      <w:sz w:val="16"/>
                                      <w:szCs w:val="16"/>
                                    </w:rPr>
                                  </w:pPr>
                                  <w:r w:rsidRPr="00B73424">
                                    <w:rPr>
                                      <w:rFonts w:hint="eastAsia"/>
                                      <w:sz w:val="16"/>
                                      <w:szCs w:val="16"/>
                                    </w:rPr>
                                    <w:t>役職</w:t>
                                  </w:r>
                                </w:p>
                                <w:p w14:paraId="4DB1918F" w14:textId="77777777" w:rsidR="00465E6C" w:rsidRPr="00B73424" w:rsidRDefault="00465E6C" w:rsidP="00465E6C">
                                  <w:pPr>
                                    <w:ind w:left="143" w:hanging="143"/>
                                    <w:rPr>
                                      <w:sz w:val="16"/>
                                      <w:szCs w:val="16"/>
                                    </w:rPr>
                                  </w:pPr>
                                  <w:r w:rsidRPr="00B73424">
                                    <w:rPr>
                                      <w:rFonts w:hint="eastAsia"/>
                                      <w:sz w:val="16"/>
                                      <w:szCs w:val="16"/>
                                    </w:rPr>
                                    <w:t>役割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F3CD0" id="_x0000_s1029" type="#_x0000_t202" style="position:absolute;left:0;text-align:left;margin-left:279.1pt;margin-top:66.2pt;width:87.55pt;height:67.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" fillcolor="window" strokecolor="windowText" strokeweight=".5pt">
                      <v:textbox>
                        <w:txbxContent>
                          <w:p w14:paraId="2203AF8C" w14:textId="77777777" w:rsidR="00465E6C" w:rsidRPr="00B73424" w:rsidRDefault="00465E6C" w:rsidP="00465E6C">
                            <w:pPr>
                              <w:ind w:left="143" w:hanging="143"/>
                              <w:rPr>
                                <w:sz w:val="16"/>
                                <w:szCs w:val="16"/>
                              </w:rPr>
                            </w:pPr>
                            <w:r>
                              <w:rPr>
                                <w:rFonts w:hint="eastAsia"/>
                                <w:sz w:val="16"/>
                                <w:szCs w:val="16"/>
                              </w:rPr>
                              <w:t>メンバ</w:t>
                            </w:r>
                            <w:r w:rsidRPr="00B73424">
                              <w:rPr>
                                <w:rFonts w:hint="eastAsia"/>
                                <w:sz w:val="16"/>
                                <w:szCs w:val="16"/>
                              </w:rPr>
                              <w:t>ー</w:t>
                            </w:r>
                          </w:p>
                          <w:p w14:paraId="02724815" w14:textId="77777777" w:rsidR="00465E6C" w:rsidRPr="00B73424" w:rsidRDefault="00465E6C" w:rsidP="00465E6C">
                            <w:pPr>
                              <w:ind w:left="143" w:hanging="143"/>
                              <w:rPr>
                                <w:sz w:val="16"/>
                                <w:szCs w:val="16"/>
                              </w:rPr>
                            </w:pPr>
                            <w:r w:rsidRPr="00B73424">
                              <w:rPr>
                                <w:rFonts w:hint="eastAsia"/>
                                <w:sz w:val="16"/>
                                <w:szCs w:val="16"/>
                              </w:rPr>
                              <w:t>氏名</w:t>
                            </w:r>
                          </w:p>
                          <w:p w14:paraId="75440646" w14:textId="77777777" w:rsidR="00465E6C" w:rsidRPr="00B73424" w:rsidRDefault="00465E6C" w:rsidP="00465E6C">
                            <w:pPr>
                              <w:ind w:left="143" w:hanging="143"/>
                              <w:rPr>
                                <w:sz w:val="16"/>
                                <w:szCs w:val="16"/>
                              </w:rPr>
                            </w:pPr>
                            <w:r w:rsidRPr="00B73424">
                              <w:rPr>
                                <w:rFonts w:hint="eastAsia"/>
                                <w:sz w:val="16"/>
                                <w:szCs w:val="16"/>
                              </w:rPr>
                              <w:t>役職</w:t>
                            </w:r>
                          </w:p>
                          <w:p w14:paraId="4DB1918F" w14:textId="77777777" w:rsidR="00465E6C" w:rsidRPr="00B73424" w:rsidRDefault="00465E6C" w:rsidP="00465E6C">
                            <w:pPr>
                              <w:ind w:left="143" w:hanging="143"/>
                              <w:rPr>
                                <w:sz w:val="16"/>
                                <w:szCs w:val="16"/>
                              </w:rPr>
                            </w:pPr>
                            <w:r w:rsidRPr="00B73424">
                              <w:rPr>
                                <w:rFonts w:hint="eastAsia"/>
                                <w:sz w:val="16"/>
                                <w:szCs w:val="16"/>
                              </w:rPr>
                              <w:t>役割</w:t>
                            </w:r>
                          </w:p>
                        </w:txbxContent>
                      </v:textbox>
                    </v:shape>
                  </w:pict>
                </mc:Fallback>
              </mc:AlternateContent>
            </w:r>
            <w:r w:rsidRPr="00945779">
              <w:rPr>
                <w:rFonts w:ascii="Yu Gothic" w:eastAsia="Yu Gothic" w:hAnsi="Yu Gothic" w:cs="Yu Gothic" w:hint="eastAsia"/>
                <w:noProof/>
                <w:spacing w:val="-3"/>
                <w:sz w:val="19"/>
              </w:rPr>
              <mc:AlternateContent>
                <mc:Choice Requires="wps">
                  <w:drawing>
                    <wp:anchor distT="0" distB="0" distL="114300" distR="114300" simplePos="0" relativeHeight="251658241" behindDoc="0" locked="0" layoutInCell="1" allowOverlap="1" wp14:anchorId="27BCBD18" wp14:editId="0EAF066E">
                      <wp:simplePos x="0" y="0"/>
                      <wp:positionH relativeFrom="column">
                        <wp:posOffset>1181735</wp:posOffset>
                      </wp:positionH>
                      <wp:positionV relativeFrom="paragraph">
                        <wp:posOffset>800100</wp:posOffset>
                      </wp:positionV>
                      <wp:extent cx="1111885" cy="862965"/>
                      <wp:effectExtent l="0" t="0" r="12065" b="13335"/>
                      <wp:wrapNone/>
                      <wp:docPr id="387730875" name="テキスト ボックス 1"/>
                      <wp:cNvGraphicFramePr/>
                      <a:graphic xmlns:a="http://schemas.openxmlformats.org/drawingml/2006/main">
                        <a:graphicData uri="http://schemas.microsoft.com/office/word/2010/wordprocessingShape">
                          <wps:wsp>
                            <wps:cNvSpPr txBox="1"/>
                            <wps:spPr>
                              <a:xfrm>
                                <a:off x="0" y="0"/>
                                <a:ext cx="1111885" cy="862965"/>
                              </a:xfrm>
                              <a:prstGeom prst="rect">
                                <a:avLst/>
                              </a:prstGeom>
                              <a:solidFill>
                                <a:schemeClr val="lt1"/>
                              </a:solidFill>
                              <a:ln w="6350">
                                <a:solidFill>
                                  <a:schemeClr val="tx1"/>
                                </a:solidFill>
                              </a:ln>
                            </wps:spPr>
                            <wps:txbx>
                              <w:txbxContent>
                                <w:p w14:paraId="55A36F6A" w14:textId="77777777" w:rsidR="00465E6C" w:rsidRPr="00B73424" w:rsidRDefault="00465E6C" w:rsidP="00465E6C">
                                  <w:pPr>
                                    <w:ind w:left="143" w:hanging="143"/>
                                    <w:rPr>
                                      <w:sz w:val="16"/>
                                      <w:szCs w:val="16"/>
                                    </w:rPr>
                                  </w:pPr>
                                  <w:r w:rsidRPr="00B73424">
                                    <w:rPr>
                                      <w:rFonts w:hint="eastAsia"/>
                                      <w:sz w:val="16"/>
                                      <w:szCs w:val="16"/>
                                    </w:rPr>
                                    <w:t>リーダー</w:t>
                                  </w:r>
                                </w:p>
                                <w:p w14:paraId="79F61BA2" w14:textId="77777777" w:rsidR="00465E6C" w:rsidRPr="00B73424" w:rsidRDefault="00465E6C" w:rsidP="00465E6C">
                                  <w:pPr>
                                    <w:ind w:left="143" w:hanging="143"/>
                                    <w:rPr>
                                      <w:sz w:val="16"/>
                                      <w:szCs w:val="16"/>
                                    </w:rPr>
                                  </w:pPr>
                                  <w:r w:rsidRPr="00B73424">
                                    <w:rPr>
                                      <w:rFonts w:hint="eastAsia"/>
                                      <w:sz w:val="16"/>
                                      <w:szCs w:val="16"/>
                                    </w:rPr>
                                    <w:t>氏名</w:t>
                                  </w:r>
                                </w:p>
                                <w:p w14:paraId="718F05CB" w14:textId="77777777" w:rsidR="00465E6C" w:rsidRPr="00B73424" w:rsidRDefault="00465E6C" w:rsidP="00465E6C">
                                  <w:pPr>
                                    <w:ind w:left="143" w:hanging="143"/>
                                    <w:rPr>
                                      <w:sz w:val="16"/>
                                      <w:szCs w:val="16"/>
                                    </w:rPr>
                                  </w:pPr>
                                  <w:r w:rsidRPr="00B73424">
                                    <w:rPr>
                                      <w:rFonts w:hint="eastAsia"/>
                                      <w:sz w:val="16"/>
                                      <w:szCs w:val="16"/>
                                    </w:rPr>
                                    <w:t>役職</w:t>
                                  </w:r>
                                </w:p>
                                <w:p w14:paraId="16DE24F9" w14:textId="77777777" w:rsidR="00465E6C" w:rsidRPr="00B73424" w:rsidRDefault="00465E6C" w:rsidP="00465E6C">
                                  <w:pPr>
                                    <w:ind w:left="143" w:hanging="143"/>
                                    <w:rPr>
                                      <w:sz w:val="16"/>
                                      <w:szCs w:val="16"/>
                                    </w:rPr>
                                  </w:pPr>
                                  <w:r w:rsidRPr="00B73424">
                                    <w:rPr>
                                      <w:rFonts w:hint="eastAsia"/>
                                      <w:sz w:val="16"/>
                                      <w:szCs w:val="16"/>
                                    </w:rPr>
                                    <w:t>役割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CBD18" id="_x0000_s1030" type="#_x0000_t202" style="position:absolute;left:0;text-align:left;margin-left:93.05pt;margin-top:63pt;width:87.55pt;height:67.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" fillcolor="white [3201]" strokecolor="black [3213]" strokeweight=".5pt">
                      <v:textbox>
                        <w:txbxContent>
                          <w:p w14:paraId="55A36F6A" w14:textId="77777777" w:rsidR="00465E6C" w:rsidRPr="00B73424" w:rsidRDefault="00465E6C" w:rsidP="00465E6C">
                            <w:pPr>
                              <w:ind w:left="143" w:hanging="143"/>
                              <w:rPr>
                                <w:sz w:val="16"/>
                                <w:szCs w:val="16"/>
                              </w:rPr>
                            </w:pPr>
                            <w:r w:rsidRPr="00B73424">
                              <w:rPr>
                                <w:rFonts w:hint="eastAsia"/>
                                <w:sz w:val="16"/>
                                <w:szCs w:val="16"/>
                              </w:rPr>
                              <w:t>リーダー</w:t>
                            </w:r>
                          </w:p>
                          <w:p w14:paraId="79F61BA2" w14:textId="77777777" w:rsidR="00465E6C" w:rsidRPr="00B73424" w:rsidRDefault="00465E6C" w:rsidP="00465E6C">
                            <w:pPr>
                              <w:ind w:left="143" w:hanging="143"/>
                              <w:rPr>
                                <w:sz w:val="16"/>
                                <w:szCs w:val="16"/>
                              </w:rPr>
                            </w:pPr>
                            <w:r w:rsidRPr="00B73424">
                              <w:rPr>
                                <w:rFonts w:hint="eastAsia"/>
                                <w:sz w:val="16"/>
                                <w:szCs w:val="16"/>
                              </w:rPr>
                              <w:t>氏名</w:t>
                            </w:r>
                          </w:p>
                          <w:p w14:paraId="718F05CB" w14:textId="77777777" w:rsidR="00465E6C" w:rsidRPr="00B73424" w:rsidRDefault="00465E6C" w:rsidP="00465E6C">
                            <w:pPr>
                              <w:ind w:left="143" w:hanging="143"/>
                              <w:rPr>
                                <w:sz w:val="16"/>
                                <w:szCs w:val="16"/>
                              </w:rPr>
                            </w:pPr>
                            <w:r w:rsidRPr="00B73424">
                              <w:rPr>
                                <w:rFonts w:hint="eastAsia"/>
                                <w:sz w:val="16"/>
                                <w:szCs w:val="16"/>
                              </w:rPr>
                              <w:t>役職</w:t>
                            </w:r>
                          </w:p>
                          <w:p w14:paraId="16DE24F9" w14:textId="77777777" w:rsidR="00465E6C" w:rsidRPr="00B73424" w:rsidRDefault="00465E6C" w:rsidP="00465E6C">
                            <w:pPr>
                              <w:ind w:left="143" w:hanging="143"/>
                              <w:rPr>
                                <w:sz w:val="16"/>
                                <w:szCs w:val="16"/>
                              </w:rPr>
                            </w:pPr>
                            <w:r w:rsidRPr="00B73424">
                              <w:rPr>
                                <w:rFonts w:hint="eastAsia"/>
                                <w:sz w:val="16"/>
                                <w:szCs w:val="16"/>
                              </w:rPr>
                              <w:t>役割</w:t>
                            </w:r>
                          </w:p>
                        </w:txbxContent>
                      </v:textbox>
                    </v:shape>
                  </w:pict>
                </mc:Fallback>
              </mc:AlternateContent>
            </w:r>
          </w:p>
        </w:tc>
      </w:tr>
    </w:tbl>
    <w:p w14:paraId="64F1736C" w14:textId="77777777" w:rsidR="00465E6C" w:rsidRPr="00945779" w:rsidRDefault="00465E6C" w:rsidP="00465E6C">
      <w:pPr>
        <w:spacing w:after="60"/>
        <w:ind w:leftChars="15" w:left="139" w:hangingChars="45" w:hanging="108"/>
        <w:rPr>
          <w:sz w:val="24"/>
          <w:szCs w:val="24"/>
        </w:rPr>
      </w:pPr>
    </w:p>
    <w:p w14:paraId="1DE5DCE3" w14:textId="77777777" w:rsidR="00465E6C" w:rsidRPr="00945779" w:rsidRDefault="00465E6C" w:rsidP="00465E6C">
      <w:pPr>
        <w:spacing w:after="60"/>
        <w:ind w:leftChars="9" w:left="127" w:hangingChars="45" w:hanging="108"/>
        <w:rPr>
          <w:sz w:val="24"/>
          <w:szCs w:val="24"/>
        </w:rPr>
      </w:pPr>
    </w:p>
    <w:p w14:paraId="1657C476" w14:textId="77777777" w:rsidR="00465E6C" w:rsidRPr="00945779" w:rsidRDefault="00465E6C" w:rsidP="00465E6C">
      <w:pPr>
        <w:pStyle w:val="21"/>
        <w:spacing w:after="80" w:line="240" w:lineRule="auto"/>
        <w:ind w:left="224" w:hanging="224"/>
        <w:rPr>
          <w:color w:val="auto"/>
          <w:szCs w:val="24"/>
          <w:lang w:eastAsia="ja-JP"/>
        </w:rPr>
      </w:pPr>
      <w:r w:rsidRPr="00945779">
        <w:rPr>
          <w:rFonts w:ascii="Yu Gothic" w:eastAsia="Yu Gothic" w:hAnsi="Yu Gothic" w:cs="Yu Gothic" w:hint="eastAsia"/>
          <w:color w:val="auto"/>
          <w:szCs w:val="24"/>
          <w:lang w:eastAsia="ja-JP"/>
        </w:rPr>
        <w:t>３―７．【任意記載】地域フォーミュラリへの協力の状況について</w:t>
      </w:r>
    </w:p>
    <w:tbl>
      <w:tblPr>
        <w:tblStyle w:val="afe"/>
        <w:tblW w:w="0" w:type="auto"/>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8818"/>
      </w:tblGrid>
      <w:tr w:rsidR="00945779" w:rsidRPr="00945779" w14:paraId="0DDBB6A6" w14:textId="77777777" w:rsidTr="002C48FE">
        <w:trPr>
          <w:cantSplit/>
          <w:jc w:val="center"/>
        </w:trPr>
        <w:tc>
          <w:tcPr>
            <w:tcW w:w="8818" w:type="dxa"/>
            <w:tcBorders>
              <w:bottom w:val="dashSmallGap" w:sz="4" w:space="0" w:color="auto"/>
            </w:tcBorders>
            <w:tcMar>
              <w:top w:w="70" w:type="dxa"/>
              <w:left w:w="90" w:type="dxa"/>
              <w:bottom w:w="70" w:type="dxa"/>
              <w:right w:w="90" w:type="dxa"/>
            </w:tcMar>
            <w:vAlign w:val="center"/>
          </w:tcPr>
          <w:p w14:paraId="4018AE18" w14:textId="77777777" w:rsidR="00465E6C" w:rsidRPr="00945779" w:rsidRDefault="00465E6C" w:rsidP="002C48FE">
            <w:pPr>
              <w:adjustRightInd w:val="0"/>
              <w:ind w:left="200" w:hangingChars="100" w:hanging="200"/>
              <w:jc w:val="both"/>
              <w:rPr>
                <w:sz w:val="24"/>
                <w:szCs w:val="24"/>
                <w:lang w:eastAsia="ja-JP"/>
              </w:rPr>
            </w:pPr>
            <w:r w:rsidRPr="00D44D54">
              <w:rPr>
                <w:rFonts w:ascii="Yu Gothic" w:eastAsia="Yu Gothic" w:hAnsi="Yu Gothic" w:cs="Yu Gothic" w:hint="eastAsia"/>
                <w:sz w:val="20"/>
                <w:szCs w:val="28"/>
                <w:lang w:eastAsia="ja-JP"/>
              </w:rPr>
              <w:t>・　地域フォーミュラリの推進への協力について実績がある場合は、以下の※印について任意で記載する。</w:t>
            </w:r>
          </w:p>
        </w:tc>
      </w:tr>
      <w:tr w:rsidR="00945779" w:rsidRPr="00945779" w14:paraId="68C2CB65" w14:textId="77777777" w:rsidTr="002C48FE">
        <w:trPr>
          <w:cantSplit/>
          <w:jc w:val="center"/>
        </w:trPr>
        <w:tc>
          <w:tcPr>
            <w:tcW w:w="8818" w:type="dxa"/>
            <w:tcBorders>
              <w:top w:val="dashSmallGap" w:sz="4" w:space="0" w:color="auto"/>
            </w:tcBorders>
            <w:tcMar>
              <w:top w:w="70" w:type="dxa"/>
              <w:left w:w="90" w:type="dxa"/>
              <w:bottom w:w="70" w:type="dxa"/>
              <w:right w:w="90" w:type="dxa"/>
            </w:tcMar>
            <w:vAlign w:val="center"/>
          </w:tcPr>
          <w:p w14:paraId="69B13DB8" w14:textId="77777777" w:rsidR="00465E6C" w:rsidRDefault="00465E6C" w:rsidP="00D44D54">
            <w:pPr>
              <w:adjustRightInd w:val="0"/>
              <w:rPr>
                <w:rFonts w:eastAsiaTheme="minorEastAsia" w:hint="eastAsia"/>
                <w:sz w:val="24"/>
                <w:szCs w:val="24"/>
                <w:lang w:eastAsia="ja-JP"/>
              </w:rPr>
            </w:pPr>
          </w:p>
          <w:p w14:paraId="568838C6" w14:textId="77777777" w:rsidR="004453CD" w:rsidRDefault="004453CD" w:rsidP="00D44D54">
            <w:pPr>
              <w:adjustRightInd w:val="0"/>
              <w:rPr>
                <w:rFonts w:eastAsiaTheme="minorEastAsia" w:hint="eastAsia"/>
                <w:sz w:val="24"/>
                <w:szCs w:val="24"/>
                <w:lang w:eastAsia="ja-JP"/>
              </w:rPr>
            </w:pPr>
          </w:p>
          <w:p w14:paraId="0CCB27CE" w14:textId="77777777" w:rsidR="004453CD" w:rsidRPr="00D44D54" w:rsidRDefault="004453CD" w:rsidP="00D44D54">
            <w:pPr>
              <w:adjustRightInd w:val="0"/>
              <w:rPr>
                <w:rFonts w:eastAsiaTheme="minorEastAsia" w:hint="eastAsia"/>
                <w:sz w:val="24"/>
                <w:szCs w:val="24"/>
                <w:lang w:eastAsia="ja-JP"/>
              </w:rPr>
            </w:pPr>
          </w:p>
        </w:tc>
      </w:tr>
    </w:tbl>
    <w:p w14:paraId="1401DF6D" w14:textId="77777777" w:rsidR="00465E6C" w:rsidRPr="00D44D54" w:rsidRDefault="00465E6C" w:rsidP="00465E6C">
      <w:pPr>
        <w:spacing w:after="40" w:line="252" w:lineRule="auto"/>
        <w:ind w:leftChars="200" w:left="620" w:hangingChars="100" w:hanging="200"/>
        <w:rPr>
          <w:rFonts w:ascii="ＭＳ 明朝" w:hAnsi="ＭＳ 明朝"/>
          <w:sz w:val="22"/>
          <w:lang w:eastAsia="ja-JP"/>
        </w:rPr>
      </w:pPr>
      <w:r w:rsidRPr="00D44D54">
        <w:rPr>
          <w:rFonts w:ascii="Yu Gothic" w:eastAsia="Yu Gothic" w:hAnsi="Yu Gothic" w:cs="Yu Gothic" w:hint="eastAsia"/>
          <w:sz w:val="20"/>
          <w:lang w:eastAsia="ja-JP"/>
        </w:rPr>
        <w:t>※　地域の医療機関・薬局又は医師会・薬剤師会等による地域フォーミュラリの作成・運用に対し、流通データの提供等の協力実績がある場合には、フォーミュラリの数、地域、協力内容及び頻度等を簡潔に記載すること。</w:t>
      </w:r>
    </w:p>
    <w:p w14:paraId="3ADC5449" w14:textId="77777777" w:rsidR="00465E6C" w:rsidRPr="00945779" w:rsidRDefault="00465E6C" w:rsidP="00465E6C">
      <w:pPr>
        <w:spacing w:after="60"/>
        <w:ind w:left="224" w:hanging="224"/>
        <w:rPr>
          <w:sz w:val="24"/>
          <w:szCs w:val="24"/>
          <w:lang w:eastAsia="ja-JP"/>
        </w:rPr>
      </w:pPr>
    </w:p>
    <w:p w14:paraId="319A3662" w14:textId="77777777" w:rsidR="00465E6C" w:rsidRPr="00945779" w:rsidRDefault="00465E6C" w:rsidP="00465E6C">
      <w:pPr>
        <w:pStyle w:val="1"/>
        <w:spacing w:before="280" w:after="100" w:line="240" w:lineRule="auto"/>
        <w:ind w:left="224" w:hanging="224"/>
        <w:rPr>
          <w:color w:val="auto"/>
          <w:sz w:val="24"/>
          <w:szCs w:val="24"/>
          <w:lang w:eastAsia="ja-JP"/>
        </w:rPr>
      </w:pPr>
      <w:r w:rsidRPr="00945779">
        <w:rPr>
          <w:rFonts w:ascii="Yu Gothic" w:eastAsia="Yu Gothic" w:hAnsi="Yu Gothic" w:cs="Yu Gothic" w:hint="eastAsia"/>
          <w:color w:val="auto"/>
          <w:sz w:val="24"/>
          <w:szCs w:val="24"/>
          <w:lang w:eastAsia="ja-JP"/>
        </w:rPr>
        <w:lastRenderedPageBreak/>
        <w:t>４．事業に必要な経費（共同申請の場合は事業者ごとの予算記入）</w:t>
      </w:r>
    </w:p>
    <w:p w14:paraId="04251A7B" w14:textId="77777777" w:rsidR="00465E6C" w:rsidRPr="00945779" w:rsidRDefault="00465E6C" w:rsidP="00465E6C">
      <w:pPr>
        <w:keepNext/>
        <w:spacing w:before="160" w:after="60" w:line="240" w:lineRule="auto"/>
        <w:ind w:left="240" w:hangingChars="100" w:hanging="240"/>
        <w:rPr>
          <w:rFonts w:ascii="ＭＳ 明朝" w:hAnsi="ＭＳ 明朝" w:cs="ＭＳ 明朝"/>
          <w:sz w:val="24"/>
          <w:szCs w:val="24"/>
        </w:rPr>
      </w:pPr>
      <w:r w:rsidRPr="00945779">
        <w:rPr>
          <w:rFonts w:ascii="Yu Gothic" w:eastAsia="Yu Gothic" w:hAnsi="Yu Gothic" w:cs="Yu Gothic" w:hint="eastAsia"/>
          <w:b/>
          <w:sz w:val="24"/>
          <w:szCs w:val="24"/>
          <w:lang w:eastAsia="ja-JP"/>
        </w:rPr>
        <w:t xml:space="preserve">　</w:t>
      </w:r>
      <w:r w:rsidRPr="00945779">
        <w:rPr>
          <w:rFonts w:ascii="Yu Gothic" w:eastAsia="Yu Gothic" w:hAnsi="Yu Gothic" w:cs="Yu Gothic"/>
          <w:b/>
          <w:sz w:val="24"/>
          <w:szCs w:val="24"/>
        </w:rPr>
        <w:t>(</w:t>
      </w:r>
      <w:r w:rsidRPr="00945779">
        <w:rPr>
          <w:rFonts w:ascii="Yu Gothic" w:eastAsia="Yu Gothic" w:hAnsi="Yu Gothic" w:cs="Yu Gothic" w:hint="eastAsia"/>
          <w:b/>
          <w:sz w:val="24"/>
          <w:szCs w:val="24"/>
        </w:rPr>
        <w:t>１</w:t>
      </w:r>
      <w:r w:rsidRPr="00945779">
        <w:rPr>
          <w:rFonts w:ascii="Yu Gothic" w:eastAsia="Yu Gothic" w:hAnsi="Yu Gothic" w:cs="Yu Gothic"/>
          <w:b/>
          <w:sz w:val="24"/>
          <w:szCs w:val="24"/>
        </w:rPr>
        <w:t xml:space="preserve">) </w:t>
      </w:r>
      <w:proofErr w:type="spellStart"/>
      <w:r w:rsidRPr="00945779">
        <w:rPr>
          <w:rFonts w:ascii="Yu Gothic" w:eastAsia="Yu Gothic" w:hAnsi="Yu Gothic" w:cs="Yu Gothic" w:hint="eastAsia"/>
          <w:b/>
          <w:sz w:val="24"/>
          <w:szCs w:val="24"/>
        </w:rPr>
        <w:t>収入</w:t>
      </w:r>
      <w:proofErr w:type="spellEnd"/>
      <w:r w:rsidRPr="00945779">
        <w:rPr>
          <w:rFonts w:ascii="Yu Gothic" w:eastAsia="Yu Gothic" w:hAnsi="Yu Gothic" w:cs="Yu Gothic"/>
          <w:b/>
          <w:sz w:val="24"/>
          <w:szCs w:val="24"/>
        </w:rPr>
        <w:t xml:space="preserve"> </w:t>
      </w:r>
    </w:p>
    <w:p w14:paraId="1E75A219" w14:textId="77777777" w:rsidR="00465E6C" w:rsidRPr="00D44D54" w:rsidRDefault="00465E6C" w:rsidP="00465E6C">
      <w:pPr>
        <w:spacing w:after="20" w:line="240" w:lineRule="auto"/>
        <w:ind w:right="540"/>
        <w:jc w:val="right"/>
        <w:rPr>
          <w:rFonts w:ascii="ＭＳ 明朝" w:hAnsi="ＭＳ 明朝"/>
          <w:sz w:val="22"/>
        </w:rPr>
      </w:pPr>
      <w:r w:rsidRPr="00D44D54">
        <w:rPr>
          <w:rFonts w:ascii="Yu Gothic" w:eastAsia="Yu Gothic" w:hAnsi="Yu Gothic" w:cs="Yu Gothic"/>
          <w:sz w:val="20"/>
        </w:rPr>
        <w:t xml:space="preserve"> </w:t>
      </w:r>
      <w:r w:rsidRPr="00D44D54">
        <w:rPr>
          <w:rFonts w:ascii="Yu Gothic" w:eastAsia="Yu Gothic" w:hAnsi="Yu Gothic" w:cs="Yu Gothic" w:hint="eastAsia"/>
          <w:sz w:val="20"/>
        </w:rPr>
        <w:t>（</w:t>
      </w:r>
      <w:proofErr w:type="spellStart"/>
      <w:r w:rsidRPr="00D44D54">
        <w:rPr>
          <w:rFonts w:ascii="Yu Gothic" w:eastAsia="Yu Gothic" w:hAnsi="Yu Gothic" w:cs="Yu Gothic" w:hint="eastAsia"/>
          <w:sz w:val="20"/>
        </w:rPr>
        <w:t>単位：円</w:t>
      </w:r>
      <w:proofErr w:type="spellEnd"/>
      <w:r w:rsidRPr="00D44D54">
        <w:rPr>
          <w:rFonts w:ascii="Yu Gothic" w:eastAsia="Yu Gothic" w:hAnsi="Yu Gothic" w:cs="Yu Gothic" w:hint="eastAsia"/>
          <w:sz w:val="20"/>
        </w:rPr>
        <w:t>）</w:t>
      </w:r>
    </w:p>
    <w:tbl>
      <w:tblPr>
        <w:tblStyle w:val="afe"/>
        <w:tblW w:w="8788" w:type="dxa"/>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CellMar>
          <w:left w:w="52" w:type="dxa"/>
          <w:right w:w="52" w:type="dxa"/>
        </w:tblCellMar>
        <w:tblLook w:val="0000" w:firstRow="0" w:lastRow="0" w:firstColumn="0" w:lastColumn="0" w:noHBand="0" w:noVBand="0"/>
      </w:tblPr>
      <w:tblGrid>
        <w:gridCol w:w="6091"/>
        <w:gridCol w:w="2697"/>
      </w:tblGrid>
      <w:tr w:rsidR="00945779" w:rsidRPr="00945779" w14:paraId="39766E1E" w14:textId="77777777" w:rsidTr="00D44D54">
        <w:trPr>
          <w:cantSplit/>
          <w:trHeight w:val="580"/>
          <w:tblHeader/>
          <w:jc w:val="center"/>
        </w:trPr>
        <w:tc>
          <w:tcPr>
            <w:tcW w:w="6091" w:type="dxa"/>
            <w:tcBorders>
              <w:top w:val="single" w:sz="4" w:space="0" w:color="000000"/>
              <w:left w:val="single" w:sz="4" w:space="0" w:color="000000"/>
              <w:right w:val="single" w:sz="4" w:space="0" w:color="000000"/>
            </w:tcBorders>
            <w:shd w:val="clear" w:color="auto" w:fill="D9E1F2"/>
            <w:tcMar>
              <w:top w:w="70" w:type="dxa"/>
              <w:left w:w="90" w:type="dxa"/>
              <w:bottom w:w="70" w:type="dxa"/>
              <w:right w:w="90" w:type="dxa"/>
            </w:tcMar>
            <w:vAlign w:val="center"/>
          </w:tcPr>
          <w:p w14:paraId="21D86284" w14:textId="77777777" w:rsidR="00465E6C" w:rsidRPr="00D44D54" w:rsidRDefault="00465E6C" w:rsidP="002C48FE">
            <w:pPr>
              <w:ind w:left="193" w:hanging="193"/>
              <w:jc w:val="center"/>
              <w:rPr>
                <w:rFonts w:ascii="ＭＳ 明朝" w:hAnsi="ＭＳ 明朝" w:cs="ＭＳ 明朝"/>
                <w:spacing w:val="19"/>
                <w:sz w:val="20"/>
              </w:rPr>
            </w:pPr>
            <w:r w:rsidRPr="00D44D54">
              <w:rPr>
                <w:rFonts w:ascii="Yu Gothic" w:eastAsia="Yu Gothic" w:hAnsi="Yu Gothic" w:cs="Yu Gothic" w:hint="eastAsia"/>
                <w:b/>
                <w:sz w:val="20"/>
              </w:rPr>
              <w:t>項　　　目</w:t>
            </w:r>
          </w:p>
        </w:tc>
        <w:tc>
          <w:tcPr>
            <w:tcW w:w="2697" w:type="dxa"/>
            <w:tcBorders>
              <w:top w:val="single" w:sz="4" w:space="0" w:color="000000"/>
              <w:left w:val="single" w:sz="4" w:space="0" w:color="000000"/>
              <w:right w:val="single" w:sz="4" w:space="0" w:color="000000"/>
            </w:tcBorders>
            <w:shd w:val="clear" w:color="auto" w:fill="D9E1F2"/>
            <w:tcMar>
              <w:top w:w="70" w:type="dxa"/>
              <w:left w:w="90" w:type="dxa"/>
              <w:bottom w:w="70" w:type="dxa"/>
              <w:right w:w="90" w:type="dxa"/>
            </w:tcMar>
            <w:vAlign w:val="center"/>
          </w:tcPr>
          <w:p w14:paraId="054815BC" w14:textId="77777777" w:rsidR="00465E6C" w:rsidRPr="00D44D54" w:rsidRDefault="00465E6C" w:rsidP="002C48FE">
            <w:pPr>
              <w:ind w:left="193" w:hanging="193"/>
              <w:jc w:val="center"/>
              <w:rPr>
                <w:rFonts w:ascii="ＭＳ 明朝" w:hAnsi="ＭＳ 明朝" w:cs="ＭＳ 明朝"/>
                <w:spacing w:val="19"/>
                <w:sz w:val="20"/>
              </w:rPr>
            </w:pPr>
            <w:r w:rsidRPr="00D44D54">
              <w:rPr>
                <w:rFonts w:ascii="Yu Gothic" w:eastAsia="Yu Gothic" w:hAnsi="Yu Gothic" w:cs="Yu Gothic" w:hint="eastAsia"/>
                <w:b/>
                <w:sz w:val="20"/>
              </w:rPr>
              <w:t>金　　　額</w:t>
            </w:r>
          </w:p>
        </w:tc>
      </w:tr>
      <w:tr w:rsidR="00945779" w:rsidRPr="00945779" w14:paraId="40106CFB" w14:textId="77777777" w:rsidTr="00D44D54">
        <w:trPr>
          <w:cantSplit/>
          <w:trHeight w:val="344"/>
          <w:jc w:val="center"/>
        </w:trPr>
        <w:tc>
          <w:tcPr>
            <w:tcW w:w="6091" w:type="dxa"/>
            <w:tcBorders>
              <w:top w:val="single" w:sz="4" w:space="0" w:color="000000"/>
              <w:left w:val="single" w:sz="4" w:space="0" w:color="000000"/>
              <w:bottom w:val="dotted" w:sz="4" w:space="0" w:color="auto"/>
              <w:right w:val="single" w:sz="4" w:space="0" w:color="000000"/>
            </w:tcBorders>
            <w:tcMar>
              <w:top w:w="70" w:type="dxa"/>
              <w:left w:w="90" w:type="dxa"/>
              <w:bottom w:w="70" w:type="dxa"/>
              <w:right w:w="90" w:type="dxa"/>
            </w:tcMar>
            <w:vAlign w:val="center"/>
          </w:tcPr>
          <w:p w14:paraId="0F6B3DCF" w14:textId="77777777" w:rsidR="00465E6C" w:rsidRPr="00D44D54" w:rsidRDefault="00465E6C" w:rsidP="002C48FE">
            <w:pPr>
              <w:kinsoku w:val="0"/>
              <w:overflowPunct w:val="0"/>
              <w:autoSpaceDE w:val="0"/>
              <w:autoSpaceDN w:val="0"/>
              <w:ind w:leftChars="96" w:left="202" w:rightChars="281" w:right="590" w:firstLineChars="147" w:firstLine="294"/>
              <w:jc w:val="distribute"/>
              <w:rPr>
                <w:rFonts w:ascii="ＭＳ 明朝" w:hAnsi="ＭＳ 明朝"/>
                <w:sz w:val="20"/>
              </w:rPr>
            </w:pPr>
            <w:proofErr w:type="spellStart"/>
            <w:r w:rsidRPr="00D44D54">
              <w:rPr>
                <w:rFonts w:ascii="Yu Gothic" w:eastAsia="Yu Gothic" w:hAnsi="Yu Gothic" w:cs="Yu Gothic" w:hint="eastAsia"/>
                <w:sz w:val="20"/>
              </w:rPr>
              <w:t>自己資金</w:t>
            </w:r>
            <w:proofErr w:type="spellEnd"/>
          </w:p>
        </w:tc>
        <w:tc>
          <w:tcPr>
            <w:tcW w:w="2697" w:type="dxa"/>
            <w:tcBorders>
              <w:top w:val="single" w:sz="4" w:space="0" w:color="000000"/>
              <w:left w:val="single" w:sz="4" w:space="0" w:color="000000"/>
              <w:bottom w:val="dotted" w:sz="4" w:space="0" w:color="auto"/>
              <w:right w:val="single" w:sz="4" w:space="0" w:color="000000"/>
            </w:tcBorders>
            <w:tcMar>
              <w:top w:w="70" w:type="dxa"/>
              <w:left w:w="90" w:type="dxa"/>
              <w:bottom w:w="70" w:type="dxa"/>
              <w:right w:w="90" w:type="dxa"/>
            </w:tcMar>
            <w:vAlign w:val="center"/>
          </w:tcPr>
          <w:p w14:paraId="202ED790" w14:textId="77777777" w:rsidR="00465E6C" w:rsidRPr="004453CD" w:rsidRDefault="00465E6C" w:rsidP="002C48FE">
            <w:pPr>
              <w:kinsoku w:val="0"/>
              <w:overflowPunct w:val="0"/>
              <w:autoSpaceDE w:val="0"/>
              <w:autoSpaceDN w:val="0"/>
              <w:ind w:rightChars="112" w:right="235"/>
              <w:jc w:val="right"/>
              <w:rPr>
                <w:rFonts w:ascii="ＭＳ 明朝" w:hAnsi="ＭＳ 明朝"/>
                <w:sz w:val="24"/>
                <w:szCs w:val="32"/>
              </w:rPr>
            </w:pPr>
          </w:p>
        </w:tc>
      </w:tr>
      <w:tr w:rsidR="00945779" w:rsidRPr="00945779" w14:paraId="08B59520" w14:textId="77777777" w:rsidTr="00D44D54">
        <w:trPr>
          <w:cantSplit/>
          <w:trHeight w:val="344"/>
          <w:jc w:val="center"/>
        </w:trPr>
        <w:tc>
          <w:tcPr>
            <w:tcW w:w="6091" w:type="dxa"/>
            <w:tcBorders>
              <w:top w:val="dotted" w:sz="4" w:space="0" w:color="auto"/>
              <w:left w:val="single" w:sz="4" w:space="0" w:color="000000"/>
              <w:bottom w:val="dotted" w:sz="4" w:space="0" w:color="auto"/>
              <w:right w:val="single" w:sz="4" w:space="0" w:color="000000"/>
            </w:tcBorders>
            <w:tcMar>
              <w:top w:w="70" w:type="dxa"/>
              <w:left w:w="90" w:type="dxa"/>
              <w:bottom w:w="70" w:type="dxa"/>
              <w:right w:w="90" w:type="dxa"/>
            </w:tcMar>
            <w:vAlign w:val="center"/>
          </w:tcPr>
          <w:p w14:paraId="51319F77" w14:textId="77777777" w:rsidR="00465E6C" w:rsidRPr="00D44D54" w:rsidDel="00C41F97" w:rsidRDefault="00465E6C" w:rsidP="002C48FE">
            <w:pPr>
              <w:kinsoku w:val="0"/>
              <w:overflowPunct w:val="0"/>
              <w:autoSpaceDE w:val="0"/>
              <w:autoSpaceDN w:val="0"/>
              <w:ind w:leftChars="96" w:left="202" w:rightChars="281" w:right="590" w:firstLineChars="147" w:firstLine="294"/>
              <w:jc w:val="distribute"/>
              <w:rPr>
                <w:rFonts w:ascii="ＭＳ 明朝" w:hAnsi="ＭＳ 明朝"/>
                <w:sz w:val="20"/>
                <w:lang w:eastAsia="ja-JP"/>
              </w:rPr>
            </w:pPr>
            <w:r w:rsidRPr="00D44D54">
              <w:rPr>
                <w:rFonts w:ascii="Yu Gothic" w:eastAsia="Yu Gothic" w:hAnsi="Yu Gothic" w:cs="Yu Gothic" w:hint="eastAsia"/>
                <w:sz w:val="20"/>
                <w:lang w:eastAsia="ja-JP"/>
              </w:rPr>
              <w:t>起債又は借入金（※１）</w:t>
            </w:r>
          </w:p>
        </w:tc>
        <w:tc>
          <w:tcPr>
            <w:tcW w:w="2697" w:type="dxa"/>
            <w:tcBorders>
              <w:top w:val="dotted" w:sz="4" w:space="0" w:color="auto"/>
              <w:left w:val="single" w:sz="4" w:space="0" w:color="000000"/>
              <w:bottom w:val="dotted" w:sz="4" w:space="0" w:color="auto"/>
              <w:right w:val="single" w:sz="4" w:space="0" w:color="000000"/>
            </w:tcBorders>
            <w:tcMar>
              <w:top w:w="70" w:type="dxa"/>
              <w:left w:w="90" w:type="dxa"/>
              <w:bottom w:w="70" w:type="dxa"/>
              <w:right w:w="90" w:type="dxa"/>
            </w:tcMar>
            <w:vAlign w:val="center"/>
          </w:tcPr>
          <w:p w14:paraId="77BF809A" w14:textId="77777777" w:rsidR="00465E6C" w:rsidRPr="004453CD" w:rsidDel="00C41F97" w:rsidRDefault="00465E6C" w:rsidP="002C48FE">
            <w:pPr>
              <w:kinsoku w:val="0"/>
              <w:overflowPunct w:val="0"/>
              <w:autoSpaceDE w:val="0"/>
              <w:autoSpaceDN w:val="0"/>
              <w:ind w:rightChars="112" w:right="235"/>
              <w:jc w:val="right"/>
              <w:rPr>
                <w:rFonts w:ascii="ＭＳ 明朝" w:hAnsi="ＭＳ 明朝"/>
                <w:sz w:val="24"/>
                <w:szCs w:val="32"/>
                <w:lang w:eastAsia="ja-JP"/>
              </w:rPr>
            </w:pPr>
          </w:p>
        </w:tc>
      </w:tr>
      <w:tr w:rsidR="00945779" w:rsidRPr="00945779" w14:paraId="6BA8E2FA" w14:textId="77777777" w:rsidTr="00D44D54">
        <w:trPr>
          <w:cantSplit/>
          <w:trHeight w:val="74"/>
          <w:jc w:val="center"/>
        </w:trPr>
        <w:tc>
          <w:tcPr>
            <w:tcW w:w="6091" w:type="dxa"/>
            <w:tcBorders>
              <w:top w:val="dotted" w:sz="4" w:space="0" w:color="auto"/>
              <w:left w:val="single" w:sz="4" w:space="0" w:color="000000"/>
              <w:bottom w:val="dotted" w:sz="4" w:space="0" w:color="auto"/>
              <w:right w:val="single" w:sz="4" w:space="0" w:color="000000"/>
            </w:tcBorders>
            <w:tcMar>
              <w:top w:w="70" w:type="dxa"/>
              <w:left w:w="90" w:type="dxa"/>
              <w:bottom w:w="70" w:type="dxa"/>
              <w:right w:w="90" w:type="dxa"/>
            </w:tcMar>
            <w:vAlign w:val="center"/>
          </w:tcPr>
          <w:p w14:paraId="3926A5CC" w14:textId="77777777" w:rsidR="00465E6C" w:rsidRPr="00D44D54" w:rsidRDefault="00465E6C" w:rsidP="002C48FE">
            <w:pPr>
              <w:kinsoku w:val="0"/>
              <w:overflowPunct w:val="0"/>
              <w:autoSpaceDE w:val="0"/>
              <w:autoSpaceDN w:val="0"/>
              <w:ind w:leftChars="96" w:left="202" w:rightChars="281" w:right="590" w:firstLineChars="147" w:firstLine="294"/>
              <w:jc w:val="distribute"/>
              <w:rPr>
                <w:rFonts w:ascii="ＭＳ 明朝" w:hAnsi="ＭＳ 明朝" w:cs="ＭＳ 明朝"/>
                <w:sz w:val="20"/>
              </w:rPr>
            </w:pPr>
            <w:proofErr w:type="spellStart"/>
            <w:r w:rsidRPr="00D44D54">
              <w:rPr>
                <w:rFonts w:ascii="Yu Gothic" w:eastAsia="Yu Gothic" w:hAnsi="Yu Gothic" w:cs="Yu Gothic" w:hint="eastAsia"/>
                <w:sz w:val="20"/>
              </w:rPr>
              <w:t>その他</w:t>
            </w:r>
            <w:proofErr w:type="spellEnd"/>
          </w:p>
        </w:tc>
        <w:tc>
          <w:tcPr>
            <w:tcW w:w="2697" w:type="dxa"/>
            <w:tcBorders>
              <w:top w:val="dotted" w:sz="4" w:space="0" w:color="auto"/>
              <w:left w:val="single" w:sz="4" w:space="0" w:color="000000"/>
              <w:bottom w:val="dotted" w:sz="4" w:space="0" w:color="auto"/>
              <w:right w:val="single" w:sz="4" w:space="0" w:color="000000"/>
            </w:tcBorders>
            <w:tcMar>
              <w:top w:w="70" w:type="dxa"/>
              <w:left w:w="90" w:type="dxa"/>
              <w:bottom w:w="70" w:type="dxa"/>
              <w:right w:w="90" w:type="dxa"/>
            </w:tcMar>
            <w:vAlign w:val="center"/>
          </w:tcPr>
          <w:p w14:paraId="1AB34D4A" w14:textId="77777777" w:rsidR="00465E6C" w:rsidRPr="004453CD" w:rsidRDefault="00465E6C" w:rsidP="002C48FE">
            <w:pPr>
              <w:kinsoku w:val="0"/>
              <w:overflowPunct w:val="0"/>
              <w:autoSpaceDE w:val="0"/>
              <w:autoSpaceDN w:val="0"/>
              <w:ind w:rightChars="112" w:right="235"/>
              <w:jc w:val="right"/>
              <w:rPr>
                <w:rFonts w:ascii="ＭＳ 明朝" w:hAnsi="ＭＳ 明朝" w:cs="ＭＳ 明朝"/>
                <w:sz w:val="24"/>
                <w:szCs w:val="32"/>
              </w:rPr>
            </w:pPr>
          </w:p>
        </w:tc>
      </w:tr>
      <w:tr w:rsidR="00945779" w:rsidRPr="00945779" w14:paraId="1258D687" w14:textId="77777777" w:rsidTr="00D44D54">
        <w:trPr>
          <w:cantSplit/>
          <w:trHeight w:val="291"/>
          <w:jc w:val="center"/>
        </w:trPr>
        <w:tc>
          <w:tcPr>
            <w:tcW w:w="6091" w:type="dxa"/>
            <w:tcBorders>
              <w:top w:val="dotted" w:sz="4" w:space="0" w:color="auto"/>
              <w:left w:val="single" w:sz="4" w:space="0" w:color="000000"/>
              <w:bottom w:val="nil"/>
              <w:right w:val="single" w:sz="4" w:space="0" w:color="000000"/>
            </w:tcBorders>
            <w:tcMar>
              <w:top w:w="70" w:type="dxa"/>
              <w:left w:w="90" w:type="dxa"/>
              <w:bottom w:w="70" w:type="dxa"/>
              <w:right w:w="90" w:type="dxa"/>
            </w:tcMar>
            <w:vAlign w:val="center"/>
          </w:tcPr>
          <w:p w14:paraId="49187B85" w14:textId="77777777" w:rsidR="00465E6C" w:rsidRPr="00D44D54" w:rsidRDefault="00465E6C" w:rsidP="002C48FE">
            <w:pPr>
              <w:kinsoku w:val="0"/>
              <w:overflowPunct w:val="0"/>
              <w:autoSpaceDE w:val="0"/>
              <w:autoSpaceDN w:val="0"/>
              <w:ind w:leftChars="96" w:left="202" w:rightChars="281" w:right="590" w:firstLineChars="147" w:firstLine="294"/>
              <w:jc w:val="distribute"/>
              <w:rPr>
                <w:rFonts w:ascii="ＭＳ 明朝" w:hAnsi="ＭＳ 明朝" w:cs="ＭＳ 明朝"/>
                <w:sz w:val="20"/>
                <w:lang w:eastAsia="zh-TW"/>
              </w:rPr>
            </w:pPr>
            <w:r w:rsidRPr="00D44D54">
              <w:rPr>
                <w:rFonts w:ascii="Yu Gothic" w:eastAsia="Yu Gothic" w:hAnsi="Yu Gothic" w:cs="Yu Gothic" w:hint="eastAsia"/>
                <w:sz w:val="20"/>
                <w:lang w:eastAsia="zh-TW"/>
              </w:rPr>
              <w:t>医薬品安定供給支援補助金</w:t>
            </w:r>
          </w:p>
          <w:p w14:paraId="4B4769F8" w14:textId="77777777" w:rsidR="00465E6C" w:rsidRPr="00D44D54" w:rsidRDefault="00465E6C" w:rsidP="002C48FE">
            <w:pPr>
              <w:kinsoku w:val="0"/>
              <w:overflowPunct w:val="0"/>
              <w:autoSpaceDE w:val="0"/>
              <w:autoSpaceDN w:val="0"/>
              <w:ind w:leftChars="96" w:left="202" w:rightChars="281" w:right="590" w:firstLineChars="147" w:firstLine="294"/>
              <w:jc w:val="distribute"/>
              <w:rPr>
                <w:rFonts w:ascii="ＭＳ 明朝" w:hAnsi="ＭＳ 明朝" w:cs="ＭＳ 明朝"/>
                <w:sz w:val="20"/>
                <w:lang w:eastAsia="ja-JP"/>
              </w:rPr>
            </w:pPr>
            <w:r w:rsidRPr="00D44D54">
              <w:rPr>
                <w:rFonts w:ascii="Yu Gothic" w:eastAsia="Yu Gothic" w:hAnsi="Yu Gothic" w:cs="Yu Gothic" w:hint="eastAsia"/>
                <w:sz w:val="20"/>
                <w:lang w:eastAsia="ja-JP"/>
              </w:rPr>
              <w:t>（医薬品卸業者に対する継続的な安定供給支援事業）</w:t>
            </w:r>
          </w:p>
        </w:tc>
        <w:tc>
          <w:tcPr>
            <w:tcW w:w="2697" w:type="dxa"/>
            <w:tcBorders>
              <w:top w:val="dotted" w:sz="4" w:space="0" w:color="auto"/>
              <w:left w:val="single" w:sz="4" w:space="0" w:color="000000"/>
              <w:bottom w:val="dotted" w:sz="4" w:space="0" w:color="auto"/>
              <w:right w:val="single" w:sz="4" w:space="0" w:color="000000"/>
            </w:tcBorders>
            <w:tcMar>
              <w:top w:w="70" w:type="dxa"/>
              <w:left w:w="90" w:type="dxa"/>
              <w:bottom w:w="70" w:type="dxa"/>
              <w:right w:w="90" w:type="dxa"/>
            </w:tcMar>
            <w:vAlign w:val="center"/>
          </w:tcPr>
          <w:p w14:paraId="0DB921F8" w14:textId="77777777" w:rsidR="00465E6C" w:rsidRPr="004453CD" w:rsidRDefault="00465E6C" w:rsidP="002C48FE">
            <w:pPr>
              <w:kinsoku w:val="0"/>
              <w:overflowPunct w:val="0"/>
              <w:autoSpaceDE w:val="0"/>
              <w:autoSpaceDN w:val="0"/>
              <w:ind w:rightChars="112" w:right="235"/>
              <w:jc w:val="right"/>
              <w:rPr>
                <w:rFonts w:ascii="ＭＳ 明朝" w:hAnsi="ＭＳ 明朝" w:cs="ＭＳ 明朝"/>
                <w:sz w:val="24"/>
                <w:szCs w:val="32"/>
                <w:lang w:eastAsia="ja-JP"/>
              </w:rPr>
            </w:pPr>
          </w:p>
        </w:tc>
      </w:tr>
      <w:tr w:rsidR="00945779" w:rsidRPr="00945779" w14:paraId="68E8A593" w14:textId="77777777" w:rsidTr="00D44D54">
        <w:trPr>
          <w:cantSplit/>
          <w:trHeight w:val="159"/>
          <w:jc w:val="center"/>
        </w:trPr>
        <w:tc>
          <w:tcPr>
            <w:tcW w:w="6091" w:type="dxa"/>
            <w:tcBorders>
              <w:top w:val="dotted" w:sz="4" w:space="0" w:color="auto"/>
              <w:left w:val="single" w:sz="4" w:space="0" w:color="000000"/>
              <w:bottom w:val="nil"/>
              <w:right w:val="single" w:sz="4" w:space="0" w:color="000000"/>
            </w:tcBorders>
            <w:tcMar>
              <w:top w:w="70" w:type="dxa"/>
              <w:left w:w="90" w:type="dxa"/>
              <w:bottom w:w="70" w:type="dxa"/>
              <w:right w:w="90" w:type="dxa"/>
            </w:tcMar>
            <w:vAlign w:val="center"/>
          </w:tcPr>
          <w:p w14:paraId="752AABB1" w14:textId="77777777" w:rsidR="00465E6C" w:rsidRPr="00D44D54" w:rsidRDefault="00465E6C" w:rsidP="002C48FE">
            <w:pPr>
              <w:kinsoku w:val="0"/>
              <w:overflowPunct w:val="0"/>
              <w:autoSpaceDE w:val="0"/>
              <w:autoSpaceDN w:val="0"/>
              <w:ind w:leftChars="96" w:left="202" w:rightChars="281" w:right="590" w:firstLineChars="147" w:firstLine="294"/>
              <w:jc w:val="distribute"/>
              <w:rPr>
                <w:rFonts w:ascii="ＭＳ 明朝" w:hAnsi="ＭＳ 明朝" w:cs="ＭＳ 明朝"/>
                <w:sz w:val="20"/>
                <w:lang w:eastAsia="ja-JP"/>
              </w:rPr>
            </w:pPr>
            <w:r w:rsidRPr="00D44D54">
              <w:rPr>
                <w:rFonts w:ascii="Yu Gothic" w:eastAsia="Yu Gothic" w:hAnsi="Yu Gothic" w:cs="Yu Gothic" w:hint="eastAsia"/>
                <w:sz w:val="20"/>
                <w:lang w:eastAsia="ja-JP"/>
              </w:rPr>
              <w:t>上記以外の補助金（※２）</w:t>
            </w:r>
          </w:p>
        </w:tc>
        <w:tc>
          <w:tcPr>
            <w:tcW w:w="2697" w:type="dxa"/>
            <w:tcBorders>
              <w:top w:val="dotted" w:sz="4" w:space="0" w:color="auto"/>
              <w:left w:val="single" w:sz="4" w:space="0" w:color="000000"/>
              <w:bottom w:val="single" w:sz="4" w:space="0" w:color="000000"/>
              <w:right w:val="single" w:sz="4" w:space="0" w:color="000000"/>
            </w:tcBorders>
            <w:tcMar>
              <w:top w:w="70" w:type="dxa"/>
              <w:left w:w="90" w:type="dxa"/>
              <w:bottom w:w="70" w:type="dxa"/>
              <w:right w:w="90" w:type="dxa"/>
            </w:tcMar>
            <w:vAlign w:val="center"/>
          </w:tcPr>
          <w:p w14:paraId="01099D6A" w14:textId="77777777" w:rsidR="00465E6C" w:rsidRPr="004453CD" w:rsidRDefault="00465E6C" w:rsidP="002C48FE">
            <w:pPr>
              <w:kinsoku w:val="0"/>
              <w:overflowPunct w:val="0"/>
              <w:autoSpaceDE w:val="0"/>
              <w:autoSpaceDN w:val="0"/>
              <w:ind w:rightChars="112" w:right="235"/>
              <w:jc w:val="right"/>
              <w:rPr>
                <w:rFonts w:ascii="ＭＳ 明朝" w:hAnsi="ＭＳ 明朝" w:cs="ＭＳ 明朝"/>
                <w:sz w:val="24"/>
                <w:szCs w:val="32"/>
                <w:lang w:eastAsia="ja-JP"/>
              </w:rPr>
            </w:pPr>
          </w:p>
        </w:tc>
      </w:tr>
      <w:tr w:rsidR="00945779" w:rsidRPr="00945779" w14:paraId="1C949495" w14:textId="77777777" w:rsidTr="00D44D54">
        <w:trPr>
          <w:cantSplit/>
          <w:trHeight w:val="93"/>
          <w:jc w:val="center"/>
        </w:trPr>
        <w:tc>
          <w:tcPr>
            <w:tcW w:w="609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024EFD7" w14:textId="77777777" w:rsidR="00465E6C" w:rsidRPr="00D44D54" w:rsidRDefault="00465E6C" w:rsidP="002C48FE">
            <w:pPr>
              <w:ind w:left="193" w:hanging="193"/>
              <w:jc w:val="distribute"/>
              <w:rPr>
                <w:rFonts w:ascii="ＭＳ 明朝" w:hAnsi="ＭＳ 明朝" w:cs="ＭＳ 明朝"/>
                <w:sz w:val="20"/>
              </w:rPr>
            </w:pPr>
            <w:r w:rsidRPr="00D44D54">
              <w:rPr>
                <w:rFonts w:ascii="Yu Gothic" w:eastAsia="Yu Gothic" w:hAnsi="Yu Gothic" w:cs="Yu Gothic"/>
                <w:sz w:val="20"/>
              </w:rPr>
              <w:fldChar w:fldCharType="begin"/>
            </w:r>
            <w:r w:rsidRPr="00D44D54">
              <w:rPr>
                <w:rFonts w:ascii="Yu Gothic" w:eastAsia="Yu Gothic" w:hAnsi="Yu Gothic" w:cs="Yu Gothic"/>
                <w:sz w:val="20"/>
              </w:rPr>
              <w:instrText>eq \o\ad(</w:instrText>
            </w:r>
            <w:r w:rsidRPr="00D44D54">
              <w:rPr>
                <w:rFonts w:ascii="Yu Gothic" w:eastAsia="Yu Gothic" w:hAnsi="Yu Gothic" w:cs="Yu Gothic" w:hint="eastAsia"/>
                <w:sz w:val="20"/>
              </w:rPr>
              <w:instrText>合計</w:instrText>
            </w:r>
            <w:r w:rsidRPr="00D44D54">
              <w:rPr>
                <w:rFonts w:ascii="Yu Gothic" w:eastAsia="Yu Gothic" w:hAnsi="Yu Gothic" w:cs="Yu Gothic"/>
                <w:sz w:val="20"/>
              </w:rPr>
              <w:instrText>,</w:instrText>
            </w:r>
            <w:r w:rsidRPr="00D44D54">
              <w:rPr>
                <w:rFonts w:ascii="Yu Gothic" w:eastAsia="Yu Gothic" w:hAnsi="Yu Gothic" w:cs="Yu Gothic" w:hint="eastAsia"/>
                <w:sz w:val="20"/>
              </w:rPr>
              <w:instrText xml:space="preserve">　　　　　</w:instrText>
            </w:r>
            <w:r w:rsidRPr="00D44D54">
              <w:rPr>
                <w:rFonts w:ascii="Yu Gothic" w:eastAsia="Yu Gothic" w:hAnsi="Yu Gothic" w:cs="Yu Gothic"/>
                <w:sz w:val="20"/>
              </w:rPr>
              <w:instrText xml:space="preserve"> )</w:instrText>
            </w:r>
            <w:r w:rsidRPr="00D44D54">
              <w:rPr>
                <w:rFonts w:ascii="Yu Gothic" w:eastAsia="Yu Gothic" w:hAnsi="Yu Gothic" w:cs="Yu Gothic"/>
                <w:sz w:val="20"/>
              </w:rPr>
              <w:fldChar w:fldCharType="separate"/>
            </w:r>
            <w:r w:rsidRPr="00D44D54">
              <w:rPr>
                <w:rFonts w:ascii="Yu Gothic" w:eastAsia="Yu Gothic" w:hAnsi="Yu Gothic" w:cs="Yu Gothic" w:hint="eastAsia"/>
                <w:sz w:val="20"/>
              </w:rPr>
              <w:t>合計</w:t>
            </w:r>
            <w:r w:rsidRPr="00D44D54">
              <w:rPr>
                <w:rFonts w:ascii="Yu Gothic" w:eastAsia="Yu Gothic" w:hAnsi="Yu Gothic" w:cs="Yu Gothic"/>
                <w:sz w:val="20"/>
              </w:rPr>
              <w:fldChar w:fldCharType="end"/>
            </w:r>
          </w:p>
        </w:tc>
        <w:tc>
          <w:tcPr>
            <w:tcW w:w="269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411DE93" w14:textId="77777777" w:rsidR="00465E6C" w:rsidRPr="004453CD" w:rsidRDefault="00465E6C" w:rsidP="002C48FE">
            <w:pPr>
              <w:ind w:rightChars="112" w:right="235"/>
              <w:jc w:val="right"/>
              <w:rPr>
                <w:rFonts w:ascii="ＭＳ 明朝" w:hAnsi="ＭＳ 明朝" w:cs="ＭＳ 明朝"/>
                <w:sz w:val="24"/>
                <w:szCs w:val="32"/>
              </w:rPr>
            </w:pPr>
          </w:p>
        </w:tc>
      </w:tr>
    </w:tbl>
    <w:p w14:paraId="38832318" w14:textId="0BB2555C" w:rsidR="00465E6C" w:rsidRPr="00D44D54" w:rsidRDefault="00465E6C" w:rsidP="00D44D54">
      <w:pPr>
        <w:spacing w:after="40" w:line="252" w:lineRule="auto"/>
        <w:ind w:leftChars="100" w:left="610" w:hangingChars="200" w:hanging="400"/>
        <w:rPr>
          <w:rFonts w:ascii="ＭＳ 明朝" w:eastAsiaTheme="minorEastAsia" w:hAnsi="ＭＳ 明朝"/>
          <w:sz w:val="22"/>
          <w:lang w:eastAsia="ja-JP"/>
        </w:rPr>
      </w:pPr>
      <w:r w:rsidRPr="00D44D54">
        <w:rPr>
          <w:rFonts w:ascii="Yu Gothic" w:eastAsia="Yu Gothic" w:hAnsi="Yu Gothic" w:cs="Yu Gothic" w:hint="eastAsia"/>
          <w:sz w:val="20"/>
          <w:lang w:eastAsia="ja-JP"/>
        </w:rPr>
        <w:t>※</w:t>
      </w:r>
      <w:r w:rsidRPr="00D44D54">
        <w:rPr>
          <w:rFonts w:ascii="Yu Gothic" w:eastAsia="Yu Gothic" w:hAnsi="Yu Gothic" w:cs="Yu Gothic"/>
          <w:sz w:val="20"/>
          <w:lang w:eastAsia="ja-JP"/>
        </w:rPr>
        <w:t>１</w:t>
      </w:r>
      <w:r w:rsidRPr="00D44D54">
        <w:rPr>
          <w:rFonts w:ascii="Yu Gothic" w:eastAsia="Yu Gothic" w:hAnsi="Yu Gothic" w:cs="Yu Gothic" w:hint="eastAsia"/>
          <w:sz w:val="20"/>
          <w:lang w:eastAsia="ja-JP"/>
        </w:rPr>
        <w:t xml:space="preserve"> </w:t>
      </w:r>
      <w:r w:rsidRPr="00D44D54">
        <w:rPr>
          <w:rFonts w:ascii="Yu Gothic" w:eastAsia="Yu Gothic" w:hAnsi="Yu Gothic" w:cs="Yu Gothic"/>
          <w:sz w:val="20"/>
          <w:lang w:eastAsia="ja-JP"/>
        </w:rPr>
        <w:t>当該起債又は借入に関する資金計画</w:t>
      </w:r>
      <w:r w:rsidRPr="00D44D54">
        <w:rPr>
          <w:rFonts w:ascii="Yu Gothic" w:eastAsia="Yu Gothic" w:hAnsi="Yu Gothic" w:cs="Yu Gothic" w:hint="eastAsia"/>
          <w:sz w:val="20"/>
          <w:lang w:eastAsia="ja-JP"/>
        </w:rPr>
        <w:t>（資金調達先、返済計画等）について分かる資料（親会社や出資企業等がある場合はその会社の財務資料など）を添付すること。また、補助事業で取得した財産に抵当権（但し交付決定後に限る。また根抵当は認められない。）を設定する予定の場合は、以下にその旨を記載すること。</w:t>
      </w:r>
    </w:p>
    <w:p w14:paraId="19E613E8" w14:textId="77777777" w:rsidR="00465E6C" w:rsidRPr="00945779" w:rsidRDefault="00465E6C" w:rsidP="00465E6C">
      <w:pPr>
        <w:keepNext/>
        <w:spacing w:before="60" w:after="40" w:line="240" w:lineRule="auto"/>
        <w:ind w:leftChars="100" w:left="410" w:hangingChars="100" w:hanging="200"/>
        <w:rPr>
          <w:rFonts w:ascii="ＭＳ 明朝" w:hAnsi="ＭＳ 明朝"/>
          <w:szCs w:val="21"/>
        </w:rPr>
      </w:pPr>
      <w:r w:rsidRPr="00945779">
        <w:rPr>
          <w:rFonts w:ascii="Yu Gothic" w:eastAsia="Yu Gothic" w:hAnsi="Yu Gothic" w:cs="Yu Gothic" w:hint="eastAsia"/>
          <w:b/>
          <w:sz w:val="20"/>
          <w:szCs w:val="21"/>
        </w:rPr>
        <w:t>【</w:t>
      </w:r>
      <w:proofErr w:type="spellStart"/>
      <w:r w:rsidRPr="00945779">
        <w:rPr>
          <w:rFonts w:ascii="Yu Gothic" w:eastAsia="Yu Gothic" w:hAnsi="Yu Gothic" w:cs="Yu Gothic" w:hint="eastAsia"/>
          <w:b/>
          <w:sz w:val="20"/>
          <w:szCs w:val="21"/>
        </w:rPr>
        <w:t>上記の補足説明</w:t>
      </w:r>
      <w:proofErr w:type="spellEnd"/>
      <w:r w:rsidRPr="00945779">
        <w:rPr>
          <w:rFonts w:ascii="Yu Gothic" w:eastAsia="Yu Gothic" w:hAnsi="Yu Gothic" w:cs="Yu Gothic" w:hint="eastAsia"/>
          <w:b/>
          <w:sz w:val="20"/>
          <w:szCs w:val="21"/>
        </w:rPr>
        <w:t>】</w:t>
      </w:r>
    </w:p>
    <w:tbl>
      <w:tblPr>
        <w:tblStyle w:val="afe"/>
        <w:tblW w:w="8788" w:type="dxa"/>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CellMar>
          <w:left w:w="52" w:type="dxa"/>
          <w:right w:w="52" w:type="dxa"/>
        </w:tblCellMar>
        <w:tblLook w:val="0000" w:firstRow="0" w:lastRow="0" w:firstColumn="0" w:lastColumn="0" w:noHBand="0" w:noVBand="0"/>
      </w:tblPr>
      <w:tblGrid>
        <w:gridCol w:w="8788"/>
      </w:tblGrid>
      <w:tr w:rsidR="00945779" w:rsidRPr="00945779" w14:paraId="45C1A3CE" w14:textId="77777777" w:rsidTr="002C48FE">
        <w:trPr>
          <w:cantSplit/>
          <w:trHeight w:val="70"/>
          <w:jc w:val="center"/>
        </w:trPr>
        <w:tc>
          <w:tcPr>
            <w:tcW w:w="8788" w:type="dxa"/>
            <w:tcBorders>
              <w:top w:val="single" w:sz="4" w:space="0" w:color="000000"/>
              <w:left w:val="single" w:sz="4" w:space="0" w:color="000000"/>
              <w:bottom w:val="single" w:sz="4" w:space="0" w:color="auto"/>
              <w:right w:val="single" w:sz="4" w:space="0" w:color="000000"/>
            </w:tcBorders>
            <w:tcMar>
              <w:top w:w="70" w:type="dxa"/>
              <w:left w:w="90" w:type="dxa"/>
              <w:bottom w:w="70" w:type="dxa"/>
              <w:right w:w="90" w:type="dxa"/>
            </w:tcMar>
            <w:vAlign w:val="center"/>
          </w:tcPr>
          <w:p w14:paraId="57994D28" w14:textId="77777777" w:rsidR="00465E6C" w:rsidRDefault="00465E6C" w:rsidP="004453CD">
            <w:pPr>
              <w:kinsoku w:val="0"/>
              <w:overflowPunct w:val="0"/>
              <w:autoSpaceDE w:val="0"/>
              <w:autoSpaceDN w:val="0"/>
              <w:rPr>
                <w:rFonts w:ascii="ＭＳ 明朝" w:eastAsiaTheme="minorEastAsia" w:hAnsi="ＭＳ 明朝"/>
                <w:sz w:val="24"/>
                <w:szCs w:val="24"/>
                <w:lang w:eastAsia="ja-JP"/>
              </w:rPr>
            </w:pPr>
          </w:p>
          <w:p w14:paraId="63DA38CB" w14:textId="77777777" w:rsidR="004453CD" w:rsidRPr="004453CD" w:rsidRDefault="004453CD" w:rsidP="004453CD">
            <w:pPr>
              <w:kinsoku w:val="0"/>
              <w:overflowPunct w:val="0"/>
              <w:autoSpaceDE w:val="0"/>
              <w:autoSpaceDN w:val="0"/>
              <w:rPr>
                <w:rFonts w:ascii="ＭＳ 明朝" w:eastAsiaTheme="minorEastAsia" w:hAnsi="ＭＳ 明朝"/>
                <w:sz w:val="24"/>
                <w:szCs w:val="24"/>
                <w:lang w:eastAsia="ja-JP"/>
              </w:rPr>
            </w:pPr>
          </w:p>
        </w:tc>
      </w:tr>
    </w:tbl>
    <w:p w14:paraId="30B5EA6E" w14:textId="77777777" w:rsidR="00465E6C" w:rsidRPr="00D44D54" w:rsidRDefault="00465E6C" w:rsidP="00465E6C">
      <w:pPr>
        <w:spacing w:after="40" w:line="252" w:lineRule="auto"/>
        <w:ind w:leftChars="100" w:left="610" w:hangingChars="200" w:hanging="400"/>
        <w:rPr>
          <w:rFonts w:ascii="ＭＳ 明朝" w:hAnsi="ＭＳ 明朝"/>
          <w:sz w:val="22"/>
          <w:lang w:eastAsia="ja-JP"/>
        </w:rPr>
      </w:pPr>
      <w:r w:rsidRPr="00D44D54">
        <w:rPr>
          <w:rFonts w:ascii="Yu Gothic" w:eastAsia="Yu Gothic" w:hAnsi="Yu Gothic" w:cs="Yu Gothic" w:hint="eastAsia"/>
          <w:sz w:val="20"/>
          <w:lang w:eastAsia="ja-JP"/>
        </w:rPr>
        <w:t>※</w:t>
      </w:r>
      <w:r w:rsidRPr="00D44D54">
        <w:rPr>
          <w:rFonts w:ascii="Yu Gothic" w:eastAsia="Yu Gothic" w:hAnsi="Yu Gothic" w:cs="Yu Gothic"/>
          <w:sz w:val="20"/>
          <w:lang w:eastAsia="ja-JP"/>
        </w:rPr>
        <w:t>２</w:t>
      </w:r>
      <w:r w:rsidRPr="00D44D54">
        <w:rPr>
          <w:rFonts w:ascii="Yu Gothic" w:eastAsia="Yu Gothic" w:hAnsi="Yu Gothic" w:cs="Yu Gothic" w:hint="eastAsia"/>
          <w:sz w:val="20"/>
          <w:lang w:eastAsia="ja-JP"/>
        </w:rPr>
        <w:t xml:space="preserve"> 医薬品安定供給支援補助金（医薬品卸業者に対する継続な安定供給支援事業）以外を検討している　場合には、以下に助成者、制度名、助成内容等を記載すること。</w:t>
      </w:r>
    </w:p>
    <w:p w14:paraId="4DEF5A92" w14:textId="77777777" w:rsidR="00465E6C" w:rsidRPr="00945779" w:rsidRDefault="00465E6C" w:rsidP="00465E6C">
      <w:pPr>
        <w:keepNext/>
        <w:spacing w:before="160" w:after="60" w:line="240" w:lineRule="auto"/>
        <w:ind w:leftChars="100" w:left="210"/>
        <w:rPr>
          <w:rFonts w:ascii="ＭＳ 明朝" w:hAnsi="ＭＳ 明朝" w:cs="ＭＳ 明朝"/>
          <w:sz w:val="24"/>
          <w:szCs w:val="24"/>
        </w:rPr>
      </w:pPr>
      <w:r w:rsidRPr="00945779">
        <w:rPr>
          <w:rFonts w:ascii="Yu Gothic" w:eastAsia="Yu Gothic" w:hAnsi="Yu Gothic" w:cs="Yu Gothic"/>
          <w:b/>
          <w:sz w:val="24"/>
          <w:szCs w:val="24"/>
        </w:rPr>
        <w:t>(</w:t>
      </w:r>
      <w:r w:rsidRPr="00945779">
        <w:rPr>
          <w:rFonts w:ascii="Yu Gothic" w:eastAsia="Yu Gothic" w:hAnsi="Yu Gothic" w:cs="Yu Gothic" w:hint="eastAsia"/>
          <w:b/>
          <w:sz w:val="24"/>
          <w:szCs w:val="24"/>
        </w:rPr>
        <w:t>２</w:t>
      </w:r>
      <w:r w:rsidRPr="00945779">
        <w:rPr>
          <w:rFonts w:ascii="Yu Gothic" w:eastAsia="Yu Gothic" w:hAnsi="Yu Gothic" w:cs="Yu Gothic"/>
          <w:b/>
          <w:sz w:val="24"/>
          <w:szCs w:val="24"/>
        </w:rPr>
        <w:t>)</w:t>
      </w:r>
      <w:proofErr w:type="spellStart"/>
      <w:r w:rsidRPr="00945779">
        <w:rPr>
          <w:rFonts w:ascii="Yu Gothic" w:eastAsia="Yu Gothic" w:hAnsi="Yu Gothic" w:cs="Yu Gothic" w:hint="eastAsia"/>
          <w:b/>
          <w:sz w:val="24"/>
          <w:szCs w:val="24"/>
        </w:rPr>
        <w:t>支出</w:t>
      </w:r>
      <w:proofErr w:type="spellEnd"/>
    </w:p>
    <w:p w14:paraId="7272805B" w14:textId="77777777" w:rsidR="00465E6C" w:rsidRPr="00416808" w:rsidRDefault="00465E6C" w:rsidP="00465E6C">
      <w:pPr>
        <w:spacing w:after="20" w:line="240" w:lineRule="auto"/>
        <w:ind w:right="540"/>
        <w:jc w:val="right"/>
        <w:rPr>
          <w:rFonts w:ascii="ＭＳ 明朝" w:hAnsi="ＭＳ 明朝" w:cs="ＭＳ 明朝"/>
          <w:sz w:val="22"/>
        </w:rPr>
      </w:pPr>
      <w:r w:rsidRPr="00416808">
        <w:rPr>
          <w:rFonts w:ascii="Yu Gothic" w:eastAsia="Yu Gothic" w:hAnsi="Yu Gothic" w:cs="Yu Gothic" w:hint="eastAsia"/>
          <w:sz w:val="20"/>
        </w:rPr>
        <w:t>（</w:t>
      </w:r>
      <w:proofErr w:type="spellStart"/>
      <w:r w:rsidRPr="00416808">
        <w:rPr>
          <w:rFonts w:ascii="Yu Gothic" w:eastAsia="Yu Gothic" w:hAnsi="Yu Gothic" w:cs="Yu Gothic" w:hint="eastAsia"/>
          <w:sz w:val="20"/>
        </w:rPr>
        <w:t>単位：円</w:t>
      </w:r>
      <w:proofErr w:type="spellEnd"/>
      <w:r w:rsidRPr="00416808">
        <w:rPr>
          <w:rFonts w:ascii="Yu Gothic" w:eastAsia="Yu Gothic" w:hAnsi="Yu Gothic" w:cs="Yu Gothic" w:hint="eastAsia"/>
          <w:sz w:val="20"/>
        </w:rPr>
        <w:t>）</w:t>
      </w:r>
    </w:p>
    <w:tbl>
      <w:tblPr>
        <w:tblStyle w:val="afe"/>
        <w:tblW w:w="8788" w:type="dxa"/>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CellMar>
          <w:left w:w="52" w:type="dxa"/>
          <w:right w:w="52" w:type="dxa"/>
        </w:tblCellMar>
        <w:tblLook w:val="0000" w:firstRow="0" w:lastRow="0" w:firstColumn="0" w:lastColumn="0" w:noHBand="0" w:noVBand="0"/>
      </w:tblPr>
      <w:tblGrid>
        <w:gridCol w:w="1271"/>
        <w:gridCol w:w="1670"/>
        <w:gridCol w:w="1878"/>
        <w:gridCol w:w="2020"/>
        <w:gridCol w:w="1949"/>
      </w:tblGrid>
      <w:tr w:rsidR="00945779" w:rsidRPr="00945779" w14:paraId="3CB0511E" w14:textId="77777777" w:rsidTr="00D44D54">
        <w:trPr>
          <w:cantSplit/>
          <w:trHeight w:val="279"/>
          <w:tblHeader/>
          <w:jc w:val="center"/>
        </w:trPr>
        <w:tc>
          <w:tcPr>
            <w:tcW w:w="1271" w:type="dxa"/>
            <w:vMerge w:val="restart"/>
            <w:tcBorders>
              <w:left w:val="single" w:sz="4" w:space="0" w:color="000000"/>
              <w:right w:val="single" w:sz="4" w:space="0" w:color="000000"/>
            </w:tcBorders>
            <w:shd w:val="clear" w:color="auto" w:fill="D9E1F2"/>
            <w:tcMar>
              <w:top w:w="70" w:type="dxa"/>
              <w:left w:w="90" w:type="dxa"/>
              <w:bottom w:w="70" w:type="dxa"/>
              <w:right w:w="90" w:type="dxa"/>
            </w:tcMar>
            <w:vAlign w:val="center"/>
          </w:tcPr>
          <w:p w14:paraId="2DB323C9" w14:textId="77777777" w:rsidR="00465E6C" w:rsidRPr="00416808" w:rsidRDefault="00465E6C" w:rsidP="002C48FE">
            <w:pPr>
              <w:ind w:left="193" w:hanging="193"/>
              <w:jc w:val="center"/>
              <w:rPr>
                <w:rFonts w:ascii="ＭＳ 明朝" w:hAnsi="ＭＳ 明朝" w:cs="ＭＳ 明朝"/>
                <w:sz w:val="20"/>
                <w:szCs w:val="24"/>
              </w:rPr>
            </w:pPr>
          </w:p>
        </w:tc>
        <w:tc>
          <w:tcPr>
            <w:tcW w:w="1670" w:type="dxa"/>
            <w:vMerge w:val="restart"/>
            <w:tcBorders>
              <w:top w:val="single" w:sz="4" w:space="0" w:color="000000"/>
              <w:left w:val="single" w:sz="4" w:space="0" w:color="000000"/>
              <w:right w:val="single" w:sz="4" w:space="0" w:color="000000"/>
            </w:tcBorders>
            <w:shd w:val="clear" w:color="auto" w:fill="D9E1F2"/>
            <w:tcMar>
              <w:top w:w="70" w:type="dxa"/>
              <w:left w:w="90" w:type="dxa"/>
              <w:bottom w:w="70" w:type="dxa"/>
              <w:right w:w="90" w:type="dxa"/>
            </w:tcMar>
            <w:vAlign w:val="center"/>
          </w:tcPr>
          <w:p w14:paraId="4C70B241" w14:textId="77777777" w:rsidR="00465E6C" w:rsidRPr="00416808" w:rsidRDefault="00465E6C" w:rsidP="002C48FE">
            <w:pPr>
              <w:ind w:left="193" w:hanging="193"/>
              <w:jc w:val="center"/>
              <w:rPr>
                <w:rFonts w:ascii="ＭＳ 明朝" w:hAnsi="ＭＳ 明朝" w:cs="ＭＳ 明朝"/>
                <w:sz w:val="20"/>
                <w:szCs w:val="24"/>
                <w:lang w:eastAsia="ja-JP"/>
              </w:rPr>
            </w:pPr>
            <w:r w:rsidRPr="00416808">
              <w:rPr>
                <w:rFonts w:ascii="Yu Gothic" w:eastAsia="Yu Gothic" w:hAnsi="Yu Gothic" w:cs="Yu Gothic" w:hint="eastAsia"/>
                <w:b/>
                <w:sz w:val="20"/>
                <w:szCs w:val="24"/>
                <w:lang w:eastAsia="ja-JP"/>
              </w:rPr>
              <w:t>補助事業に</w:t>
            </w:r>
          </w:p>
          <w:p w14:paraId="1A735875" w14:textId="77777777" w:rsidR="00465E6C" w:rsidRPr="00416808" w:rsidRDefault="00465E6C" w:rsidP="002C48FE">
            <w:pPr>
              <w:ind w:left="193" w:hanging="193"/>
              <w:jc w:val="center"/>
              <w:rPr>
                <w:rFonts w:ascii="ＭＳ 明朝" w:hAnsi="ＭＳ 明朝" w:cs="ＭＳ 明朝"/>
                <w:sz w:val="20"/>
                <w:szCs w:val="24"/>
                <w:lang w:eastAsia="ja-JP"/>
              </w:rPr>
            </w:pPr>
            <w:r w:rsidRPr="00416808">
              <w:rPr>
                <w:rFonts w:ascii="Yu Gothic" w:eastAsia="Yu Gothic" w:hAnsi="Yu Gothic" w:cs="Yu Gothic" w:hint="eastAsia"/>
                <w:b/>
                <w:sz w:val="20"/>
                <w:szCs w:val="24"/>
                <w:lang w:eastAsia="ja-JP"/>
              </w:rPr>
              <w:t>要する経費</w:t>
            </w:r>
          </w:p>
        </w:tc>
        <w:tc>
          <w:tcPr>
            <w:tcW w:w="1878" w:type="dxa"/>
            <w:vMerge w:val="restart"/>
            <w:tcBorders>
              <w:top w:val="single" w:sz="4" w:space="0" w:color="000000"/>
              <w:left w:val="single" w:sz="4" w:space="0" w:color="000000"/>
              <w:right w:val="single" w:sz="4" w:space="0" w:color="000000"/>
            </w:tcBorders>
            <w:shd w:val="clear" w:color="auto" w:fill="D9E1F2"/>
            <w:tcMar>
              <w:top w:w="70" w:type="dxa"/>
              <w:left w:w="90" w:type="dxa"/>
              <w:bottom w:w="70" w:type="dxa"/>
              <w:right w:w="90" w:type="dxa"/>
            </w:tcMar>
            <w:vAlign w:val="center"/>
          </w:tcPr>
          <w:p w14:paraId="5615491C" w14:textId="77777777" w:rsidR="00465E6C" w:rsidRPr="00416808" w:rsidRDefault="00465E6C" w:rsidP="002C48FE">
            <w:pPr>
              <w:ind w:left="193" w:hanging="193"/>
              <w:jc w:val="center"/>
              <w:rPr>
                <w:rFonts w:ascii="ＭＳ 明朝" w:hAnsi="ＭＳ 明朝" w:cs="ＭＳ 明朝"/>
                <w:sz w:val="20"/>
                <w:szCs w:val="24"/>
              </w:rPr>
            </w:pPr>
            <w:proofErr w:type="spellStart"/>
            <w:r w:rsidRPr="00416808">
              <w:rPr>
                <w:rFonts w:ascii="Yu Gothic" w:eastAsia="Yu Gothic" w:hAnsi="Yu Gothic" w:cs="Yu Gothic" w:hint="eastAsia"/>
                <w:b/>
                <w:sz w:val="20"/>
                <w:szCs w:val="24"/>
              </w:rPr>
              <w:t>補助対象経費</w:t>
            </w:r>
            <w:proofErr w:type="spellEnd"/>
          </w:p>
        </w:tc>
        <w:tc>
          <w:tcPr>
            <w:tcW w:w="3969" w:type="dxa"/>
            <w:gridSpan w:val="2"/>
            <w:tcBorders>
              <w:top w:val="single" w:sz="4" w:space="0" w:color="000000"/>
              <w:left w:val="single" w:sz="4" w:space="0" w:color="000000"/>
              <w:bottom w:val="nil"/>
              <w:right w:val="single" w:sz="4" w:space="0" w:color="000000"/>
            </w:tcBorders>
            <w:shd w:val="clear" w:color="auto" w:fill="D9E1F2"/>
            <w:tcMar>
              <w:top w:w="70" w:type="dxa"/>
              <w:left w:w="90" w:type="dxa"/>
              <w:bottom w:w="70" w:type="dxa"/>
              <w:right w:w="90" w:type="dxa"/>
            </w:tcMar>
            <w:vAlign w:val="center"/>
          </w:tcPr>
          <w:p w14:paraId="09A29164" w14:textId="77777777" w:rsidR="00465E6C" w:rsidRPr="00416808" w:rsidRDefault="00465E6C" w:rsidP="002C48FE">
            <w:pPr>
              <w:ind w:left="193" w:hanging="193"/>
              <w:jc w:val="center"/>
              <w:rPr>
                <w:rFonts w:ascii="ＭＳ 明朝" w:hAnsi="ＭＳ 明朝" w:cs="ＭＳ 明朝"/>
                <w:sz w:val="20"/>
                <w:szCs w:val="24"/>
              </w:rPr>
            </w:pPr>
            <w:proofErr w:type="spellStart"/>
            <w:r w:rsidRPr="00416808">
              <w:rPr>
                <w:rFonts w:ascii="Yu Gothic" w:eastAsia="Yu Gothic" w:hAnsi="Yu Gothic" w:cs="Yu Gothic" w:hint="eastAsia"/>
                <w:b/>
                <w:sz w:val="20"/>
                <w:szCs w:val="24"/>
              </w:rPr>
              <w:t>経費の負担区分</w:t>
            </w:r>
            <w:proofErr w:type="spellEnd"/>
          </w:p>
        </w:tc>
      </w:tr>
      <w:tr w:rsidR="00945779" w:rsidRPr="00945779" w14:paraId="42D74023" w14:textId="77777777" w:rsidTr="00D44D54">
        <w:trPr>
          <w:cantSplit/>
          <w:trHeight w:val="361"/>
          <w:jc w:val="center"/>
        </w:trPr>
        <w:tc>
          <w:tcPr>
            <w:tcW w:w="1271" w:type="dxa"/>
            <w:vMerge/>
            <w:tcBorders>
              <w:left w:val="single" w:sz="4" w:space="0" w:color="000000"/>
              <w:right w:val="single" w:sz="4" w:space="0" w:color="000000"/>
            </w:tcBorders>
            <w:vAlign w:val="center"/>
          </w:tcPr>
          <w:p w14:paraId="5324B0AF" w14:textId="77777777" w:rsidR="00465E6C" w:rsidRPr="00416808" w:rsidRDefault="00465E6C" w:rsidP="002C48FE">
            <w:pPr>
              <w:ind w:left="193" w:hanging="193"/>
              <w:rPr>
                <w:rFonts w:ascii="ＭＳ 明朝" w:hAnsi="ＭＳ 明朝" w:cs="ＭＳ 明朝"/>
                <w:sz w:val="20"/>
                <w:szCs w:val="24"/>
              </w:rPr>
            </w:pPr>
          </w:p>
        </w:tc>
        <w:tc>
          <w:tcPr>
            <w:tcW w:w="1670" w:type="dxa"/>
            <w:vMerge/>
            <w:tcBorders>
              <w:left w:val="single" w:sz="4" w:space="0" w:color="000000"/>
              <w:right w:val="single" w:sz="4" w:space="0" w:color="000000"/>
            </w:tcBorders>
            <w:vAlign w:val="center"/>
          </w:tcPr>
          <w:p w14:paraId="419AF9AC" w14:textId="77777777" w:rsidR="00465E6C" w:rsidRPr="00416808" w:rsidRDefault="00465E6C" w:rsidP="002C48FE">
            <w:pPr>
              <w:ind w:left="193" w:hanging="193"/>
              <w:rPr>
                <w:rFonts w:ascii="ＭＳ 明朝" w:hAnsi="ＭＳ 明朝" w:cs="ＭＳ 明朝"/>
                <w:sz w:val="20"/>
                <w:szCs w:val="24"/>
              </w:rPr>
            </w:pPr>
          </w:p>
        </w:tc>
        <w:tc>
          <w:tcPr>
            <w:tcW w:w="1878" w:type="dxa"/>
            <w:vMerge/>
            <w:tcBorders>
              <w:left w:val="single" w:sz="4" w:space="0" w:color="000000"/>
              <w:right w:val="single" w:sz="4" w:space="0" w:color="000000"/>
            </w:tcBorders>
            <w:vAlign w:val="center"/>
          </w:tcPr>
          <w:p w14:paraId="71691BFD" w14:textId="77777777" w:rsidR="00465E6C" w:rsidRPr="00416808" w:rsidRDefault="00465E6C" w:rsidP="002C48FE">
            <w:pPr>
              <w:ind w:left="193" w:hanging="193"/>
              <w:rPr>
                <w:rFonts w:ascii="ＭＳ 明朝" w:hAnsi="ＭＳ 明朝" w:cs="ＭＳ 明朝"/>
                <w:sz w:val="20"/>
                <w:szCs w:val="24"/>
              </w:rPr>
            </w:pPr>
          </w:p>
        </w:tc>
        <w:tc>
          <w:tcPr>
            <w:tcW w:w="2020" w:type="dxa"/>
            <w:tcBorders>
              <w:top w:val="single" w:sz="4" w:space="0" w:color="000000"/>
              <w:left w:val="single" w:sz="4" w:space="0" w:color="000000"/>
              <w:bottom w:val="single" w:sz="4" w:space="0" w:color="auto"/>
              <w:right w:val="single" w:sz="4" w:space="0" w:color="000000"/>
            </w:tcBorders>
            <w:shd w:val="clear" w:color="auto" w:fill="DBE5F1" w:themeFill="accent1" w:themeFillTint="33"/>
            <w:tcMar>
              <w:top w:w="70" w:type="dxa"/>
              <w:left w:w="90" w:type="dxa"/>
              <w:bottom w:w="70" w:type="dxa"/>
              <w:right w:w="90" w:type="dxa"/>
            </w:tcMar>
            <w:vAlign w:val="center"/>
          </w:tcPr>
          <w:p w14:paraId="6863B750" w14:textId="77777777" w:rsidR="00465E6C" w:rsidRPr="00416808" w:rsidRDefault="00465E6C" w:rsidP="002C48FE">
            <w:pPr>
              <w:ind w:left="189" w:hanging="189"/>
              <w:jc w:val="center"/>
              <w:rPr>
                <w:rFonts w:ascii="ＭＳ 明朝" w:hAnsi="ＭＳ 明朝" w:cs="ＭＳ 明朝"/>
                <w:b/>
                <w:bCs/>
                <w:spacing w:val="-4"/>
                <w:sz w:val="20"/>
                <w:szCs w:val="24"/>
              </w:rPr>
            </w:pPr>
            <w:proofErr w:type="spellStart"/>
            <w:r w:rsidRPr="00416808">
              <w:rPr>
                <w:rFonts w:ascii="Yu Gothic" w:eastAsia="Yu Gothic" w:hAnsi="Yu Gothic" w:cs="Yu Gothic" w:hint="eastAsia"/>
                <w:b/>
                <w:bCs/>
                <w:spacing w:val="-4"/>
                <w:sz w:val="20"/>
                <w:szCs w:val="24"/>
              </w:rPr>
              <w:t>補助事業者の負担額</w:t>
            </w:r>
            <w:proofErr w:type="spellEnd"/>
          </w:p>
        </w:tc>
        <w:tc>
          <w:tcPr>
            <w:tcW w:w="1949" w:type="dxa"/>
            <w:tcBorders>
              <w:top w:val="single" w:sz="4" w:space="0" w:color="000000"/>
              <w:left w:val="single" w:sz="4" w:space="0" w:color="000000"/>
              <w:bottom w:val="single" w:sz="4" w:space="0" w:color="auto"/>
              <w:right w:val="single" w:sz="4" w:space="0" w:color="000000"/>
            </w:tcBorders>
            <w:shd w:val="clear" w:color="auto" w:fill="DBE5F1" w:themeFill="accent1" w:themeFillTint="33"/>
            <w:tcMar>
              <w:top w:w="70" w:type="dxa"/>
              <w:left w:w="90" w:type="dxa"/>
              <w:bottom w:w="70" w:type="dxa"/>
              <w:right w:w="90" w:type="dxa"/>
            </w:tcMar>
            <w:vAlign w:val="center"/>
          </w:tcPr>
          <w:p w14:paraId="547C6263" w14:textId="77777777" w:rsidR="00465E6C" w:rsidRPr="00416808" w:rsidRDefault="00465E6C" w:rsidP="002C48FE">
            <w:pPr>
              <w:ind w:left="193" w:hanging="193"/>
              <w:jc w:val="center"/>
              <w:rPr>
                <w:rFonts w:ascii="ＭＳ 明朝" w:hAnsi="ＭＳ 明朝" w:cs="ＭＳ 明朝"/>
                <w:b/>
                <w:bCs/>
                <w:sz w:val="20"/>
                <w:szCs w:val="24"/>
              </w:rPr>
            </w:pPr>
            <w:proofErr w:type="spellStart"/>
            <w:r w:rsidRPr="00416808">
              <w:rPr>
                <w:rFonts w:ascii="Yu Gothic" w:eastAsia="Yu Gothic" w:hAnsi="Yu Gothic" w:cs="Yu Gothic" w:hint="eastAsia"/>
                <w:b/>
                <w:bCs/>
                <w:sz w:val="20"/>
                <w:szCs w:val="24"/>
              </w:rPr>
              <w:t>補助金交付申請額</w:t>
            </w:r>
            <w:proofErr w:type="spellEnd"/>
          </w:p>
        </w:tc>
      </w:tr>
      <w:tr w:rsidR="00945779" w:rsidRPr="00945779" w14:paraId="1961C971" w14:textId="77777777" w:rsidTr="00416808">
        <w:trPr>
          <w:cantSplit/>
          <w:trHeight w:val="430"/>
          <w:jc w:val="center"/>
        </w:trPr>
        <w:tc>
          <w:tcPr>
            <w:tcW w:w="1271" w:type="dxa"/>
            <w:tcBorders>
              <w:top w:val="single" w:sz="4" w:space="0" w:color="000000"/>
              <w:left w:val="single" w:sz="4" w:space="0" w:color="000000"/>
              <w:bottom w:val="nil"/>
              <w:right w:val="single" w:sz="4" w:space="0" w:color="000000"/>
            </w:tcBorders>
            <w:tcMar>
              <w:top w:w="70" w:type="dxa"/>
              <w:left w:w="90" w:type="dxa"/>
              <w:bottom w:w="70" w:type="dxa"/>
              <w:right w:w="90" w:type="dxa"/>
            </w:tcMar>
            <w:vAlign w:val="center"/>
          </w:tcPr>
          <w:p w14:paraId="56C46631" w14:textId="77777777" w:rsidR="00465E6C" w:rsidRPr="00416808" w:rsidRDefault="00465E6C" w:rsidP="002C48FE">
            <w:pPr>
              <w:jc w:val="distribute"/>
              <w:rPr>
                <w:rFonts w:ascii="ＭＳ 明朝" w:hAnsi="ＭＳ 明朝" w:cs="ＭＳ 明朝"/>
                <w:sz w:val="20"/>
                <w:szCs w:val="24"/>
              </w:rPr>
            </w:pPr>
            <w:proofErr w:type="spellStart"/>
            <w:r w:rsidRPr="00416808">
              <w:rPr>
                <w:rFonts w:ascii="Yu Gothic" w:eastAsia="Yu Gothic" w:hAnsi="Yu Gothic" w:cs="Yu Gothic" w:hint="eastAsia"/>
                <w:sz w:val="20"/>
                <w:szCs w:val="24"/>
              </w:rPr>
              <w:t>システム関係費</w:t>
            </w:r>
            <w:proofErr w:type="spellEnd"/>
          </w:p>
        </w:tc>
        <w:tc>
          <w:tcPr>
            <w:tcW w:w="1670" w:type="dxa"/>
            <w:tcBorders>
              <w:top w:val="single" w:sz="4" w:space="0" w:color="000000"/>
              <w:left w:val="single" w:sz="4" w:space="0" w:color="000000"/>
              <w:bottom w:val="nil"/>
              <w:right w:val="single" w:sz="4" w:space="0" w:color="000000"/>
            </w:tcBorders>
            <w:tcMar>
              <w:top w:w="70" w:type="dxa"/>
              <w:left w:w="90" w:type="dxa"/>
              <w:bottom w:w="70" w:type="dxa"/>
              <w:right w:w="90" w:type="dxa"/>
            </w:tcMar>
            <w:vAlign w:val="center"/>
          </w:tcPr>
          <w:p w14:paraId="479139B8" w14:textId="77777777" w:rsidR="00465E6C" w:rsidRPr="004453CD" w:rsidRDefault="00465E6C" w:rsidP="002C48FE">
            <w:pPr>
              <w:ind w:left="193" w:rightChars="50" w:right="105" w:hanging="193"/>
              <w:jc w:val="right"/>
              <w:rPr>
                <w:rFonts w:ascii="ＭＳ 明朝" w:hAnsi="ＭＳ 明朝" w:cs="ＭＳ 明朝"/>
                <w:szCs w:val="28"/>
              </w:rPr>
            </w:pPr>
          </w:p>
        </w:tc>
        <w:tc>
          <w:tcPr>
            <w:tcW w:w="1878" w:type="dxa"/>
            <w:tcBorders>
              <w:top w:val="single" w:sz="4" w:space="0" w:color="000000"/>
              <w:left w:val="single" w:sz="4" w:space="0" w:color="000000"/>
              <w:bottom w:val="nil"/>
              <w:right w:val="single" w:sz="4" w:space="0" w:color="000000"/>
            </w:tcBorders>
            <w:tcMar>
              <w:top w:w="70" w:type="dxa"/>
              <w:left w:w="90" w:type="dxa"/>
              <w:bottom w:w="70" w:type="dxa"/>
              <w:right w:w="90" w:type="dxa"/>
            </w:tcMar>
            <w:vAlign w:val="center"/>
          </w:tcPr>
          <w:p w14:paraId="29603278" w14:textId="77777777" w:rsidR="00465E6C" w:rsidRPr="004453CD" w:rsidRDefault="00465E6C" w:rsidP="002C48FE">
            <w:pPr>
              <w:ind w:left="193" w:rightChars="50" w:right="105" w:hanging="193"/>
              <w:jc w:val="right"/>
              <w:rPr>
                <w:rFonts w:ascii="ＭＳ 明朝" w:hAnsi="ＭＳ 明朝" w:cs="ＭＳ 明朝"/>
                <w:szCs w:val="28"/>
              </w:rPr>
            </w:pPr>
          </w:p>
        </w:tc>
        <w:tc>
          <w:tcPr>
            <w:tcW w:w="2020" w:type="dxa"/>
            <w:tcBorders>
              <w:top w:val="single" w:sz="4" w:space="0" w:color="auto"/>
              <w:left w:val="single" w:sz="4" w:space="0" w:color="000000"/>
              <w:bottom w:val="single" w:sz="4" w:space="0" w:color="000000"/>
              <w:right w:val="single" w:sz="4" w:space="0" w:color="000000"/>
              <w:tr2bl w:val="nil"/>
            </w:tcBorders>
            <w:tcMar>
              <w:top w:w="70" w:type="dxa"/>
              <w:left w:w="90" w:type="dxa"/>
              <w:bottom w:w="70" w:type="dxa"/>
              <w:right w:w="90" w:type="dxa"/>
            </w:tcMar>
            <w:vAlign w:val="center"/>
          </w:tcPr>
          <w:p w14:paraId="6A7CEB46" w14:textId="77777777" w:rsidR="00465E6C" w:rsidRPr="004453CD" w:rsidRDefault="00465E6C" w:rsidP="002C48FE">
            <w:pPr>
              <w:ind w:left="193" w:rightChars="50" w:right="105" w:hanging="193"/>
              <w:jc w:val="right"/>
              <w:rPr>
                <w:rFonts w:ascii="ＭＳ 明朝" w:hAnsi="ＭＳ 明朝" w:cs="ＭＳ 明朝"/>
                <w:szCs w:val="28"/>
              </w:rPr>
            </w:pPr>
          </w:p>
        </w:tc>
        <w:tc>
          <w:tcPr>
            <w:tcW w:w="1949" w:type="dxa"/>
            <w:tcBorders>
              <w:top w:val="single" w:sz="4" w:space="0" w:color="auto"/>
              <w:left w:val="single" w:sz="4" w:space="0" w:color="000000"/>
              <w:bottom w:val="single" w:sz="4" w:space="0" w:color="000000"/>
              <w:right w:val="single" w:sz="4" w:space="0" w:color="000000"/>
              <w:tr2bl w:val="nil"/>
            </w:tcBorders>
            <w:tcMar>
              <w:top w:w="70" w:type="dxa"/>
              <w:left w:w="90" w:type="dxa"/>
              <w:bottom w:w="70" w:type="dxa"/>
              <w:right w:w="90" w:type="dxa"/>
            </w:tcMar>
            <w:vAlign w:val="center"/>
          </w:tcPr>
          <w:p w14:paraId="555AD9C9" w14:textId="77777777" w:rsidR="00465E6C" w:rsidRPr="004453CD" w:rsidRDefault="00465E6C" w:rsidP="002C48FE">
            <w:pPr>
              <w:ind w:left="193" w:rightChars="50" w:right="105" w:hanging="193"/>
              <w:jc w:val="right"/>
              <w:rPr>
                <w:rFonts w:ascii="ＭＳ 明朝" w:hAnsi="ＭＳ 明朝" w:cs="ＭＳ 明朝"/>
                <w:szCs w:val="28"/>
              </w:rPr>
            </w:pPr>
          </w:p>
        </w:tc>
      </w:tr>
      <w:tr w:rsidR="00945779" w:rsidRPr="00945779" w14:paraId="716FE373" w14:textId="77777777" w:rsidTr="00416808">
        <w:trPr>
          <w:cantSplit/>
          <w:trHeight w:val="430"/>
          <w:jc w:val="center"/>
        </w:trPr>
        <w:tc>
          <w:tcPr>
            <w:tcW w:w="1271" w:type="dxa"/>
            <w:tcBorders>
              <w:top w:val="single" w:sz="4" w:space="0" w:color="000000"/>
              <w:left w:val="single" w:sz="4" w:space="0" w:color="000000"/>
              <w:bottom w:val="nil"/>
              <w:right w:val="single" w:sz="4" w:space="0" w:color="000000"/>
            </w:tcBorders>
            <w:tcMar>
              <w:top w:w="70" w:type="dxa"/>
              <w:left w:w="90" w:type="dxa"/>
              <w:bottom w:w="70" w:type="dxa"/>
              <w:right w:w="90" w:type="dxa"/>
            </w:tcMar>
            <w:vAlign w:val="center"/>
          </w:tcPr>
          <w:p w14:paraId="5779AA39" w14:textId="77777777" w:rsidR="00465E6C" w:rsidRPr="00416808" w:rsidRDefault="00465E6C" w:rsidP="002C48FE">
            <w:pPr>
              <w:jc w:val="distribute"/>
              <w:rPr>
                <w:rFonts w:ascii="ＭＳ 明朝" w:hAnsi="ＭＳ 明朝" w:cs="ＭＳ 明朝"/>
                <w:sz w:val="20"/>
                <w:szCs w:val="24"/>
              </w:rPr>
            </w:pPr>
            <w:proofErr w:type="spellStart"/>
            <w:r w:rsidRPr="00416808">
              <w:rPr>
                <w:rFonts w:ascii="Yu Gothic" w:eastAsia="Yu Gothic" w:hAnsi="Yu Gothic" w:cs="Yu Gothic" w:hint="eastAsia"/>
                <w:sz w:val="20"/>
                <w:szCs w:val="24"/>
              </w:rPr>
              <w:t>設備費</w:t>
            </w:r>
            <w:proofErr w:type="spellEnd"/>
          </w:p>
        </w:tc>
        <w:tc>
          <w:tcPr>
            <w:tcW w:w="1670" w:type="dxa"/>
            <w:tcBorders>
              <w:top w:val="single" w:sz="4" w:space="0" w:color="000000"/>
              <w:left w:val="single" w:sz="4" w:space="0" w:color="000000"/>
              <w:bottom w:val="nil"/>
              <w:right w:val="single" w:sz="4" w:space="0" w:color="000000"/>
            </w:tcBorders>
            <w:tcMar>
              <w:top w:w="70" w:type="dxa"/>
              <w:left w:w="90" w:type="dxa"/>
              <w:bottom w:w="70" w:type="dxa"/>
              <w:right w:w="90" w:type="dxa"/>
            </w:tcMar>
            <w:vAlign w:val="center"/>
          </w:tcPr>
          <w:p w14:paraId="7184330E" w14:textId="77777777" w:rsidR="00465E6C" w:rsidRPr="004453CD" w:rsidRDefault="00465E6C" w:rsidP="002C48FE">
            <w:pPr>
              <w:ind w:left="193" w:rightChars="50" w:right="105" w:hanging="193"/>
              <w:jc w:val="right"/>
              <w:rPr>
                <w:rFonts w:ascii="ＭＳ 明朝" w:hAnsi="ＭＳ 明朝" w:cs="ＭＳ 明朝"/>
                <w:szCs w:val="28"/>
              </w:rPr>
            </w:pPr>
          </w:p>
        </w:tc>
        <w:tc>
          <w:tcPr>
            <w:tcW w:w="1878" w:type="dxa"/>
            <w:tcBorders>
              <w:top w:val="single" w:sz="4" w:space="0" w:color="000000"/>
              <w:left w:val="single" w:sz="4" w:space="0" w:color="000000"/>
              <w:bottom w:val="nil"/>
              <w:right w:val="single" w:sz="4" w:space="0" w:color="000000"/>
            </w:tcBorders>
            <w:tcMar>
              <w:top w:w="70" w:type="dxa"/>
              <w:left w:w="90" w:type="dxa"/>
              <w:bottom w:w="70" w:type="dxa"/>
              <w:right w:w="90" w:type="dxa"/>
            </w:tcMar>
            <w:vAlign w:val="center"/>
          </w:tcPr>
          <w:p w14:paraId="77A7A4EE" w14:textId="77777777" w:rsidR="00465E6C" w:rsidRPr="004453CD" w:rsidRDefault="00465E6C" w:rsidP="002C48FE">
            <w:pPr>
              <w:ind w:left="193" w:rightChars="50" w:right="105" w:hanging="193"/>
              <w:jc w:val="right"/>
              <w:rPr>
                <w:rFonts w:ascii="ＭＳ 明朝" w:hAnsi="ＭＳ 明朝" w:cs="ＭＳ 明朝"/>
                <w:szCs w:val="28"/>
              </w:rPr>
            </w:pPr>
          </w:p>
        </w:tc>
        <w:tc>
          <w:tcPr>
            <w:tcW w:w="2020" w:type="dxa"/>
            <w:tcBorders>
              <w:top w:val="single" w:sz="4" w:space="0" w:color="000000"/>
              <w:left w:val="single" w:sz="4" w:space="0" w:color="000000"/>
              <w:bottom w:val="single" w:sz="4" w:space="0" w:color="000000"/>
              <w:right w:val="single" w:sz="4" w:space="0" w:color="000000"/>
              <w:tr2bl w:val="nil"/>
            </w:tcBorders>
            <w:tcMar>
              <w:top w:w="70" w:type="dxa"/>
              <w:left w:w="90" w:type="dxa"/>
              <w:bottom w:w="70" w:type="dxa"/>
              <w:right w:w="90" w:type="dxa"/>
            </w:tcMar>
            <w:vAlign w:val="center"/>
          </w:tcPr>
          <w:p w14:paraId="756F409C" w14:textId="77777777" w:rsidR="00465E6C" w:rsidRPr="004453CD" w:rsidRDefault="00465E6C" w:rsidP="002C48FE">
            <w:pPr>
              <w:ind w:left="193" w:rightChars="50" w:right="105" w:hanging="193"/>
              <w:jc w:val="right"/>
              <w:rPr>
                <w:rFonts w:ascii="ＭＳ 明朝" w:hAnsi="ＭＳ 明朝" w:cs="ＭＳ 明朝"/>
                <w:szCs w:val="28"/>
              </w:rPr>
            </w:pPr>
          </w:p>
        </w:tc>
        <w:tc>
          <w:tcPr>
            <w:tcW w:w="1949" w:type="dxa"/>
            <w:tcBorders>
              <w:top w:val="single" w:sz="4" w:space="0" w:color="000000"/>
              <w:left w:val="single" w:sz="4" w:space="0" w:color="000000"/>
              <w:bottom w:val="single" w:sz="4" w:space="0" w:color="000000"/>
              <w:right w:val="single" w:sz="4" w:space="0" w:color="000000"/>
              <w:tr2bl w:val="nil"/>
            </w:tcBorders>
            <w:tcMar>
              <w:top w:w="70" w:type="dxa"/>
              <w:left w:w="90" w:type="dxa"/>
              <w:bottom w:w="70" w:type="dxa"/>
              <w:right w:w="90" w:type="dxa"/>
            </w:tcMar>
            <w:vAlign w:val="center"/>
          </w:tcPr>
          <w:p w14:paraId="480E8E24" w14:textId="77777777" w:rsidR="00465E6C" w:rsidRPr="004453CD" w:rsidRDefault="00465E6C" w:rsidP="002C48FE">
            <w:pPr>
              <w:ind w:left="193" w:rightChars="50" w:right="105" w:hanging="193"/>
              <w:jc w:val="right"/>
              <w:rPr>
                <w:rFonts w:ascii="ＭＳ 明朝" w:hAnsi="ＭＳ 明朝" w:cs="ＭＳ 明朝"/>
                <w:szCs w:val="28"/>
              </w:rPr>
            </w:pPr>
          </w:p>
        </w:tc>
      </w:tr>
      <w:tr w:rsidR="00945779" w:rsidRPr="00945779" w14:paraId="3623FB20" w14:textId="77777777" w:rsidTr="00416808">
        <w:trPr>
          <w:cantSplit/>
          <w:trHeight w:val="430"/>
          <w:jc w:val="center"/>
        </w:trPr>
        <w:tc>
          <w:tcPr>
            <w:tcW w:w="1271" w:type="dxa"/>
            <w:tcBorders>
              <w:top w:val="single" w:sz="4" w:space="0" w:color="000000"/>
              <w:left w:val="single" w:sz="4" w:space="0" w:color="000000"/>
              <w:bottom w:val="double" w:sz="4" w:space="0" w:color="000000"/>
              <w:right w:val="single" w:sz="4" w:space="0" w:color="000000"/>
            </w:tcBorders>
            <w:tcMar>
              <w:top w:w="70" w:type="dxa"/>
              <w:left w:w="90" w:type="dxa"/>
              <w:bottom w:w="70" w:type="dxa"/>
              <w:right w:w="90" w:type="dxa"/>
            </w:tcMar>
            <w:vAlign w:val="center"/>
          </w:tcPr>
          <w:p w14:paraId="6C75B3F4" w14:textId="77777777" w:rsidR="00465E6C" w:rsidRPr="00416808" w:rsidRDefault="00465E6C" w:rsidP="002C48FE">
            <w:pPr>
              <w:jc w:val="distribute"/>
              <w:rPr>
                <w:rFonts w:ascii="ＭＳ 明朝" w:hAnsi="ＭＳ 明朝" w:cs="ＭＳ 明朝"/>
                <w:sz w:val="20"/>
                <w:szCs w:val="24"/>
              </w:rPr>
            </w:pPr>
            <w:r w:rsidRPr="00416808">
              <w:rPr>
                <w:rFonts w:ascii="Yu Gothic" w:eastAsia="Yu Gothic" w:hAnsi="Yu Gothic" w:cs="Yu Gothic" w:hint="eastAsia"/>
                <w:sz w:val="20"/>
                <w:szCs w:val="24"/>
              </w:rPr>
              <w:t>そ　の　他</w:t>
            </w:r>
          </w:p>
        </w:tc>
        <w:tc>
          <w:tcPr>
            <w:tcW w:w="1670" w:type="dxa"/>
            <w:tcBorders>
              <w:top w:val="single" w:sz="4" w:space="0" w:color="000000"/>
              <w:left w:val="single" w:sz="4" w:space="0" w:color="000000"/>
              <w:bottom w:val="double" w:sz="4" w:space="0" w:color="000000"/>
              <w:right w:val="single" w:sz="4" w:space="0" w:color="000000"/>
            </w:tcBorders>
            <w:tcMar>
              <w:top w:w="70" w:type="dxa"/>
              <w:left w:w="90" w:type="dxa"/>
              <w:bottom w:w="70" w:type="dxa"/>
              <w:right w:w="90" w:type="dxa"/>
            </w:tcMar>
            <w:vAlign w:val="center"/>
          </w:tcPr>
          <w:p w14:paraId="7A85772C" w14:textId="77777777" w:rsidR="00465E6C" w:rsidRPr="004453CD" w:rsidRDefault="00465E6C" w:rsidP="002C48FE">
            <w:pPr>
              <w:ind w:left="193" w:rightChars="50" w:right="105" w:hanging="193"/>
              <w:jc w:val="right"/>
              <w:rPr>
                <w:rFonts w:ascii="ＭＳ 明朝" w:hAnsi="ＭＳ 明朝" w:cs="ＭＳ 明朝"/>
                <w:szCs w:val="28"/>
              </w:rPr>
            </w:pPr>
          </w:p>
        </w:tc>
        <w:tc>
          <w:tcPr>
            <w:tcW w:w="1878" w:type="dxa"/>
            <w:tcBorders>
              <w:top w:val="single" w:sz="4" w:space="0" w:color="000000"/>
              <w:left w:val="single" w:sz="4" w:space="0" w:color="000000"/>
              <w:bottom w:val="double" w:sz="4" w:space="0" w:color="000000"/>
              <w:right w:val="single" w:sz="4" w:space="0" w:color="000000"/>
              <w:tr2bl w:val="single" w:sz="4" w:space="0" w:color="auto"/>
            </w:tcBorders>
            <w:tcMar>
              <w:top w:w="70" w:type="dxa"/>
              <w:left w:w="90" w:type="dxa"/>
              <w:bottom w:w="70" w:type="dxa"/>
              <w:right w:w="90" w:type="dxa"/>
            </w:tcMar>
            <w:vAlign w:val="center"/>
          </w:tcPr>
          <w:p w14:paraId="6D39C399" w14:textId="77777777" w:rsidR="00465E6C" w:rsidRPr="004453CD" w:rsidRDefault="00465E6C" w:rsidP="002C48FE">
            <w:pPr>
              <w:ind w:left="193" w:rightChars="50" w:right="105" w:hanging="193"/>
              <w:jc w:val="right"/>
              <w:rPr>
                <w:rFonts w:ascii="ＭＳ 明朝" w:hAnsi="ＭＳ 明朝" w:cs="ＭＳ 明朝"/>
                <w:szCs w:val="28"/>
              </w:rPr>
            </w:pPr>
          </w:p>
        </w:tc>
        <w:tc>
          <w:tcPr>
            <w:tcW w:w="2020" w:type="dxa"/>
            <w:tcBorders>
              <w:top w:val="single" w:sz="4" w:space="0" w:color="000000"/>
              <w:left w:val="single" w:sz="4" w:space="0" w:color="000000"/>
              <w:bottom w:val="double" w:sz="4" w:space="0" w:color="000000"/>
              <w:right w:val="single" w:sz="4" w:space="0" w:color="000000"/>
              <w:tr2bl w:val="nil"/>
            </w:tcBorders>
            <w:tcMar>
              <w:top w:w="70" w:type="dxa"/>
              <w:left w:w="90" w:type="dxa"/>
              <w:bottom w:w="70" w:type="dxa"/>
              <w:right w:w="90" w:type="dxa"/>
            </w:tcMar>
            <w:vAlign w:val="center"/>
          </w:tcPr>
          <w:p w14:paraId="5C11C515" w14:textId="77777777" w:rsidR="00465E6C" w:rsidRPr="004453CD" w:rsidRDefault="00465E6C" w:rsidP="002C48FE">
            <w:pPr>
              <w:ind w:left="193" w:rightChars="50" w:right="105" w:hanging="193"/>
              <w:jc w:val="right"/>
              <w:rPr>
                <w:rFonts w:ascii="ＭＳ 明朝" w:hAnsi="ＭＳ 明朝" w:cs="ＭＳ 明朝"/>
                <w:szCs w:val="28"/>
              </w:rPr>
            </w:pPr>
          </w:p>
        </w:tc>
        <w:tc>
          <w:tcPr>
            <w:tcW w:w="1949" w:type="dxa"/>
            <w:tcBorders>
              <w:top w:val="single" w:sz="4" w:space="0" w:color="000000"/>
              <w:left w:val="single" w:sz="4" w:space="0" w:color="000000"/>
              <w:bottom w:val="double" w:sz="4" w:space="0" w:color="000000"/>
              <w:right w:val="single" w:sz="4" w:space="0" w:color="000000"/>
              <w:tr2bl w:val="single" w:sz="4" w:space="0" w:color="auto"/>
            </w:tcBorders>
            <w:tcMar>
              <w:top w:w="70" w:type="dxa"/>
              <w:left w:w="90" w:type="dxa"/>
              <w:bottom w:w="70" w:type="dxa"/>
              <w:right w:w="90" w:type="dxa"/>
            </w:tcMar>
            <w:vAlign w:val="center"/>
          </w:tcPr>
          <w:p w14:paraId="30C2A440" w14:textId="77777777" w:rsidR="00465E6C" w:rsidRPr="004453CD" w:rsidRDefault="00465E6C" w:rsidP="002C48FE">
            <w:pPr>
              <w:ind w:left="193" w:rightChars="50" w:right="105" w:hanging="193"/>
              <w:jc w:val="right"/>
              <w:rPr>
                <w:rFonts w:ascii="ＭＳ 明朝" w:hAnsi="ＭＳ 明朝" w:cs="ＭＳ 明朝"/>
                <w:szCs w:val="28"/>
              </w:rPr>
            </w:pPr>
          </w:p>
        </w:tc>
      </w:tr>
      <w:tr w:rsidR="00945779" w:rsidRPr="00945779" w14:paraId="40A562F3" w14:textId="77777777" w:rsidTr="00416808">
        <w:trPr>
          <w:cantSplit/>
          <w:trHeight w:val="430"/>
          <w:jc w:val="center"/>
        </w:trPr>
        <w:tc>
          <w:tcPr>
            <w:tcW w:w="1271" w:type="dxa"/>
            <w:tcBorders>
              <w:top w:val="doub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D65C63B" w14:textId="77777777" w:rsidR="00465E6C" w:rsidRPr="00416808" w:rsidRDefault="00465E6C" w:rsidP="002C48FE">
            <w:pPr>
              <w:jc w:val="distribute"/>
              <w:rPr>
                <w:rFonts w:ascii="ＭＳ 明朝" w:hAnsi="ＭＳ 明朝" w:cs="ＭＳ 明朝"/>
                <w:sz w:val="20"/>
                <w:szCs w:val="24"/>
              </w:rPr>
            </w:pPr>
            <w:proofErr w:type="spellStart"/>
            <w:r w:rsidRPr="00416808">
              <w:rPr>
                <w:rFonts w:ascii="Yu Gothic" w:eastAsia="Yu Gothic" w:hAnsi="Yu Gothic" w:cs="Yu Gothic" w:hint="eastAsia"/>
                <w:sz w:val="20"/>
                <w:szCs w:val="24"/>
              </w:rPr>
              <w:t>合計</w:t>
            </w:r>
            <w:proofErr w:type="spellEnd"/>
          </w:p>
        </w:tc>
        <w:tc>
          <w:tcPr>
            <w:tcW w:w="1670" w:type="dxa"/>
            <w:tcBorders>
              <w:top w:val="doub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4728379" w14:textId="77777777" w:rsidR="00465E6C" w:rsidRPr="004453CD" w:rsidRDefault="00465E6C" w:rsidP="002C48FE">
            <w:pPr>
              <w:ind w:left="193" w:rightChars="50" w:right="105" w:hanging="193"/>
              <w:jc w:val="right"/>
              <w:rPr>
                <w:rFonts w:ascii="ＭＳ 明朝" w:hAnsi="ＭＳ 明朝" w:cs="ＭＳ 明朝"/>
                <w:szCs w:val="28"/>
              </w:rPr>
            </w:pPr>
          </w:p>
        </w:tc>
        <w:tc>
          <w:tcPr>
            <w:tcW w:w="1878" w:type="dxa"/>
            <w:tcBorders>
              <w:top w:val="doub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82AA216" w14:textId="77777777" w:rsidR="00465E6C" w:rsidRPr="004453CD" w:rsidRDefault="00465E6C" w:rsidP="002C48FE">
            <w:pPr>
              <w:ind w:left="193" w:rightChars="50" w:right="105" w:hanging="193"/>
              <w:jc w:val="right"/>
              <w:rPr>
                <w:rFonts w:ascii="ＭＳ 明朝" w:hAnsi="ＭＳ 明朝" w:cs="ＭＳ 明朝"/>
                <w:szCs w:val="28"/>
              </w:rPr>
            </w:pPr>
          </w:p>
        </w:tc>
        <w:tc>
          <w:tcPr>
            <w:tcW w:w="2020" w:type="dxa"/>
            <w:tcBorders>
              <w:top w:val="doub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698D366" w14:textId="77777777" w:rsidR="00465E6C" w:rsidRPr="004453CD" w:rsidRDefault="00465E6C" w:rsidP="002C48FE">
            <w:pPr>
              <w:ind w:left="193" w:rightChars="50" w:right="105" w:hanging="193"/>
              <w:jc w:val="right"/>
              <w:rPr>
                <w:rFonts w:ascii="ＭＳ 明朝" w:hAnsi="ＭＳ 明朝" w:cs="ＭＳ 明朝"/>
                <w:szCs w:val="28"/>
              </w:rPr>
            </w:pPr>
          </w:p>
        </w:tc>
        <w:tc>
          <w:tcPr>
            <w:tcW w:w="1949" w:type="dxa"/>
            <w:tcBorders>
              <w:top w:val="doub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FF2CCBE" w14:textId="77777777" w:rsidR="00465E6C" w:rsidRPr="004453CD" w:rsidRDefault="00465E6C" w:rsidP="002C48FE">
            <w:pPr>
              <w:ind w:left="193" w:rightChars="50" w:right="105" w:hanging="193"/>
              <w:jc w:val="right"/>
              <w:rPr>
                <w:rFonts w:ascii="ＭＳ 明朝" w:hAnsi="ＭＳ 明朝" w:cs="ＭＳ 明朝"/>
                <w:szCs w:val="28"/>
              </w:rPr>
            </w:pPr>
          </w:p>
        </w:tc>
      </w:tr>
    </w:tbl>
    <w:p w14:paraId="23D1DA86" w14:textId="77777777" w:rsidR="00465E6C" w:rsidRPr="00416808" w:rsidRDefault="00465E6C" w:rsidP="00465E6C">
      <w:pPr>
        <w:spacing w:after="40" w:line="252" w:lineRule="auto"/>
        <w:ind w:firstLineChars="100" w:firstLine="200"/>
        <w:rPr>
          <w:sz w:val="22"/>
          <w:szCs w:val="24"/>
          <w:lang w:eastAsia="ja-JP"/>
        </w:rPr>
      </w:pPr>
      <w:r w:rsidRPr="00416808">
        <w:rPr>
          <w:rFonts w:ascii="Yu Gothic" w:eastAsia="Yu Gothic" w:hAnsi="Yu Gothic" w:cs="Yu Gothic" w:hint="eastAsia"/>
          <w:sz w:val="20"/>
          <w:szCs w:val="28"/>
          <w:lang w:eastAsia="ja-JP"/>
        </w:rPr>
        <w:t>※　補助対象経費は、公募要領に定める実施期間内に契約、履行及び支払が完了するものに限る。</w:t>
      </w:r>
    </w:p>
    <w:p w14:paraId="44B8FCC7" w14:textId="77777777" w:rsidR="00465E6C" w:rsidRPr="00945779" w:rsidRDefault="00465E6C" w:rsidP="00465E6C">
      <w:pPr>
        <w:keepNext/>
        <w:spacing w:before="160" w:after="60" w:line="240" w:lineRule="auto"/>
        <w:ind w:left="480" w:hangingChars="200" w:hanging="480"/>
        <w:rPr>
          <w:rFonts w:ascii="ＭＳ 明朝" w:hAnsi="ＭＳ 明朝" w:cs="ＭＳ 明朝"/>
          <w:sz w:val="24"/>
          <w:szCs w:val="24"/>
          <w:lang w:eastAsia="ja-JP"/>
        </w:rPr>
      </w:pPr>
      <w:r w:rsidRPr="00945779">
        <w:rPr>
          <w:rFonts w:ascii="Yu Gothic" w:eastAsia="Yu Gothic" w:hAnsi="Yu Gothic" w:cs="Yu Gothic" w:hint="eastAsia"/>
          <w:b/>
          <w:sz w:val="24"/>
          <w:szCs w:val="24"/>
          <w:lang w:eastAsia="ja-JP"/>
        </w:rPr>
        <w:lastRenderedPageBreak/>
        <w:t>（３）投資計画</w:t>
      </w:r>
      <w:r w:rsidRPr="00945779">
        <w:rPr>
          <w:rFonts w:ascii="Yu Gothic" w:eastAsia="Yu Gothic" w:hAnsi="Yu Gothic" w:cs="Yu Gothic" w:hint="eastAsia"/>
          <w:b/>
          <w:sz w:val="24"/>
          <w:szCs w:val="24"/>
          <w:u w:val="wave"/>
          <w:lang w:eastAsia="ja-JP"/>
        </w:rPr>
        <w:t>（共同申請の場合は申請者ごとに記入。ただし費用負担のない共同申請者は、表を省略することができる。以下同じ。）</w:t>
      </w:r>
    </w:p>
    <w:p w14:paraId="07C63DAE" w14:textId="77777777" w:rsidR="00465E6C" w:rsidRPr="00945779" w:rsidRDefault="00465E6C" w:rsidP="00465E6C">
      <w:pPr>
        <w:spacing w:after="20" w:line="240" w:lineRule="auto"/>
        <w:ind w:leftChars="200" w:left="644" w:hanging="224"/>
        <w:rPr>
          <w:rFonts w:ascii="ＭＳ 明朝" w:hAnsi="ＭＳ 明朝" w:cs="ＭＳ 明朝"/>
          <w:szCs w:val="21"/>
          <w:lang w:eastAsia="ja-JP"/>
        </w:rPr>
      </w:pPr>
      <w:bookmarkStart w:id="4" w:name="_Toc65855933"/>
      <w:r w:rsidRPr="00945779">
        <w:rPr>
          <w:rFonts w:ascii="Yu Gothic" w:eastAsia="Yu Gothic" w:hAnsi="Yu Gothic" w:cs="Yu Gothic" w:hint="eastAsia"/>
          <w:sz w:val="19"/>
          <w:szCs w:val="24"/>
          <w:lang w:eastAsia="ja-JP"/>
        </w:rPr>
        <w:t>（共同申請の場合）事業者名</w:t>
      </w:r>
      <w:bookmarkEnd w:id="4"/>
      <w:r w:rsidRPr="00945779">
        <w:rPr>
          <w:rFonts w:ascii="Yu Gothic" w:eastAsia="Yu Gothic" w:hAnsi="Yu Gothic" w:cs="Yu Gothic" w:hint="eastAsia"/>
          <w:sz w:val="19"/>
          <w:szCs w:val="24"/>
          <w:lang w:eastAsia="ja-JP"/>
        </w:rPr>
        <w:t xml:space="preserve">　　　</w:t>
      </w:r>
    </w:p>
    <w:p w14:paraId="5B38F874" w14:textId="77777777" w:rsidR="00465E6C" w:rsidRPr="00945779" w:rsidRDefault="00465E6C" w:rsidP="00465E6C">
      <w:pPr>
        <w:spacing w:after="20" w:line="240" w:lineRule="auto"/>
        <w:jc w:val="center"/>
        <w:rPr>
          <w:rFonts w:ascii="ＭＳ 明朝" w:hAnsi="ＭＳ 明朝"/>
          <w:szCs w:val="21"/>
        </w:rPr>
      </w:pPr>
      <w:r w:rsidRPr="00945779">
        <w:rPr>
          <w:rFonts w:ascii="Yu Gothic" w:eastAsia="Yu Gothic" w:hAnsi="Yu Gothic" w:cs="Yu Gothic" w:hint="eastAsia"/>
          <w:sz w:val="18"/>
          <w:szCs w:val="21"/>
          <w:lang w:eastAsia="ja-JP"/>
        </w:rPr>
        <w:t xml:space="preserve">　　　　　　　　　　　　　　　　　　　　　　　　　　　　　　　　　　　　　　　　　　　　　</w:t>
      </w:r>
      <w:r w:rsidRPr="00945779">
        <w:rPr>
          <w:rFonts w:ascii="Yu Gothic" w:eastAsia="Yu Gothic" w:hAnsi="Yu Gothic" w:cs="Yu Gothic" w:hint="eastAsia"/>
          <w:sz w:val="18"/>
          <w:szCs w:val="21"/>
        </w:rPr>
        <w:t>（</w:t>
      </w:r>
      <w:proofErr w:type="spellStart"/>
      <w:r w:rsidRPr="00945779">
        <w:rPr>
          <w:rFonts w:ascii="Yu Gothic" w:eastAsia="Yu Gothic" w:hAnsi="Yu Gothic" w:cs="Yu Gothic" w:hint="eastAsia"/>
          <w:sz w:val="18"/>
          <w:szCs w:val="21"/>
        </w:rPr>
        <w:t>単位：円</w:t>
      </w:r>
      <w:proofErr w:type="spellEnd"/>
      <w:r w:rsidRPr="00945779">
        <w:rPr>
          <w:rFonts w:ascii="Yu Gothic" w:eastAsia="Yu Gothic" w:hAnsi="Yu Gothic" w:cs="Yu Gothic" w:hint="eastAsia"/>
          <w:sz w:val="18"/>
          <w:szCs w:val="21"/>
        </w:rPr>
        <w:t>）</w:t>
      </w:r>
    </w:p>
    <w:tbl>
      <w:tblPr>
        <w:tblStyle w:val="afe"/>
        <w:tblW w:w="9072" w:type="dxa"/>
        <w:jc w:val="center"/>
        <w:tblBorders>
          <w:top w:val="single" w:sz="6" w:space="0" w:color="7F8C8D"/>
          <w:left w:val="single" w:sz="6" w:space="0" w:color="7F8C8D"/>
          <w:bottom w:val="single" w:sz="6" w:space="0" w:color="7F8C8D"/>
          <w:right w:val="single" w:sz="6" w:space="0" w:color="7F8C8D"/>
          <w:insideH w:val="single" w:sz="6" w:space="0" w:color="7F8C8D"/>
          <w:insideV w:val="single" w:sz="6" w:space="0" w:color="7F8C8D"/>
        </w:tblBorders>
        <w:tblLook w:val="04A0" w:firstRow="1" w:lastRow="0" w:firstColumn="1" w:lastColumn="0" w:noHBand="0" w:noVBand="1"/>
      </w:tblPr>
      <w:tblGrid>
        <w:gridCol w:w="2835"/>
        <w:gridCol w:w="4395"/>
        <w:gridCol w:w="1842"/>
      </w:tblGrid>
      <w:tr w:rsidR="00945779" w:rsidRPr="00945779" w14:paraId="57C23B8F" w14:textId="77777777" w:rsidTr="002C48FE">
        <w:trPr>
          <w:cantSplit/>
          <w:trHeight w:val="395"/>
          <w:tblHeader/>
          <w:jc w:val="center"/>
        </w:trPr>
        <w:tc>
          <w:tcPr>
            <w:tcW w:w="2835" w:type="dxa"/>
            <w:tcBorders>
              <w:top w:val="single" w:sz="4" w:space="0" w:color="auto"/>
              <w:left w:val="single" w:sz="4" w:space="0" w:color="auto"/>
              <w:bottom w:val="single" w:sz="4" w:space="0" w:color="auto"/>
              <w:right w:val="single" w:sz="4" w:space="0" w:color="auto"/>
            </w:tcBorders>
            <w:shd w:val="clear" w:color="auto" w:fill="D9E1F2"/>
            <w:noWrap/>
            <w:tcMar>
              <w:top w:w="70" w:type="dxa"/>
              <w:left w:w="90" w:type="dxa"/>
              <w:bottom w:w="70" w:type="dxa"/>
              <w:right w:w="90" w:type="dxa"/>
            </w:tcMar>
            <w:vAlign w:val="center"/>
            <w:hideMark/>
          </w:tcPr>
          <w:p w14:paraId="33A0557B" w14:textId="77777777" w:rsidR="00465E6C" w:rsidRPr="00945779" w:rsidRDefault="00465E6C" w:rsidP="002C48FE">
            <w:pPr>
              <w:ind w:left="193" w:hanging="193"/>
              <w:jc w:val="center"/>
              <w:rPr>
                <w:rFonts w:ascii="ＭＳ 明朝" w:hAnsi="ＭＳ 明朝"/>
                <w:szCs w:val="21"/>
              </w:rPr>
            </w:pPr>
            <w:proofErr w:type="spellStart"/>
            <w:r w:rsidRPr="00945779">
              <w:rPr>
                <w:rFonts w:ascii="Yu Gothic" w:eastAsia="Yu Gothic" w:hAnsi="Yu Gothic" w:cs="Yu Gothic" w:hint="eastAsia"/>
                <w:b/>
                <w:sz w:val="17"/>
                <w:szCs w:val="21"/>
              </w:rPr>
              <w:t>項目</w:t>
            </w:r>
            <w:proofErr w:type="spellEnd"/>
          </w:p>
        </w:tc>
        <w:tc>
          <w:tcPr>
            <w:tcW w:w="4395" w:type="dxa"/>
            <w:tcBorders>
              <w:top w:val="single" w:sz="4" w:space="0" w:color="auto"/>
              <w:left w:val="single" w:sz="4" w:space="0" w:color="auto"/>
              <w:bottom w:val="single" w:sz="4" w:space="0" w:color="auto"/>
              <w:right w:val="single" w:sz="4" w:space="0" w:color="auto"/>
            </w:tcBorders>
            <w:shd w:val="clear" w:color="auto" w:fill="D9E1F2"/>
            <w:noWrap/>
            <w:tcMar>
              <w:top w:w="70" w:type="dxa"/>
              <w:left w:w="90" w:type="dxa"/>
              <w:bottom w:w="70" w:type="dxa"/>
              <w:right w:w="90" w:type="dxa"/>
            </w:tcMar>
            <w:vAlign w:val="center"/>
          </w:tcPr>
          <w:p w14:paraId="28FC1345" w14:textId="77777777" w:rsidR="00465E6C" w:rsidRPr="00945779" w:rsidRDefault="00465E6C" w:rsidP="002C48FE">
            <w:pPr>
              <w:ind w:left="193" w:hanging="193"/>
              <w:jc w:val="center"/>
              <w:rPr>
                <w:rFonts w:ascii="ＭＳ 明朝" w:hAnsi="ＭＳ 明朝"/>
                <w:szCs w:val="21"/>
              </w:rPr>
            </w:pPr>
            <w:proofErr w:type="spellStart"/>
            <w:r w:rsidRPr="00945779">
              <w:rPr>
                <w:rFonts w:ascii="Yu Gothic" w:eastAsia="Yu Gothic" w:hAnsi="Yu Gothic" w:cs="Yu Gothic" w:hint="eastAsia"/>
                <w:b/>
                <w:sz w:val="17"/>
                <w:szCs w:val="21"/>
              </w:rPr>
              <w:t>経費</w:t>
            </w:r>
            <w:proofErr w:type="spellEnd"/>
          </w:p>
        </w:tc>
        <w:tc>
          <w:tcPr>
            <w:tcW w:w="1842" w:type="dxa"/>
            <w:tcBorders>
              <w:top w:val="single" w:sz="4" w:space="0" w:color="auto"/>
              <w:left w:val="single" w:sz="4" w:space="0" w:color="auto"/>
              <w:bottom w:val="single" w:sz="4" w:space="0" w:color="auto"/>
              <w:right w:val="single" w:sz="4" w:space="0" w:color="auto"/>
            </w:tcBorders>
            <w:shd w:val="clear" w:color="auto" w:fill="D9E1F2"/>
            <w:noWrap/>
            <w:tcMar>
              <w:top w:w="70" w:type="dxa"/>
              <w:left w:w="90" w:type="dxa"/>
              <w:bottom w:w="70" w:type="dxa"/>
              <w:right w:w="90" w:type="dxa"/>
            </w:tcMar>
            <w:vAlign w:val="center"/>
            <w:hideMark/>
          </w:tcPr>
          <w:p w14:paraId="697C11C2" w14:textId="77777777" w:rsidR="00465E6C" w:rsidRPr="00945779" w:rsidRDefault="00465E6C" w:rsidP="002C48FE">
            <w:pPr>
              <w:ind w:left="193" w:hanging="193"/>
              <w:jc w:val="center"/>
              <w:rPr>
                <w:rFonts w:ascii="ＭＳ 明朝" w:hAnsi="ＭＳ 明朝"/>
                <w:szCs w:val="21"/>
              </w:rPr>
            </w:pPr>
            <w:proofErr w:type="spellStart"/>
            <w:r w:rsidRPr="00945779">
              <w:rPr>
                <w:rFonts w:ascii="Yu Gothic" w:eastAsia="Yu Gothic" w:hAnsi="Yu Gothic" w:cs="Yu Gothic" w:hint="eastAsia"/>
                <w:b/>
                <w:sz w:val="17"/>
                <w:szCs w:val="21"/>
              </w:rPr>
              <w:t>参考</w:t>
            </w:r>
            <w:proofErr w:type="spellEnd"/>
          </w:p>
        </w:tc>
      </w:tr>
      <w:tr w:rsidR="00945779" w:rsidRPr="00945779" w14:paraId="1DBB0876"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5173AEFF"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w:t>
            </w:r>
            <w:proofErr w:type="spellStart"/>
            <w:r w:rsidRPr="00945779">
              <w:rPr>
                <w:rFonts w:ascii="Yu Gothic" w:eastAsia="Yu Gothic" w:hAnsi="Yu Gothic" w:cs="Yu Gothic" w:hint="eastAsia"/>
                <w:sz w:val="17"/>
                <w:szCs w:val="21"/>
              </w:rPr>
              <w:t>補助対象分</w:t>
            </w:r>
            <w:proofErr w:type="spellEnd"/>
            <w:r w:rsidRPr="00945779">
              <w:rPr>
                <w:rFonts w:ascii="Yu Gothic" w:eastAsia="Yu Gothic" w:hAnsi="Yu Gothic" w:cs="Yu Gothic" w:hint="eastAsia"/>
                <w:sz w:val="17"/>
                <w:szCs w:val="21"/>
              </w:rPr>
              <w:t>】</w:t>
            </w:r>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5E0D4281"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3DBD2ED9"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r>
      <w:tr w:rsidR="00945779" w:rsidRPr="00945779" w14:paraId="7E7841F8"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2B40513D"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システム関係費</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5D7957BE"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1327F1E9"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r>
      <w:tr w:rsidR="00945779" w:rsidRPr="00945779" w14:paraId="257AC260"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6687CE7D" w14:textId="77777777" w:rsidR="00465E6C" w:rsidRPr="00945779" w:rsidRDefault="00465E6C" w:rsidP="002C48FE">
            <w:pPr>
              <w:ind w:left="193" w:hanging="193"/>
              <w:rPr>
                <w:rFonts w:ascii="ＭＳ 明朝" w:hAnsi="ＭＳ 明朝"/>
                <w:szCs w:val="21"/>
                <w:lang w:eastAsia="ja-JP"/>
              </w:rPr>
            </w:pPr>
            <w:r w:rsidRPr="00945779">
              <w:rPr>
                <w:rFonts w:ascii="Yu Gothic" w:eastAsia="Yu Gothic" w:hAnsi="Yu Gothic" w:cs="Yu Gothic" w:hint="eastAsia"/>
                <w:sz w:val="17"/>
                <w:szCs w:val="21"/>
                <w:lang w:eastAsia="ja-JP"/>
              </w:rPr>
              <w:t>例）●●システムの構築</w:t>
            </w:r>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030973F2" w14:textId="77777777" w:rsidR="00465E6C" w:rsidRPr="00945779" w:rsidRDefault="00465E6C" w:rsidP="002C48FE">
            <w:pPr>
              <w:ind w:left="193" w:hanging="193"/>
              <w:rPr>
                <w:rFonts w:ascii="ＭＳ 明朝" w:hAnsi="ＭＳ 明朝"/>
                <w:szCs w:val="21"/>
                <w:lang w:eastAsia="ja-JP"/>
              </w:rPr>
            </w:pP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1CB1B8EC"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見積書</w:t>
            </w:r>
            <w:proofErr w:type="spellEnd"/>
            <w:r w:rsidRPr="00945779">
              <w:rPr>
                <w:rFonts w:ascii="Yu Gothic" w:eastAsia="Yu Gothic" w:hAnsi="Yu Gothic" w:cs="Yu Gothic" w:hint="eastAsia"/>
                <w:sz w:val="17"/>
                <w:szCs w:val="21"/>
              </w:rPr>
              <w:t>①</w:t>
            </w:r>
          </w:p>
          <w:p w14:paraId="690FFD71"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Ｐ●●</w:t>
            </w:r>
          </w:p>
        </w:tc>
      </w:tr>
      <w:tr w:rsidR="00945779" w:rsidRPr="00945779" w14:paraId="1DB5FE65"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717FAD0C" w14:textId="77777777" w:rsidR="00465E6C" w:rsidRPr="00945779" w:rsidRDefault="00465E6C" w:rsidP="002C48FE">
            <w:pPr>
              <w:ind w:left="193" w:hanging="193"/>
              <w:rPr>
                <w:rFonts w:ascii="ＭＳ 明朝" w:hAnsi="ＭＳ 明朝"/>
                <w:szCs w:val="21"/>
                <w:lang w:eastAsia="ja-JP"/>
              </w:rPr>
            </w:pPr>
            <w:r w:rsidRPr="00945779">
              <w:rPr>
                <w:rFonts w:ascii="Yu Gothic" w:eastAsia="Yu Gothic" w:hAnsi="Yu Gothic" w:cs="Yu Gothic" w:hint="eastAsia"/>
                <w:sz w:val="17"/>
                <w:szCs w:val="21"/>
                <w:lang w:eastAsia="ja-JP"/>
              </w:rPr>
              <w:t>例）●●システムの改修</w:t>
            </w:r>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4A1E8CD6" w14:textId="77777777" w:rsidR="00465E6C" w:rsidRPr="00945779" w:rsidRDefault="00465E6C" w:rsidP="002C48FE">
            <w:pPr>
              <w:ind w:left="193" w:hanging="193"/>
              <w:rPr>
                <w:rFonts w:ascii="ＭＳ 明朝" w:hAnsi="ＭＳ 明朝"/>
                <w:szCs w:val="21"/>
                <w:lang w:eastAsia="ja-JP"/>
              </w:rPr>
            </w:pP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110DC1BD"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見積書</w:t>
            </w:r>
            <w:proofErr w:type="spellEnd"/>
            <w:r w:rsidRPr="00945779">
              <w:rPr>
                <w:rFonts w:ascii="Yu Gothic" w:eastAsia="Yu Gothic" w:hAnsi="Yu Gothic" w:cs="Yu Gothic" w:hint="eastAsia"/>
                <w:sz w:val="17"/>
                <w:szCs w:val="21"/>
              </w:rPr>
              <w:t>②</w:t>
            </w:r>
          </w:p>
          <w:p w14:paraId="57CE3AE3"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Ｐ●●</w:t>
            </w:r>
          </w:p>
        </w:tc>
      </w:tr>
      <w:tr w:rsidR="00945779" w:rsidRPr="00945779" w14:paraId="746B09BF"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69ED19B1"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設備費</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47FF938F" w14:textId="77777777" w:rsidR="00465E6C" w:rsidRPr="00945779" w:rsidRDefault="00465E6C" w:rsidP="002C48FE">
            <w:pPr>
              <w:ind w:left="193" w:hanging="193"/>
              <w:rPr>
                <w:rFonts w:ascii="ＭＳ 明朝" w:hAnsi="ＭＳ 明朝"/>
                <w:szCs w:val="21"/>
              </w:rPr>
            </w:pP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32CCC33F" w14:textId="77777777" w:rsidR="00465E6C" w:rsidRPr="00945779" w:rsidRDefault="00465E6C" w:rsidP="002C48FE">
            <w:pPr>
              <w:ind w:left="193" w:hanging="193"/>
              <w:rPr>
                <w:rFonts w:ascii="ＭＳ 明朝" w:hAnsi="ＭＳ 明朝"/>
                <w:szCs w:val="21"/>
              </w:rPr>
            </w:pPr>
          </w:p>
        </w:tc>
      </w:tr>
      <w:tr w:rsidR="00945779" w:rsidRPr="00945779" w14:paraId="7E7FC48A"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4961D7A0"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例）●●</w:t>
            </w:r>
            <w:proofErr w:type="spellStart"/>
            <w:r w:rsidRPr="00945779">
              <w:rPr>
                <w:rFonts w:ascii="Yu Gothic" w:eastAsia="Yu Gothic" w:hAnsi="Yu Gothic" w:cs="Yu Gothic" w:hint="eastAsia"/>
                <w:sz w:val="17"/>
                <w:szCs w:val="21"/>
              </w:rPr>
              <w:t>機器</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4999FD0D" w14:textId="77777777" w:rsidR="00465E6C" w:rsidRPr="00945779" w:rsidRDefault="00465E6C" w:rsidP="002C48FE">
            <w:pPr>
              <w:ind w:left="193" w:hanging="193"/>
              <w:rPr>
                <w:rFonts w:ascii="ＭＳ 明朝" w:hAnsi="ＭＳ 明朝"/>
                <w:szCs w:val="21"/>
              </w:rPr>
            </w:pP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338DB317"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見積書</w:t>
            </w:r>
            <w:proofErr w:type="spellEnd"/>
            <w:r w:rsidRPr="00945779">
              <w:rPr>
                <w:rFonts w:ascii="Yu Gothic" w:eastAsia="Yu Gothic" w:hAnsi="Yu Gothic" w:cs="Yu Gothic" w:hint="eastAsia"/>
                <w:sz w:val="17"/>
                <w:szCs w:val="21"/>
              </w:rPr>
              <w:t>③</w:t>
            </w:r>
          </w:p>
          <w:p w14:paraId="5E1C4B40"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Ｐ●●</w:t>
            </w:r>
          </w:p>
        </w:tc>
      </w:tr>
      <w:tr w:rsidR="00945779" w:rsidRPr="00945779" w14:paraId="7DDE87F5" w14:textId="77777777" w:rsidTr="002C48FE">
        <w:trPr>
          <w:cantSplit/>
          <w:trHeight w:val="559"/>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06A3F0BA"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例）●●</w:t>
            </w:r>
            <w:proofErr w:type="spellStart"/>
            <w:r w:rsidRPr="00945779">
              <w:rPr>
                <w:rFonts w:ascii="Yu Gothic" w:eastAsia="Yu Gothic" w:hAnsi="Yu Gothic" w:cs="Yu Gothic" w:hint="eastAsia"/>
                <w:sz w:val="17"/>
                <w:szCs w:val="21"/>
              </w:rPr>
              <w:t>機器</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5A56B628" w14:textId="77777777" w:rsidR="00465E6C" w:rsidRPr="00945779" w:rsidRDefault="00465E6C" w:rsidP="002C48FE">
            <w:pPr>
              <w:ind w:left="193" w:hanging="193"/>
              <w:rPr>
                <w:rFonts w:ascii="ＭＳ 明朝" w:hAnsi="ＭＳ 明朝"/>
                <w:szCs w:val="21"/>
              </w:rPr>
            </w:pP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4B970B46"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見積書</w:t>
            </w:r>
            <w:proofErr w:type="spellEnd"/>
            <w:r w:rsidRPr="00945779">
              <w:rPr>
                <w:rFonts w:ascii="Yu Gothic" w:eastAsia="Yu Gothic" w:hAnsi="Yu Gothic" w:cs="Yu Gothic" w:hint="eastAsia"/>
                <w:sz w:val="17"/>
                <w:szCs w:val="21"/>
              </w:rPr>
              <w:t>④</w:t>
            </w:r>
          </w:p>
          <w:p w14:paraId="7C986819"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Ｐ●●</w:t>
            </w:r>
          </w:p>
        </w:tc>
      </w:tr>
      <w:tr w:rsidR="00945779" w:rsidRPr="00945779" w14:paraId="7AFD1C81"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5D12AC07"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小計ａ</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305E6348"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301399B9"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r>
      <w:tr w:rsidR="00945779" w:rsidRPr="00945779" w14:paraId="0EDD45AC"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5B3B79F2"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w:t>
            </w:r>
            <w:proofErr w:type="spellStart"/>
            <w:r w:rsidRPr="00945779">
              <w:rPr>
                <w:rFonts w:ascii="Yu Gothic" w:eastAsia="Yu Gothic" w:hAnsi="Yu Gothic" w:cs="Yu Gothic" w:hint="eastAsia"/>
                <w:sz w:val="17"/>
                <w:szCs w:val="21"/>
              </w:rPr>
              <w:t>補助対象外分</w:t>
            </w:r>
            <w:proofErr w:type="spellEnd"/>
            <w:r w:rsidRPr="00945779">
              <w:rPr>
                <w:rFonts w:ascii="Yu Gothic" w:eastAsia="Yu Gothic" w:hAnsi="Yu Gothic" w:cs="Yu Gothic" w:hint="eastAsia"/>
                <w:sz w:val="17"/>
                <w:szCs w:val="21"/>
              </w:rPr>
              <w:t>】</w:t>
            </w:r>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13C22723"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1A64249C"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r>
      <w:tr w:rsidR="00945779" w:rsidRPr="00945779" w14:paraId="1954D71C"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59C69885"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システム関係費</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32D619A2"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5AA2243B"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r>
      <w:tr w:rsidR="00945779" w:rsidRPr="00945779" w14:paraId="6F30C0AA"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66CD0152" w14:textId="77777777" w:rsidR="00465E6C" w:rsidRPr="00945779" w:rsidRDefault="00465E6C" w:rsidP="002C48FE">
            <w:pPr>
              <w:ind w:left="193" w:hanging="193"/>
              <w:rPr>
                <w:rFonts w:ascii="ＭＳ 明朝" w:hAnsi="ＭＳ 明朝"/>
                <w:szCs w:val="21"/>
                <w:lang w:eastAsia="ja-JP"/>
              </w:rPr>
            </w:pPr>
            <w:r w:rsidRPr="00945779">
              <w:rPr>
                <w:rFonts w:ascii="Yu Gothic" w:eastAsia="Yu Gothic" w:hAnsi="Yu Gothic" w:cs="Yu Gothic" w:hint="eastAsia"/>
                <w:sz w:val="17"/>
                <w:szCs w:val="21"/>
                <w:lang w:eastAsia="ja-JP"/>
              </w:rPr>
              <w:t>例）●●システムの構築</w:t>
            </w:r>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61B890D0" w14:textId="77777777" w:rsidR="00465E6C" w:rsidRPr="00945779" w:rsidRDefault="00465E6C" w:rsidP="002C48FE">
            <w:pPr>
              <w:ind w:left="193" w:hanging="193"/>
              <w:rPr>
                <w:rFonts w:ascii="ＭＳ 明朝" w:hAnsi="ＭＳ 明朝"/>
                <w:szCs w:val="21"/>
                <w:lang w:eastAsia="ja-JP"/>
              </w:rPr>
            </w:pPr>
            <w:r w:rsidRPr="00945779">
              <w:rPr>
                <w:rFonts w:ascii="Yu Gothic" w:eastAsia="Yu Gothic" w:hAnsi="Yu Gothic" w:cs="Yu Gothic" w:hint="eastAsia"/>
                <w:sz w:val="17"/>
                <w:szCs w:val="21"/>
                <w:lang w:eastAsia="ja-JP"/>
              </w:rPr>
              <w:t xml:space="preserve">　</w:t>
            </w: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0098563B" w14:textId="77777777" w:rsidR="00465E6C" w:rsidRPr="00945779" w:rsidRDefault="00465E6C" w:rsidP="002C48FE">
            <w:pPr>
              <w:ind w:left="193" w:hanging="193"/>
              <w:rPr>
                <w:rFonts w:ascii="ＭＳ 明朝" w:hAnsi="ＭＳ 明朝"/>
                <w:szCs w:val="21"/>
                <w:lang w:eastAsia="ja-JP"/>
              </w:rPr>
            </w:pPr>
            <w:r w:rsidRPr="00945779">
              <w:rPr>
                <w:rFonts w:ascii="Yu Gothic" w:eastAsia="Yu Gothic" w:hAnsi="Yu Gothic" w:cs="Yu Gothic" w:hint="eastAsia"/>
                <w:sz w:val="17"/>
                <w:szCs w:val="21"/>
                <w:lang w:eastAsia="ja-JP"/>
              </w:rPr>
              <w:t xml:space="preserve">　</w:t>
            </w:r>
          </w:p>
        </w:tc>
      </w:tr>
      <w:tr w:rsidR="00945779" w:rsidRPr="00945779" w14:paraId="3866903B"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3C5C328B" w14:textId="77777777" w:rsidR="00465E6C" w:rsidRPr="00945779" w:rsidRDefault="00465E6C" w:rsidP="002C48FE">
            <w:pPr>
              <w:ind w:left="193" w:hanging="193"/>
              <w:rPr>
                <w:rFonts w:ascii="ＭＳ 明朝" w:hAnsi="ＭＳ 明朝"/>
                <w:szCs w:val="21"/>
                <w:lang w:eastAsia="ja-JP"/>
              </w:rPr>
            </w:pPr>
            <w:r w:rsidRPr="00945779">
              <w:rPr>
                <w:rFonts w:ascii="Yu Gothic" w:eastAsia="Yu Gothic" w:hAnsi="Yu Gothic" w:cs="Yu Gothic" w:hint="eastAsia"/>
                <w:sz w:val="17"/>
                <w:szCs w:val="21"/>
                <w:lang w:eastAsia="ja-JP"/>
              </w:rPr>
              <w:t>例）●●システムの改修</w:t>
            </w:r>
          </w:p>
          <w:p w14:paraId="380BDC62" w14:textId="77777777" w:rsidR="00465E6C" w:rsidRPr="00945779" w:rsidRDefault="00465E6C" w:rsidP="002C48FE">
            <w:pPr>
              <w:ind w:left="193" w:hanging="193"/>
              <w:rPr>
                <w:rFonts w:ascii="ＭＳ 明朝" w:hAnsi="ＭＳ 明朝"/>
                <w:szCs w:val="21"/>
                <w:lang w:eastAsia="ja-JP"/>
              </w:rPr>
            </w:pPr>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3A1265EE" w14:textId="77777777" w:rsidR="00465E6C" w:rsidRPr="00945779" w:rsidRDefault="00465E6C" w:rsidP="002C48FE">
            <w:pPr>
              <w:ind w:left="193" w:hanging="193"/>
              <w:rPr>
                <w:rFonts w:ascii="ＭＳ 明朝" w:hAnsi="ＭＳ 明朝"/>
                <w:szCs w:val="21"/>
                <w:lang w:eastAsia="ja-JP"/>
              </w:rPr>
            </w:pPr>
            <w:r w:rsidRPr="00945779">
              <w:rPr>
                <w:rFonts w:ascii="Yu Gothic" w:eastAsia="Yu Gothic" w:hAnsi="Yu Gothic" w:cs="Yu Gothic" w:hint="eastAsia"/>
                <w:sz w:val="17"/>
                <w:szCs w:val="21"/>
                <w:lang w:eastAsia="ja-JP"/>
              </w:rPr>
              <w:t xml:space="preserve">　</w:t>
            </w: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6EDD3C7E" w14:textId="77777777" w:rsidR="00465E6C" w:rsidRPr="00945779" w:rsidRDefault="00465E6C" w:rsidP="002C48FE">
            <w:pPr>
              <w:ind w:left="193" w:hanging="193"/>
              <w:rPr>
                <w:rFonts w:ascii="ＭＳ 明朝" w:hAnsi="ＭＳ 明朝"/>
                <w:szCs w:val="21"/>
                <w:lang w:eastAsia="ja-JP"/>
              </w:rPr>
            </w:pPr>
            <w:r w:rsidRPr="00945779">
              <w:rPr>
                <w:rFonts w:ascii="Yu Gothic" w:eastAsia="Yu Gothic" w:hAnsi="Yu Gothic" w:cs="Yu Gothic" w:hint="eastAsia"/>
                <w:sz w:val="17"/>
                <w:szCs w:val="21"/>
                <w:lang w:eastAsia="ja-JP"/>
              </w:rPr>
              <w:t xml:space="preserve">　</w:t>
            </w:r>
          </w:p>
        </w:tc>
      </w:tr>
      <w:tr w:rsidR="00945779" w:rsidRPr="00945779" w14:paraId="679290B6"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51B7F4FC"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設備費</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193E4150" w14:textId="77777777" w:rsidR="00465E6C" w:rsidRPr="00945779" w:rsidRDefault="00465E6C" w:rsidP="002C48FE">
            <w:pPr>
              <w:ind w:left="193" w:hanging="193"/>
              <w:rPr>
                <w:rFonts w:ascii="ＭＳ 明朝" w:hAnsi="ＭＳ 明朝"/>
                <w:szCs w:val="21"/>
              </w:rPr>
            </w:pP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045C64C5" w14:textId="77777777" w:rsidR="00465E6C" w:rsidRPr="00945779" w:rsidRDefault="00465E6C" w:rsidP="002C48FE">
            <w:pPr>
              <w:ind w:left="193" w:hanging="193"/>
              <w:rPr>
                <w:rFonts w:ascii="ＭＳ 明朝" w:hAnsi="ＭＳ 明朝"/>
                <w:szCs w:val="21"/>
              </w:rPr>
            </w:pPr>
          </w:p>
        </w:tc>
      </w:tr>
      <w:tr w:rsidR="00945779" w:rsidRPr="00945779" w14:paraId="1967DA81"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7CC68A54"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例）●●</w:t>
            </w:r>
            <w:proofErr w:type="spellStart"/>
            <w:r w:rsidRPr="00945779">
              <w:rPr>
                <w:rFonts w:ascii="Yu Gothic" w:eastAsia="Yu Gothic" w:hAnsi="Yu Gothic" w:cs="Yu Gothic" w:hint="eastAsia"/>
                <w:sz w:val="17"/>
                <w:szCs w:val="21"/>
              </w:rPr>
              <w:t>機器</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67B5AE27" w14:textId="77777777" w:rsidR="00465E6C" w:rsidRPr="00945779" w:rsidRDefault="00465E6C" w:rsidP="002C48FE">
            <w:pPr>
              <w:ind w:left="193" w:hanging="193"/>
              <w:rPr>
                <w:rFonts w:ascii="ＭＳ 明朝" w:hAnsi="ＭＳ 明朝"/>
                <w:szCs w:val="21"/>
              </w:rPr>
            </w:pP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3FE6EEE7" w14:textId="77777777" w:rsidR="00465E6C" w:rsidRPr="00945779" w:rsidRDefault="00465E6C" w:rsidP="002C48FE">
            <w:pPr>
              <w:ind w:left="193" w:hanging="193"/>
              <w:rPr>
                <w:rFonts w:ascii="ＭＳ 明朝" w:hAnsi="ＭＳ 明朝"/>
                <w:szCs w:val="21"/>
              </w:rPr>
            </w:pPr>
          </w:p>
        </w:tc>
      </w:tr>
      <w:tr w:rsidR="00945779" w:rsidRPr="00945779" w14:paraId="509E4253"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40363E63"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例）●●</w:t>
            </w:r>
            <w:proofErr w:type="spellStart"/>
            <w:r w:rsidRPr="00945779">
              <w:rPr>
                <w:rFonts w:ascii="Yu Gothic" w:eastAsia="Yu Gothic" w:hAnsi="Yu Gothic" w:cs="Yu Gothic" w:hint="eastAsia"/>
                <w:sz w:val="17"/>
                <w:szCs w:val="21"/>
              </w:rPr>
              <w:t>機器</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7C04264A" w14:textId="77777777" w:rsidR="00465E6C" w:rsidRPr="00945779" w:rsidRDefault="00465E6C" w:rsidP="002C48FE">
            <w:pPr>
              <w:ind w:left="193" w:hanging="193"/>
              <w:rPr>
                <w:rFonts w:ascii="ＭＳ 明朝" w:hAnsi="ＭＳ 明朝"/>
                <w:szCs w:val="21"/>
              </w:rPr>
            </w:pP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tcPr>
          <w:p w14:paraId="463DEC47" w14:textId="77777777" w:rsidR="00465E6C" w:rsidRPr="00945779" w:rsidRDefault="00465E6C" w:rsidP="002C48FE">
            <w:pPr>
              <w:ind w:left="193" w:hanging="193"/>
              <w:rPr>
                <w:rFonts w:ascii="ＭＳ 明朝" w:hAnsi="ＭＳ 明朝"/>
                <w:szCs w:val="21"/>
              </w:rPr>
            </w:pPr>
          </w:p>
        </w:tc>
      </w:tr>
      <w:tr w:rsidR="00945779" w:rsidRPr="00945779" w14:paraId="50D320C2" w14:textId="77777777" w:rsidTr="002C48FE">
        <w:trPr>
          <w:cantSplit/>
          <w:trHeight w:val="440"/>
          <w:jc w:val="center"/>
        </w:trPr>
        <w:tc>
          <w:tcPr>
            <w:tcW w:w="283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62633E85"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その他</w:t>
            </w:r>
            <w:proofErr w:type="spellEnd"/>
          </w:p>
        </w:tc>
        <w:tc>
          <w:tcPr>
            <w:tcW w:w="4395"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14626264"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c>
          <w:tcPr>
            <w:tcW w:w="1842" w:type="dxa"/>
            <w:tcBorders>
              <w:top w:val="sing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1D65434A"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r>
      <w:tr w:rsidR="00945779" w:rsidRPr="00945779" w14:paraId="5397D3DB" w14:textId="77777777" w:rsidTr="002C48FE">
        <w:trPr>
          <w:cantSplit/>
          <w:trHeight w:val="440"/>
          <w:jc w:val="center"/>
        </w:trPr>
        <w:tc>
          <w:tcPr>
            <w:tcW w:w="2835" w:type="dxa"/>
            <w:tcBorders>
              <w:top w:val="single" w:sz="4" w:space="0" w:color="auto"/>
              <w:left w:val="single" w:sz="4" w:space="0" w:color="auto"/>
              <w:bottom w:val="double" w:sz="4" w:space="0" w:color="auto"/>
              <w:right w:val="single" w:sz="4" w:space="0" w:color="auto"/>
            </w:tcBorders>
            <w:noWrap/>
            <w:tcMar>
              <w:top w:w="70" w:type="dxa"/>
              <w:left w:w="90" w:type="dxa"/>
              <w:bottom w:w="70" w:type="dxa"/>
              <w:right w:w="90" w:type="dxa"/>
            </w:tcMar>
            <w:vAlign w:val="center"/>
            <w:hideMark/>
          </w:tcPr>
          <w:p w14:paraId="4E9C9921" w14:textId="77777777" w:rsidR="00465E6C" w:rsidRPr="00945779" w:rsidRDefault="00465E6C" w:rsidP="002C48FE">
            <w:pPr>
              <w:ind w:left="193" w:hanging="193"/>
              <w:rPr>
                <w:rFonts w:ascii="ＭＳ 明朝" w:hAnsi="ＭＳ 明朝"/>
                <w:szCs w:val="21"/>
              </w:rPr>
            </w:pPr>
            <w:proofErr w:type="spellStart"/>
            <w:r w:rsidRPr="00945779">
              <w:rPr>
                <w:rFonts w:ascii="Yu Gothic" w:eastAsia="Yu Gothic" w:hAnsi="Yu Gothic" w:cs="Yu Gothic" w:hint="eastAsia"/>
                <w:sz w:val="17"/>
                <w:szCs w:val="21"/>
              </w:rPr>
              <w:t>小計ｂ</w:t>
            </w:r>
            <w:proofErr w:type="spellEnd"/>
          </w:p>
        </w:tc>
        <w:tc>
          <w:tcPr>
            <w:tcW w:w="4395" w:type="dxa"/>
            <w:tcBorders>
              <w:top w:val="single" w:sz="4" w:space="0" w:color="auto"/>
              <w:left w:val="single" w:sz="4" w:space="0" w:color="auto"/>
              <w:bottom w:val="double" w:sz="4" w:space="0" w:color="auto"/>
              <w:right w:val="single" w:sz="4" w:space="0" w:color="auto"/>
            </w:tcBorders>
            <w:noWrap/>
            <w:tcMar>
              <w:top w:w="70" w:type="dxa"/>
              <w:left w:w="90" w:type="dxa"/>
              <w:bottom w:w="70" w:type="dxa"/>
              <w:right w:w="90" w:type="dxa"/>
            </w:tcMar>
            <w:vAlign w:val="center"/>
            <w:hideMark/>
          </w:tcPr>
          <w:p w14:paraId="68AB5AFB"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c>
          <w:tcPr>
            <w:tcW w:w="1842" w:type="dxa"/>
            <w:tcBorders>
              <w:top w:val="single" w:sz="4" w:space="0" w:color="auto"/>
              <w:left w:val="single" w:sz="4" w:space="0" w:color="auto"/>
              <w:bottom w:val="double" w:sz="4" w:space="0" w:color="auto"/>
              <w:right w:val="single" w:sz="4" w:space="0" w:color="auto"/>
            </w:tcBorders>
            <w:noWrap/>
            <w:tcMar>
              <w:top w:w="70" w:type="dxa"/>
              <w:left w:w="90" w:type="dxa"/>
              <w:bottom w:w="70" w:type="dxa"/>
              <w:right w:w="90" w:type="dxa"/>
            </w:tcMar>
            <w:vAlign w:val="center"/>
            <w:hideMark/>
          </w:tcPr>
          <w:p w14:paraId="10CE40C7"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r>
      <w:tr w:rsidR="00945779" w:rsidRPr="00945779" w14:paraId="610D47E7" w14:textId="77777777" w:rsidTr="002C48FE">
        <w:trPr>
          <w:cantSplit/>
          <w:trHeight w:val="194"/>
          <w:jc w:val="center"/>
        </w:trPr>
        <w:tc>
          <w:tcPr>
            <w:tcW w:w="2835" w:type="dxa"/>
            <w:tcBorders>
              <w:top w:val="doub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02A74FEE" w14:textId="77777777" w:rsidR="00465E6C" w:rsidRPr="00945779" w:rsidRDefault="00465E6C" w:rsidP="002C48FE">
            <w:pPr>
              <w:ind w:left="193" w:hanging="193"/>
              <w:jc w:val="center"/>
              <w:rPr>
                <w:rFonts w:ascii="ＭＳ 明朝" w:hAnsi="ＭＳ 明朝"/>
                <w:szCs w:val="21"/>
              </w:rPr>
            </w:pPr>
            <w:proofErr w:type="spellStart"/>
            <w:r w:rsidRPr="00945779">
              <w:rPr>
                <w:rFonts w:ascii="Yu Gothic" w:eastAsia="Yu Gothic" w:hAnsi="Yu Gothic" w:cs="Yu Gothic" w:hint="eastAsia"/>
                <w:sz w:val="17"/>
                <w:szCs w:val="21"/>
              </w:rPr>
              <w:t>合計（</w:t>
            </w:r>
            <w:r w:rsidRPr="00945779">
              <w:rPr>
                <w:rFonts w:ascii="Yu Gothic" w:eastAsia="Yu Gothic" w:hAnsi="Yu Gothic" w:cs="Yu Gothic"/>
                <w:sz w:val="17"/>
                <w:szCs w:val="21"/>
              </w:rPr>
              <w:t>a+b</w:t>
            </w:r>
            <w:proofErr w:type="spellEnd"/>
            <w:r w:rsidRPr="00945779">
              <w:rPr>
                <w:rFonts w:ascii="Yu Gothic" w:eastAsia="Yu Gothic" w:hAnsi="Yu Gothic" w:cs="Yu Gothic" w:hint="eastAsia"/>
                <w:sz w:val="17"/>
                <w:szCs w:val="21"/>
              </w:rPr>
              <w:t>）</w:t>
            </w:r>
          </w:p>
        </w:tc>
        <w:tc>
          <w:tcPr>
            <w:tcW w:w="4395" w:type="dxa"/>
            <w:tcBorders>
              <w:top w:val="doub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67B208FE"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c>
          <w:tcPr>
            <w:tcW w:w="1842" w:type="dxa"/>
            <w:tcBorders>
              <w:top w:val="double" w:sz="4" w:space="0" w:color="auto"/>
              <w:left w:val="single" w:sz="4" w:space="0" w:color="auto"/>
              <w:bottom w:val="single" w:sz="4" w:space="0" w:color="auto"/>
              <w:right w:val="single" w:sz="4" w:space="0" w:color="auto"/>
            </w:tcBorders>
            <w:noWrap/>
            <w:tcMar>
              <w:top w:w="70" w:type="dxa"/>
              <w:left w:w="90" w:type="dxa"/>
              <w:bottom w:w="70" w:type="dxa"/>
              <w:right w:w="90" w:type="dxa"/>
            </w:tcMar>
            <w:vAlign w:val="center"/>
            <w:hideMark/>
          </w:tcPr>
          <w:p w14:paraId="340FE692" w14:textId="77777777" w:rsidR="00465E6C" w:rsidRPr="00945779" w:rsidRDefault="00465E6C" w:rsidP="002C48FE">
            <w:pPr>
              <w:ind w:left="193" w:hanging="193"/>
              <w:rPr>
                <w:rFonts w:ascii="ＭＳ 明朝" w:hAnsi="ＭＳ 明朝"/>
                <w:szCs w:val="21"/>
              </w:rPr>
            </w:pPr>
            <w:r w:rsidRPr="00945779">
              <w:rPr>
                <w:rFonts w:ascii="Yu Gothic" w:eastAsia="Yu Gothic" w:hAnsi="Yu Gothic" w:cs="Yu Gothic" w:hint="eastAsia"/>
                <w:sz w:val="17"/>
                <w:szCs w:val="21"/>
              </w:rPr>
              <w:t xml:space="preserve">　</w:t>
            </w:r>
          </w:p>
        </w:tc>
      </w:tr>
    </w:tbl>
    <w:p w14:paraId="558C5317" w14:textId="77777777" w:rsidR="00465E6C" w:rsidRPr="00945779" w:rsidRDefault="00465E6C" w:rsidP="00465E6C">
      <w:pPr>
        <w:spacing w:after="40" w:line="252" w:lineRule="auto"/>
        <w:ind w:leftChars="100" w:left="212" w:hangingChars="1" w:hanging="2"/>
        <w:rPr>
          <w:rFonts w:ascii="ＭＳ 明朝" w:hAnsi="ＭＳ 明朝"/>
          <w:szCs w:val="21"/>
          <w:lang w:eastAsia="ja-JP"/>
        </w:rPr>
      </w:pPr>
      <w:r w:rsidRPr="00945779">
        <w:rPr>
          <w:rFonts w:ascii="Yu Gothic" w:eastAsia="Yu Gothic" w:hAnsi="Yu Gothic" w:cs="Yu Gothic" w:hint="eastAsia"/>
          <w:sz w:val="18"/>
          <w:szCs w:val="21"/>
          <w:lang w:eastAsia="ja-JP"/>
        </w:rPr>
        <w:t>※１　記載例のとおり費目ごとに書くこと</w:t>
      </w:r>
    </w:p>
    <w:p w14:paraId="035C81F6" w14:textId="77777777" w:rsidR="00465E6C" w:rsidRPr="00945779" w:rsidRDefault="00465E6C" w:rsidP="00465E6C">
      <w:pPr>
        <w:spacing w:after="40" w:line="252" w:lineRule="auto"/>
        <w:ind w:leftChars="100" w:left="212" w:hangingChars="1" w:hanging="2"/>
        <w:rPr>
          <w:rFonts w:ascii="ＭＳ 明朝" w:hAnsi="ＭＳ 明朝"/>
          <w:szCs w:val="21"/>
          <w:u w:val="single"/>
          <w:lang w:eastAsia="ja-JP"/>
        </w:rPr>
      </w:pPr>
      <w:r w:rsidRPr="00945779">
        <w:rPr>
          <w:rFonts w:ascii="Yu Gothic" w:eastAsia="Yu Gothic" w:hAnsi="Yu Gothic" w:cs="Yu Gothic" w:hint="eastAsia"/>
          <w:sz w:val="18"/>
          <w:szCs w:val="21"/>
          <w:lang w:eastAsia="ja-JP"/>
        </w:rPr>
        <w:t>※２　適宜、行は追加すること</w:t>
      </w:r>
    </w:p>
    <w:p w14:paraId="0EF25D5D" w14:textId="77777777" w:rsidR="00465E6C" w:rsidRPr="00945779" w:rsidRDefault="00465E6C" w:rsidP="00465E6C">
      <w:pPr>
        <w:pBdr>
          <w:left w:val="single" w:sz="8" w:space="4" w:color="7F8C8D"/>
          <w:bottom w:val="single" w:sz="8" w:space="4" w:color="7F8C8D"/>
          <w:right w:val="single" w:sz="8" w:space="4" w:color="7F8C8D"/>
        </w:pBdr>
        <w:spacing w:after="60"/>
        <w:rPr>
          <w:rFonts w:ascii="Yu Gothic" w:eastAsia="Yu Gothic" w:hAnsi="Yu Gothic"/>
          <w:lang w:eastAsia="ja-JP"/>
        </w:rPr>
        <w:sectPr w:rsidR="00465E6C" w:rsidRPr="00945779" w:rsidSect="00465E6C">
          <w:footerReference w:type="default" r:id="rId11"/>
          <w:pgSz w:w="12240" w:h="15840"/>
          <w:pgMar w:top="1020" w:right="1134" w:bottom="1020" w:left="1134" w:header="720" w:footer="720" w:gutter="0"/>
          <w:cols w:space="720"/>
          <w:docGrid w:linePitch="360"/>
        </w:sectPr>
      </w:pPr>
    </w:p>
    <w:p w14:paraId="02F46599" w14:textId="77777777" w:rsidR="00465E6C" w:rsidRPr="00945779" w:rsidRDefault="00465E6C" w:rsidP="00465E6C">
      <w:pPr>
        <w:spacing w:after="120"/>
        <w:jc w:val="right"/>
        <w:rPr>
          <w:lang w:eastAsia="zh-TW"/>
        </w:rPr>
      </w:pPr>
      <w:r w:rsidRPr="00945779">
        <w:rPr>
          <w:rFonts w:ascii="Yu Gothic" w:eastAsia="Yu Gothic" w:hAnsi="Yu Gothic"/>
          <w:b/>
          <w:sz w:val="24"/>
          <w:lang w:eastAsia="zh-TW"/>
        </w:rPr>
        <w:lastRenderedPageBreak/>
        <w:t>様式第２号</w:t>
      </w:r>
    </w:p>
    <w:p w14:paraId="74EA4385" w14:textId="77777777" w:rsidR="00465E6C" w:rsidRPr="00945779" w:rsidRDefault="00465E6C" w:rsidP="00465E6C">
      <w:pPr>
        <w:spacing w:after="20"/>
        <w:jc w:val="center"/>
        <w:rPr>
          <w:lang w:eastAsia="zh-TW"/>
        </w:rPr>
      </w:pPr>
      <w:r w:rsidRPr="00945779">
        <w:rPr>
          <w:rFonts w:ascii="Yu Gothic" w:eastAsia="Yu Gothic" w:hAnsi="Yu Gothic"/>
          <w:sz w:val="22"/>
          <w:lang w:eastAsia="zh-TW"/>
        </w:rPr>
        <w:t>令和８年度（令和７年度補正予算繰越）医薬品安定供給支援補助金</w:t>
      </w:r>
    </w:p>
    <w:p w14:paraId="5A2D3436" w14:textId="77777777" w:rsidR="00465E6C" w:rsidRPr="00945779" w:rsidRDefault="00465E6C" w:rsidP="00465E6C">
      <w:pPr>
        <w:spacing w:after="40"/>
        <w:jc w:val="center"/>
        <w:rPr>
          <w:lang w:eastAsia="ja-JP"/>
        </w:rPr>
      </w:pPr>
      <w:r w:rsidRPr="00945779">
        <w:rPr>
          <w:rFonts w:ascii="Yu Gothic" w:eastAsia="Yu Gothic" w:hAnsi="Yu Gothic"/>
          <w:sz w:val="22"/>
          <w:lang w:eastAsia="ja-JP"/>
        </w:rPr>
        <w:t>「医薬品卸業者に対する継続的な安定供給支援事業」</w:t>
      </w:r>
    </w:p>
    <w:p w14:paraId="1338E5F2" w14:textId="77777777" w:rsidR="00465E6C" w:rsidRPr="00945779" w:rsidRDefault="00465E6C" w:rsidP="00465E6C">
      <w:pPr>
        <w:spacing w:after="440"/>
        <w:jc w:val="center"/>
        <w:rPr>
          <w:rFonts w:ascii="Yu Gothic" w:eastAsia="Yu Gothic" w:hAnsi="Yu Gothic"/>
          <w:lang w:eastAsia="zh-TW"/>
        </w:rPr>
      </w:pPr>
      <w:r w:rsidRPr="00945779">
        <w:rPr>
          <w:rFonts w:ascii="Yu Gothic" w:eastAsia="Yu Gothic" w:hAnsi="Yu Gothic"/>
          <w:b/>
          <w:sz w:val="32"/>
          <w:lang w:eastAsia="zh-TW"/>
        </w:rPr>
        <w:t>事業計画書（災害時業務継続支援事業用）</w:t>
      </w:r>
    </w:p>
    <w:p w14:paraId="08DA1EBA" w14:textId="77777777" w:rsidR="00465E6C" w:rsidRPr="00945779" w:rsidRDefault="00465E6C" w:rsidP="00465E6C">
      <w:pPr>
        <w:spacing w:after="320"/>
        <w:jc w:val="right"/>
        <w:rPr>
          <w:rFonts w:ascii="Yu Gothic" w:eastAsia="Yu Gothic" w:hAnsi="Yu Gothic"/>
        </w:rPr>
      </w:pPr>
      <w:r w:rsidRPr="00945779">
        <w:rPr>
          <w:rFonts w:ascii="Yu Gothic" w:eastAsia="Yu Gothic" w:hAnsi="Yu Gothic"/>
          <w:sz w:val="22"/>
        </w:rPr>
        <w:t>年　　月　　日</w:t>
      </w:r>
    </w:p>
    <w:p w14:paraId="32D986AF" w14:textId="77777777" w:rsidR="00465E6C" w:rsidRPr="00945779" w:rsidRDefault="00465E6C" w:rsidP="00465E6C">
      <w:pPr>
        <w:rPr>
          <w:rFonts w:ascii="Yu Gothic" w:eastAsia="Yu Gothic" w:hAnsi="Yu Gothic"/>
        </w:rPr>
      </w:pPr>
      <w:proofErr w:type="spellStart"/>
      <w:r w:rsidRPr="00945779">
        <w:rPr>
          <w:rFonts w:ascii="Yu Gothic" w:eastAsia="Yu Gothic" w:hAnsi="Yu Gothic"/>
          <w:sz w:val="22"/>
        </w:rPr>
        <w:t>厚生労働大臣</w:t>
      </w:r>
      <w:proofErr w:type="spellEnd"/>
      <w:r w:rsidRPr="00945779">
        <w:rPr>
          <w:rFonts w:ascii="Yu Gothic" w:eastAsia="Yu Gothic" w:hAnsi="Yu Gothic"/>
          <w:sz w:val="22"/>
        </w:rPr>
        <w:t xml:space="preserve">　殿</w:t>
      </w:r>
    </w:p>
    <w:tbl>
      <w:tblPr>
        <w:tblW w:w="0" w:type="auto"/>
        <w:jc w:val="center"/>
        <w:tblLayout w:type="fixed"/>
        <w:tblLook w:val="04A0" w:firstRow="1" w:lastRow="0" w:firstColumn="1" w:lastColumn="0" w:noHBand="0" w:noVBand="1"/>
      </w:tblPr>
      <w:tblGrid>
        <w:gridCol w:w="1368"/>
        <w:gridCol w:w="2450"/>
        <w:gridCol w:w="5830"/>
      </w:tblGrid>
      <w:tr w:rsidR="00945779" w:rsidRPr="00945779" w14:paraId="216D12A7" w14:textId="77777777" w:rsidTr="00381402">
        <w:trPr>
          <w:trHeight w:val="425"/>
          <w:jc w:val="center"/>
        </w:trPr>
        <w:tc>
          <w:tcPr>
            <w:tcW w:w="1368" w:type="dxa"/>
            <w:vMerge w:val="restart"/>
            <w:tcBorders>
              <w:top w:val="single" w:sz="8" w:space="0" w:color="7F8C8D"/>
              <w:left w:val="single" w:sz="8" w:space="0" w:color="7F8C8D"/>
              <w:right w:val="single" w:sz="8" w:space="0" w:color="7F8C8D"/>
            </w:tcBorders>
            <w:shd w:val="clear" w:color="auto" w:fill="D9E1F2"/>
            <w:vAlign w:val="center"/>
          </w:tcPr>
          <w:p w14:paraId="5E10BB7E" w14:textId="77777777" w:rsidR="00465E6C" w:rsidRPr="00416808" w:rsidRDefault="00465E6C" w:rsidP="002C48FE">
            <w:pPr>
              <w:spacing w:after="0" w:line="252" w:lineRule="auto"/>
              <w:jc w:val="center"/>
              <w:rPr>
                <w:rFonts w:ascii="Yu Gothic" w:eastAsia="Yu Gothic" w:hAnsi="Yu Gothic"/>
                <w:sz w:val="20"/>
                <w:szCs w:val="24"/>
              </w:rPr>
            </w:pPr>
            <w:proofErr w:type="spellStart"/>
            <w:r w:rsidRPr="00416808">
              <w:rPr>
                <w:rFonts w:ascii="Yu Gothic" w:eastAsia="Yu Gothic" w:hAnsi="Yu Gothic"/>
                <w:b/>
                <w:sz w:val="20"/>
                <w:szCs w:val="24"/>
              </w:rPr>
              <w:t>申請者</w:t>
            </w:r>
            <w:proofErr w:type="spellEnd"/>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2F5BB66" w14:textId="77777777" w:rsidR="00465E6C" w:rsidRPr="00416808" w:rsidRDefault="00465E6C" w:rsidP="002C48FE">
            <w:pPr>
              <w:spacing w:after="0" w:line="252" w:lineRule="auto"/>
              <w:jc w:val="center"/>
              <w:rPr>
                <w:rFonts w:ascii="Yu Gothic" w:eastAsia="Yu Gothic" w:hAnsi="Yu Gothic"/>
                <w:sz w:val="20"/>
                <w:szCs w:val="24"/>
              </w:rPr>
            </w:pPr>
            <w:r w:rsidRPr="00416808">
              <w:rPr>
                <w:rFonts w:ascii="Yu Gothic" w:eastAsia="Yu Gothic" w:hAnsi="Yu Gothic"/>
                <w:b/>
                <w:sz w:val="20"/>
                <w:szCs w:val="24"/>
              </w:rPr>
              <w:t>住　所</w:t>
            </w:r>
          </w:p>
        </w:tc>
        <w:tc>
          <w:tcPr>
            <w:tcW w:w="5830" w:type="dxa"/>
            <w:tcBorders>
              <w:top w:val="single" w:sz="8" w:space="0" w:color="7F8C8D"/>
              <w:left w:val="single" w:sz="8" w:space="0" w:color="7F8C8D"/>
              <w:bottom w:val="single" w:sz="8" w:space="0" w:color="7F8C8D"/>
              <w:right w:val="single" w:sz="8" w:space="0" w:color="7F8C8D"/>
            </w:tcBorders>
            <w:vAlign w:val="center"/>
          </w:tcPr>
          <w:p w14:paraId="6822FDBC" w14:textId="77777777" w:rsidR="00465E6C" w:rsidRPr="004453CD" w:rsidRDefault="00465E6C" w:rsidP="002C48FE">
            <w:pPr>
              <w:spacing w:after="0" w:line="252" w:lineRule="auto"/>
              <w:rPr>
                <w:rFonts w:ascii="Yu Gothic" w:eastAsia="Yu Gothic" w:hAnsi="Yu Gothic"/>
                <w:sz w:val="24"/>
                <w:szCs w:val="36"/>
              </w:rPr>
            </w:pPr>
          </w:p>
        </w:tc>
      </w:tr>
      <w:tr w:rsidR="00945779" w:rsidRPr="00945779" w14:paraId="422C440C" w14:textId="77777777" w:rsidTr="00381402">
        <w:trPr>
          <w:trHeight w:val="425"/>
          <w:jc w:val="center"/>
        </w:trPr>
        <w:tc>
          <w:tcPr>
            <w:tcW w:w="1368" w:type="dxa"/>
            <w:vMerge/>
            <w:tcBorders>
              <w:left w:val="single" w:sz="8" w:space="0" w:color="7F8C8D"/>
              <w:right w:val="single" w:sz="8" w:space="0" w:color="7F8C8D"/>
            </w:tcBorders>
            <w:shd w:val="clear" w:color="auto" w:fill="D9E1F2"/>
            <w:vAlign w:val="center"/>
          </w:tcPr>
          <w:p w14:paraId="70716615" w14:textId="77777777" w:rsidR="00465E6C" w:rsidRPr="00416808" w:rsidRDefault="00465E6C" w:rsidP="002C48FE">
            <w:pPr>
              <w:spacing w:after="0" w:line="252" w:lineRule="auto"/>
              <w:jc w:val="center"/>
              <w:rPr>
                <w:rFonts w:ascii="Yu Gothic" w:eastAsia="Yu Gothic" w:hAnsi="Yu Gothic"/>
                <w:sz w:val="20"/>
                <w:szCs w:val="24"/>
              </w:rPr>
            </w:pPr>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9663687" w14:textId="77777777" w:rsidR="00465E6C" w:rsidRPr="00416808" w:rsidRDefault="00465E6C" w:rsidP="002C48FE">
            <w:pPr>
              <w:spacing w:after="0" w:line="252" w:lineRule="auto"/>
              <w:jc w:val="center"/>
              <w:rPr>
                <w:rFonts w:ascii="Yu Gothic" w:eastAsia="Yu Gothic" w:hAnsi="Yu Gothic"/>
                <w:sz w:val="20"/>
                <w:szCs w:val="24"/>
              </w:rPr>
            </w:pPr>
            <w:proofErr w:type="spellStart"/>
            <w:r w:rsidRPr="00416808">
              <w:rPr>
                <w:rFonts w:ascii="Yu Gothic" w:eastAsia="Yu Gothic" w:hAnsi="Yu Gothic"/>
                <w:b/>
                <w:sz w:val="20"/>
                <w:szCs w:val="24"/>
              </w:rPr>
              <w:t>氏名又は名称</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7146BF78" w14:textId="77777777" w:rsidR="00465E6C" w:rsidRPr="004453CD" w:rsidRDefault="00465E6C" w:rsidP="002C48FE">
            <w:pPr>
              <w:spacing w:after="0" w:line="252" w:lineRule="auto"/>
              <w:rPr>
                <w:rFonts w:ascii="Yu Gothic" w:eastAsia="Yu Gothic" w:hAnsi="Yu Gothic"/>
                <w:sz w:val="24"/>
                <w:szCs w:val="36"/>
              </w:rPr>
            </w:pPr>
          </w:p>
        </w:tc>
      </w:tr>
      <w:tr w:rsidR="00945779" w:rsidRPr="00945779" w14:paraId="287E10FF" w14:textId="77777777" w:rsidTr="00381402">
        <w:trPr>
          <w:trHeight w:val="425"/>
          <w:jc w:val="center"/>
        </w:trPr>
        <w:tc>
          <w:tcPr>
            <w:tcW w:w="1368" w:type="dxa"/>
            <w:vMerge/>
            <w:tcBorders>
              <w:left w:val="single" w:sz="8" w:space="0" w:color="7F8C8D"/>
              <w:bottom w:val="single" w:sz="8" w:space="0" w:color="7F8C8D"/>
              <w:right w:val="single" w:sz="8" w:space="0" w:color="7F8C8D"/>
            </w:tcBorders>
            <w:shd w:val="clear" w:color="auto" w:fill="D9E1F2"/>
            <w:vAlign w:val="center"/>
          </w:tcPr>
          <w:p w14:paraId="373B581A" w14:textId="77777777" w:rsidR="00465E6C" w:rsidRPr="00416808" w:rsidRDefault="00465E6C" w:rsidP="002C48FE">
            <w:pPr>
              <w:spacing w:after="0" w:line="252" w:lineRule="auto"/>
              <w:jc w:val="center"/>
              <w:rPr>
                <w:rFonts w:ascii="Yu Gothic" w:eastAsia="Yu Gothic" w:hAnsi="Yu Gothic"/>
                <w:sz w:val="20"/>
                <w:szCs w:val="24"/>
              </w:rPr>
            </w:pPr>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AAFABD1" w14:textId="77777777" w:rsidR="00465E6C" w:rsidRPr="00416808" w:rsidRDefault="00465E6C" w:rsidP="002C48FE">
            <w:pPr>
              <w:spacing w:after="0" w:line="252" w:lineRule="auto"/>
              <w:jc w:val="center"/>
              <w:rPr>
                <w:rFonts w:ascii="Yu Gothic" w:eastAsia="Yu Gothic" w:hAnsi="Yu Gothic"/>
                <w:sz w:val="20"/>
                <w:szCs w:val="24"/>
              </w:rPr>
            </w:pPr>
            <w:r w:rsidRPr="00416808">
              <w:rPr>
                <w:rFonts w:ascii="Yu Gothic" w:eastAsia="Yu Gothic" w:hAnsi="Yu Gothic"/>
                <w:b/>
                <w:sz w:val="20"/>
                <w:szCs w:val="24"/>
              </w:rPr>
              <w:t>代 表 者</w:t>
            </w:r>
          </w:p>
        </w:tc>
        <w:tc>
          <w:tcPr>
            <w:tcW w:w="5830" w:type="dxa"/>
            <w:tcBorders>
              <w:top w:val="single" w:sz="8" w:space="0" w:color="7F8C8D"/>
              <w:left w:val="single" w:sz="8" w:space="0" w:color="7F8C8D"/>
              <w:bottom w:val="single" w:sz="8" w:space="0" w:color="7F8C8D"/>
              <w:right w:val="single" w:sz="8" w:space="0" w:color="7F8C8D"/>
            </w:tcBorders>
            <w:vAlign w:val="center"/>
          </w:tcPr>
          <w:p w14:paraId="405F70FB" w14:textId="77777777" w:rsidR="00465E6C" w:rsidRPr="004453CD" w:rsidRDefault="00465E6C" w:rsidP="002C48FE">
            <w:pPr>
              <w:spacing w:after="0" w:line="252" w:lineRule="auto"/>
              <w:rPr>
                <w:rFonts w:ascii="Yu Gothic" w:eastAsia="Yu Gothic" w:hAnsi="Yu Gothic"/>
                <w:sz w:val="24"/>
                <w:szCs w:val="36"/>
              </w:rPr>
            </w:pPr>
          </w:p>
        </w:tc>
      </w:tr>
    </w:tbl>
    <w:p w14:paraId="075EC8E1" w14:textId="77777777" w:rsidR="00465E6C" w:rsidRPr="00945779" w:rsidRDefault="00465E6C" w:rsidP="00465E6C">
      <w:pPr>
        <w:spacing w:after="80"/>
        <w:rPr>
          <w:rFonts w:ascii="Yu Gothic" w:eastAsia="Yu Gothic" w:hAnsi="Yu Gothic"/>
        </w:rPr>
      </w:pPr>
    </w:p>
    <w:p w14:paraId="5A4D02BB" w14:textId="77777777" w:rsidR="00465E6C" w:rsidRPr="00945779" w:rsidRDefault="00465E6C" w:rsidP="00465E6C">
      <w:pPr>
        <w:pStyle w:val="1"/>
        <w:spacing w:before="160" w:after="120"/>
        <w:rPr>
          <w:rFonts w:ascii="Yu Gothic" w:eastAsia="Yu Gothic" w:hAnsi="Yu Gothic"/>
          <w:color w:val="auto"/>
        </w:rPr>
      </w:pPr>
      <w:r w:rsidRPr="00945779">
        <w:rPr>
          <w:rFonts w:ascii="Yu Gothic" w:eastAsia="Yu Gothic" w:hAnsi="Yu Gothic"/>
          <w:color w:val="auto"/>
        </w:rPr>
        <w:t xml:space="preserve">1　</w:t>
      </w:r>
      <w:proofErr w:type="spellStart"/>
      <w:r w:rsidRPr="00945779">
        <w:rPr>
          <w:rFonts w:ascii="Yu Gothic" w:eastAsia="Yu Gothic" w:hAnsi="Yu Gothic"/>
          <w:color w:val="auto"/>
        </w:rPr>
        <w:t>事業者の名称等</w:t>
      </w:r>
      <w:proofErr w:type="spellEnd"/>
    </w:p>
    <w:tbl>
      <w:tblPr>
        <w:tblW w:w="0" w:type="auto"/>
        <w:jc w:val="center"/>
        <w:tblLayout w:type="fixed"/>
        <w:tblLook w:val="04A0" w:firstRow="1" w:lastRow="0" w:firstColumn="1" w:lastColumn="0" w:noHBand="0" w:noVBand="1"/>
      </w:tblPr>
      <w:tblGrid>
        <w:gridCol w:w="3816"/>
        <w:gridCol w:w="5832"/>
      </w:tblGrid>
      <w:tr w:rsidR="00945779" w:rsidRPr="00416808" w14:paraId="6571A710" w14:textId="77777777" w:rsidTr="002C48FE">
        <w:trPr>
          <w:trHeight w:val="408"/>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76E931A" w14:textId="77777777" w:rsidR="00465E6C" w:rsidRPr="00416808" w:rsidRDefault="00465E6C" w:rsidP="002C48FE">
            <w:pPr>
              <w:spacing w:after="0" w:line="252" w:lineRule="auto"/>
              <w:rPr>
                <w:rFonts w:ascii="Yu Gothic" w:eastAsia="Yu Gothic" w:hAnsi="Yu Gothic"/>
                <w:sz w:val="22"/>
                <w:szCs w:val="24"/>
                <w:lang w:eastAsia="ja-JP"/>
              </w:rPr>
            </w:pPr>
            <w:r w:rsidRPr="00416808">
              <w:rPr>
                <w:rFonts w:ascii="Yu Gothic" w:eastAsia="Yu Gothic" w:hAnsi="Yu Gothic"/>
                <w:b/>
                <w:sz w:val="20"/>
                <w:szCs w:val="24"/>
                <w:lang w:eastAsia="ja-JP"/>
              </w:rPr>
              <w:t>申請者の氏名又は名称</w:t>
            </w:r>
          </w:p>
        </w:tc>
        <w:tc>
          <w:tcPr>
            <w:tcW w:w="5832" w:type="dxa"/>
            <w:tcBorders>
              <w:top w:val="single" w:sz="8" w:space="0" w:color="7F8C8D"/>
              <w:left w:val="single" w:sz="8" w:space="0" w:color="7F8C8D"/>
              <w:bottom w:val="single" w:sz="8" w:space="0" w:color="7F8C8D"/>
              <w:right w:val="single" w:sz="8" w:space="0" w:color="7F8C8D"/>
            </w:tcBorders>
            <w:vAlign w:val="center"/>
          </w:tcPr>
          <w:p w14:paraId="480E3E1D" w14:textId="77777777" w:rsidR="00465E6C" w:rsidRPr="004453CD" w:rsidRDefault="00465E6C" w:rsidP="002C48FE">
            <w:pPr>
              <w:spacing w:after="0" w:line="252" w:lineRule="auto"/>
              <w:rPr>
                <w:rFonts w:ascii="Yu Gothic" w:eastAsia="Yu Gothic" w:hAnsi="Yu Gothic"/>
                <w:sz w:val="24"/>
                <w:szCs w:val="28"/>
                <w:lang w:eastAsia="ja-JP"/>
              </w:rPr>
            </w:pPr>
          </w:p>
        </w:tc>
      </w:tr>
      <w:tr w:rsidR="00945779" w:rsidRPr="00416808" w14:paraId="26B476A3" w14:textId="77777777" w:rsidTr="002C48FE">
        <w:trPr>
          <w:trHeight w:val="408"/>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4230A6C" w14:textId="77777777" w:rsidR="00465E6C" w:rsidRPr="00416808" w:rsidRDefault="00465E6C" w:rsidP="002C48FE">
            <w:pPr>
              <w:spacing w:after="0" w:line="252" w:lineRule="auto"/>
              <w:rPr>
                <w:rFonts w:ascii="Yu Gothic" w:eastAsia="Yu Gothic" w:hAnsi="Yu Gothic"/>
                <w:sz w:val="22"/>
                <w:szCs w:val="24"/>
                <w:lang w:eastAsia="ja-JP"/>
              </w:rPr>
            </w:pPr>
            <w:r w:rsidRPr="00416808">
              <w:rPr>
                <w:rFonts w:ascii="Yu Gothic" w:eastAsia="Yu Gothic" w:hAnsi="Yu Gothic"/>
                <w:b/>
                <w:sz w:val="20"/>
                <w:szCs w:val="24"/>
                <w:lang w:eastAsia="ja-JP"/>
              </w:rPr>
              <w:t>代表者名（申請者が法人の場合）</w:t>
            </w:r>
          </w:p>
        </w:tc>
        <w:tc>
          <w:tcPr>
            <w:tcW w:w="5832" w:type="dxa"/>
            <w:tcBorders>
              <w:top w:val="single" w:sz="8" w:space="0" w:color="7F8C8D"/>
              <w:left w:val="single" w:sz="8" w:space="0" w:color="7F8C8D"/>
              <w:bottom w:val="single" w:sz="8" w:space="0" w:color="7F8C8D"/>
              <w:right w:val="single" w:sz="8" w:space="0" w:color="7F8C8D"/>
            </w:tcBorders>
            <w:vAlign w:val="center"/>
          </w:tcPr>
          <w:p w14:paraId="5F53A381" w14:textId="77777777" w:rsidR="00465E6C" w:rsidRPr="004453CD" w:rsidRDefault="00465E6C" w:rsidP="002C48FE">
            <w:pPr>
              <w:spacing w:after="0" w:line="252" w:lineRule="auto"/>
              <w:rPr>
                <w:rFonts w:ascii="Yu Gothic" w:eastAsia="Yu Gothic" w:hAnsi="Yu Gothic"/>
                <w:sz w:val="24"/>
                <w:szCs w:val="28"/>
                <w:lang w:eastAsia="ja-JP"/>
              </w:rPr>
            </w:pPr>
          </w:p>
        </w:tc>
      </w:tr>
      <w:tr w:rsidR="00945779" w:rsidRPr="00416808" w14:paraId="33E2A604" w14:textId="77777777" w:rsidTr="002C48FE">
        <w:trPr>
          <w:trHeight w:val="408"/>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4381ED5" w14:textId="77777777" w:rsidR="00465E6C" w:rsidRPr="00416808" w:rsidRDefault="00465E6C" w:rsidP="002C48FE">
            <w:pPr>
              <w:spacing w:after="0" w:line="252" w:lineRule="auto"/>
              <w:rPr>
                <w:rFonts w:ascii="Yu Gothic" w:eastAsia="Yu Gothic" w:hAnsi="Yu Gothic"/>
                <w:sz w:val="22"/>
                <w:szCs w:val="24"/>
                <w:lang w:eastAsia="ja-JP"/>
              </w:rPr>
            </w:pPr>
            <w:r w:rsidRPr="00416808">
              <w:rPr>
                <w:rFonts w:ascii="Yu Gothic" w:eastAsia="Yu Gothic" w:hAnsi="Yu Gothic"/>
                <w:b/>
                <w:sz w:val="20"/>
                <w:szCs w:val="24"/>
                <w:lang w:eastAsia="ja-JP"/>
              </w:rPr>
              <w:t>資本金の額又は出資の総額</w:t>
            </w:r>
          </w:p>
        </w:tc>
        <w:tc>
          <w:tcPr>
            <w:tcW w:w="5832" w:type="dxa"/>
            <w:tcBorders>
              <w:top w:val="single" w:sz="8" w:space="0" w:color="7F8C8D"/>
              <w:left w:val="single" w:sz="8" w:space="0" w:color="7F8C8D"/>
              <w:bottom w:val="single" w:sz="8" w:space="0" w:color="7F8C8D"/>
              <w:right w:val="single" w:sz="8" w:space="0" w:color="7F8C8D"/>
            </w:tcBorders>
            <w:vAlign w:val="center"/>
          </w:tcPr>
          <w:p w14:paraId="2803C67E" w14:textId="77777777" w:rsidR="00465E6C" w:rsidRPr="004453CD" w:rsidRDefault="00465E6C" w:rsidP="002C48FE">
            <w:pPr>
              <w:spacing w:after="0" w:line="252" w:lineRule="auto"/>
              <w:rPr>
                <w:rFonts w:ascii="Yu Gothic" w:eastAsia="Yu Gothic" w:hAnsi="Yu Gothic"/>
                <w:sz w:val="24"/>
                <w:szCs w:val="28"/>
                <w:lang w:eastAsia="ja-JP"/>
              </w:rPr>
            </w:pPr>
          </w:p>
        </w:tc>
      </w:tr>
      <w:tr w:rsidR="00945779" w:rsidRPr="00416808" w14:paraId="783529EE" w14:textId="77777777" w:rsidTr="002C48FE">
        <w:trPr>
          <w:trHeight w:val="408"/>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907C3EB" w14:textId="77777777" w:rsidR="00465E6C" w:rsidRPr="00416808" w:rsidRDefault="00465E6C" w:rsidP="002C48FE">
            <w:pPr>
              <w:spacing w:after="0" w:line="252" w:lineRule="auto"/>
              <w:rPr>
                <w:rFonts w:ascii="Yu Gothic" w:eastAsia="Yu Gothic" w:hAnsi="Yu Gothic"/>
                <w:sz w:val="22"/>
                <w:szCs w:val="24"/>
                <w:lang w:eastAsia="ja-JP"/>
              </w:rPr>
            </w:pPr>
            <w:r w:rsidRPr="00416808">
              <w:rPr>
                <w:rFonts w:ascii="Yu Gothic" w:eastAsia="Yu Gothic" w:hAnsi="Yu Gothic"/>
                <w:b/>
                <w:sz w:val="20"/>
                <w:szCs w:val="24"/>
                <w:lang w:eastAsia="ja-JP"/>
              </w:rPr>
              <w:t>常時使用する従業員の数</w:t>
            </w:r>
          </w:p>
        </w:tc>
        <w:tc>
          <w:tcPr>
            <w:tcW w:w="5832" w:type="dxa"/>
            <w:tcBorders>
              <w:top w:val="single" w:sz="8" w:space="0" w:color="7F8C8D"/>
              <w:left w:val="single" w:sz="8" w:space="0" w:color="7F8C8D"/>
              <w:bottom w:val="single" w:sz="8" w:space="0" w:color="7F8C8D"/>
              <w:right w:val="single" w:sz="8" w:space="0" w:color="7F8C8D"/>
            </w:tcBorders>
            <w:vAlign w:val="center"/>
          </w:tcPr>
          <w:p w14:paraId="59F3C764" w14:textId="77777777" w:rsidR="00465E6C" w:rsidRPr="004453CD" w:rsidRDefault="00465E6C" w:rsidP="002C48FE">
            <w:pPr>
              <w:spacing w:after="0" w:line="252" w:lineRule="auto"/>
              <w:rPr>
                <w:rFonts w:ascii="Yu Gothic" w:eastAsia="Yu Gothic" w:hAnsi="Yu Gothic"/>
                <w:sz w:val="24"/>
                <w:szCs w:val="28"/>
                <w:lang w:eastAsia="ja-JP"/>
              </w:rPr>
            </w:pPr>
          </w:p>
        </w:tc>
      </w:tr>
      <w:tr w:rsidR="00945779" w:rsidRPr="00416808" w14:paraId="0D75010A" w14:textId="77777777" w:rsidTr="002C48FE">
        <w:trPr>
          <w:trHeight w:val="408"/>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2A96912A" w14:textId="77777777" w:rsidR="00465E6C" w:rsidRPr="00416808" w:rsidRDefault="00465E6C" w:rsidP="002C48FE">
            <w:pPr>
              <w:spacing w:after="0" w:line="252" w:lineRule="auto"/>
              <w:rPr>
                <w:rFonts w:ascii="Yu Gothic" w:eastAsia="Yu Gothic" w:hAnsi="Yu Gothic"/>
                <w:sz w:val="22"/>
                <w:szCs w:val="24"/>
                <w:lang w:eastAsia="ja-JP"/>
              </w:rPr>
            </w:pPr>
            <w:r w:rsidRPr="00416808">
              <w:rPr>
                <w:rFonts w:ascii="Yu Gothic" w:eastAsia="Yu Gothic" w:hAnsi="Yu Gothic"/>
                <w:b/>
                <w:sz w:val="20"/>
                <w:szCs w:val="24"/>
                <w:lang w:eastAsia="ja-JP"/>
              </w:rPr>
              <w:t>法人番号（申請者が法人の場合）</w:t>
            </w:r>
          </w:p>
        </w:tc>
        <w:tc>
          <w:tcPr>
            <w:tcW w:w="5832" w:type="dxa"/>
            <w:tcBorders>
              <w:top w:val="single" w:sz="8" w:space="0" w:color="7F8C8D"/>
              <w:left w:val="single" w:sz="8" w:space="0" w:color="7F8C8D"/>
              <w:bottom w:val="single" w:sz="8" w:space="0" w:color="7F8C8D"/>
              <w:right w:val="single" w:sz="8" w:space="0" w:color="7F8C8D"/>
            </w:tcBorders>
            <w:vAlign w:val="center"/>
          </w:tcPr>
          <w:p w14:paraId="6D4BBBEA" w14:textId="77777777" w:rsidR="00465E6C" w:rsidRPr="004453CD" w:rsidRDefault="00465E6C" w:rsidP="002C48FE">
            <w:pPr>
              <w:spacing w:after="0" w:line="252" w:lineRule="auto"/>
              <w:rPr>
                <w:rFonts w:ascii="Yu Gothic" w:eastAsia="Yu Gothic" w:hAnsi="Yu Gothic"/>
                <w:sz w:val="24"/>
                <w:szCs w:val="28"/>
                <w:lang w:eastAsia="ja-JP"/>
              </w:rPr>
            </w:pPr>
          </w:p>
        </w:tc>
      </w:tr>
      <w:tr w:rsidR="00945779" w:rsidRPr="00416808" w14:paraId="36F6B2AB" w14:textId="77777777" w:rsidTr="002C48FE">
        <w:trPr>
          <w:trHeight w:val="408"/>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CB58804" w14:textId="77777777" w:rsidR="00465E6C" w:rsidRPr="00416808" w:rsidRDefault="00465E6C" w:rsidP="002C48FE">
            <w:pPr>
              <w:spacing w:after="0" w:line="252" w:lineRule="auto"/>
              <w:rPr>
                <w:rFonts w:ascii="Yu Gothic" w:eastAsia="Yu Gothic" w:hAnsi="Yu Gothic"/>
                <w:sz w:val="22"/>
                <w:szCs w:val="24"/>
                <w:lang w:eastAsia="ja-JP"/>
              </w:rPr>
            </w:pPr>
            <w:r w:rsidRPr="00416808">
              <w:rPr>
                <w:rFonts w:ascii="Yu Gothic" w:eastAsia="Yu Gothic" w:hAnsi="Yu Gothic"/>
                <w:b/>
                <w:sz w:val="20"/>
                <w:szCs w:val="24"/>
                <w:lang w:eastAsia="ja-JP"/>
              </w:rPr>
              <w:t>医薬品卸売販売業を有する拠点数</w:t>
            </w:r>
          </w:p>
        </w:tc>
        <w:tc>
          <w:tcPr>
            <w:tcW w:w="5832" w:type="dxa"/>
            <w:tcBorders>
              <w:top w:val="single" w:sz="8" w:space="0" w:color="7F8C8D"/>
              <w:left w:val="single" w:sz="8" w:space="0" w:color="7F8C8D"/>
              <w:bottom w:val="single" w:sz="8" w:space="0" w:color="7F8C8D"/>
              <w:right w:val="single" w:sz="8" w:space="0" w:color="7F8C8D"/>
            </w:tcBorders>
            <w:vAlign w:val="center"/>
          </w:tcPr>
          <w:p w14:paraId="3B2FE1D0" w14:textId="77777777" w:rsidR="00465E6C" w:rsidRPr="004453CD" w:rsidRDefault="00465E6C" w:rsidP="002C48FE">
            <w:pPr>
              <w:spacing w:after="0" w:line="252" w:lineRule="auto"/>
              <w:rPr>
                <w:rFonts w:ascii="Yu Gothic" w:eastAsia="Yu Gothic" w:hAnsi="Yu Gothic"/>
                <w:sz w:val="24"/>
                <w:szCs w:val="28"/>
                <w:lang w:eastAsia="ja-JP"/>
              </w:rPr>
            </w:pPr>
          </w:p>
        </w:tc>
      </w:tr>
    </w:tbl>
    <w:p w14:paraId="31311640" w14:textId="77777777" w:rsidR="00465E6C" w:rsidRPr="00416808" w:rsidRDefault="00465E6C" w:rsidP="00465E6C">
      <w:pPr>
        <w:spacing w:after="40"/>
        <w:rPr>
          <w:rFonts w:ascii="Yu Gothic" w:eastAsia="Yu Gothic" w:hAnsi="Yu Gothic"/>
          <w:sz w:val="22"/>
          <w:szCs w:val="24"/>
          <w:lang w:eastAsia="ja-JP"/>
        </w:rPr>
      </w:pPr>
    </w:p>
    <w:tbl>
      <w:tblPr>
        <w:tblW w:w="0" w:type="auto"/>
        <w:jc w:val="center"/>
        <w:tblLayout w:type="fixed"/>
        <w:tblLook w:val="04A0" w:firstRow="1" w:lastRow="0" w:firstColumn="1" w:lastColumn="0" w:noHBand="0" w:noVBand="1"/>
      </w:tblPr>
      <w:tblGrid>
        <w:gridCol w:w="1368"/>
        <w:gridCol w:w="2450"/>
        <w:gridCol w:w="5830"/>
      </w:tblGrid>
      <w:tr w:rsidR="00945779" w:rsidRPr="00416808" w14:paraId="5BB0B002" w14:textId="77777777" w:rsidTr="00381402">
        <w:trPr>
          <w:trHeight w:val="386"/>
          <w:jc w:val="center"/>
        </w:trPr>
        <w:tc>
          <w:tcPr>
            <w:tcW w:w="1368" w:type="dxa"/>
            <w:vMerge w:val="restart"/>
            <w:tcBorders>
              <w:top w:val="single" w:sz="8" w:space="0" w:color="7F8C8D"/>
              <w:left w:val="single" w:sz="8" w:space="0" w:color="7F8C8D"/>
              <w:bottom w:val="single" w:sz="8" w:space="0" w:color="7F8C8D"/>
              <w:right w:val="single" w:sz="8" w:space="0" w:color="7F8C8D"/>
            </w:tcBorders>
            <w:shd w:val="clear" w:color="auto" w:fill="D9E1F2"/>
            <w:vAlign w:val="center"/>
          </w:tcPr>
          <w:p w14:paraId="432F5DB5" w14:textId="77777777" w:rsidR="00465E6C" w:rsidRPr="00416808" w:rsidRDefault="00465E6C" w:rsidP="002C48FE">
            <w:pPr>
              <w:spacing w:after="0" w:line="252" w:lineRule="auto"/>
              <w:jc w:val="center"/>
              <w:rPr>
                <w:rFonts w:ascii="Yu Gothic" w:eastAsia="Yu Gothic" w:hAnsi="Yu Gothic"/>
                <w:sz w:val="22"/>
                <w:szCs w:val="24"/>
              </w:rPr>
            </w:pPr>
            <w:proofErr w:type="spellStart"/>
            <w:r w:rsidRPr="00416808">
              <w:rPr>
                <w:rFonts w:ascii="Yu Gothic" w:eastAsia="Yu Gothic" w:hAnsi="Yu Gothic"/>
                <w:b/>
                <w:sz w:val="20"/>
                <w:szCs w:val="24"/>
              </w:rPr>
              <w:t>担当者</w:t>
            </w:r>
            <w:proofErr w:type="spellEnd"/>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B2AB509" w14:textId="77777777" w:rsidR="00465E6C" w:rsidRPr="00416808" w:rsidRDefault="00465E6C" w:rsidP="002C48FE">
            <w:pPr>
              <w:spacing w:after="0" w:line="252" w:lineRule="auto"/>
              <w:jc w:val="center"/>
              <w:rPr>
                <w:rFonts w:ascii="Yu Gothic" w:eastAsia="Yu Gothic" w:hAnsi="Yu Gothic"/>
                <w:sz w:val="22"/>
                <w:szCs w:val="24"/>
              </w:rPr>
            </w:pPr>
            <w:proofErr w:type="spellStart"/>
            <w:r w:rsidRPr="00416808">
              <w:rPr>
                <w:rFonts w:ascii="Yu Gothic" w:eastAsia="Yu Gothic" w:hAnsi="Yu Gothic"/>
                <w:b/>
                <w:sz w:val="20"/>
                <w:szCs w:val="24"/>
              </w:rPr>
              <w:t>部署</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006FCA4E" w14:textId="77777777" w:rsidR="00465E6C" w:rsidRPr="004453CD" w:rsidRDefault="00465E6C" w:rsidP="002C48FE">
            <w:pPr>
              <w:spacing w:after="0" w:line="252" w:lineRule="auto"/>
              <w:rPr>
                <w:rFonts w:ascii="Yu Gothic" w:eastAsia="Yu Gothic" w:hAnsi="Yu Gothic"/>
                <w:sz w:val="24"/>
                <w:szCs w:val="28"/>
              </w:rPr>
            </w:pPr>
          </w:p>
        </w:tc>
      </w:tr>
      <w:tr w:rsidR="00945779" w:rsidRPr="00416808" w14:paraId="1C7CF668" w14:textId="77777777" w:rsidTr="00381402">
        <w:trPr>
          <w:trHeight w:val="386"/>
          <w:jc w:val="center"/>
        </w:trPr>
        <w:tc>
          <w:tcPr>
            <w:tcW w:w="1368" w:type="dxa"/>
            <w:vMerge/>
            <w:tcBorders>
              <w:top w:val="single" w:sz="8" w:space="0" w:color="7F8C8D"/>
              <w:left w:val="single" w:sz="8" w:space="0" w:color="7F8C8D"/>
              <w:bottom w:val="single" w:sz="8" w:space="0" w:color="7F8C8D"/>
              <w:right w:val="single" w:sz="8" w:space="0" w:color="7F8C8D"/>
            </w:tcBorders>
          </w:tcPr>
          <w:p w14:paraId="245D13DF" w14:textId="77777777" w:rsidR="00465E6C" w:rsidRPr="00416808" w:rsidRDefault="00465E6C" w:rsidP="002C48FE">
            <w:pPr>
              <w:rPr>
                <w:rFonts w:ascii="Yu Gothic" w:eastAsia="Yu Gothic" w:hAnsi="Yu Gothic"/>
                <w:sz w:val="22"/>
                <w:szCs w:val="24"/>
              </w:rPr>
            </w:pPr>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21D01A78" w14:textId="77777777" w:rsidR="00465E6C" w:rsidRPr="00416808" w:rsidRDefault="00465E6C" w:rsidP="002C48FE">
            <w:pPr>
              <w:spacing w:after="0" w:line="252" w:lineRule="auto"/>
              <w:jc w:val="center"/>
              <w:rPr>
                <w:rFonts w:ascii="Yu Gothic" w:eastAsia="Yu Gothic" w:hAnsi="Yu Gothic"/>
                <w:sz w:val="22"/>
                <w:szCs w:val="24"/>
              </w:rPr>
            </w:pPr>
            <w:proofErr w:type="spellStart"/>
            <w:r w:rsidRPr="00416808">
              <w:rPr>
                <w:rFonts w:ascii="Yu Gothic" w:eastAsia="Yu Gothic" w:hAnsi="Yu Gothic"/>
                <w:b/>
                <w:sz w:val="20"/>
                <w:szCs w:val="24"/>
              </w:rPr>
              <w:t>氏名</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479439DF" w14:textId="77777777" w:rsidR="00465E6C" w:rsidRPr="004453CD" w:rsidRDefault="00465E6C" w:rsidP="002C48FE">
            <w:pPr>
              <w:spacing w:after="0" w:line="252" w:lineRule="auto"/>
              <w:rPr>
                <w:rFonts w:ascii="Yu Gothic" w:eastAsia="Yu Gothic" w:hAnsi="Yu Gothic"/>
                <w:sz w:val="24"/>
                <w:szCs w:val="28"/>
              </w:rPr>
            </w:pPr>
          </w:p>
        </w:tc>
      </w:tr>
      <w:tr w:rsidR="00945779" w:rsidRPr="00416808" w14:paraId="123C582B" w14:textId="77777777" w:rsidTr="00381402">
        <w:trPr>
          <w:trHeight w:val="386"/>
          <w:jc w:val="center"/>
        </w:trPr>
        <w:tc>
          <w:tcPr>
            <w:tcW w:w="1368" w:type="dxa"/>
            <w:vMerge/>
            <w:tcBorders>
              <w:top w:val="single" w:sz="8" w:space="0" w:color="7F8C8D"/>
              <w:left w:val="single" w:sz="8" w:space="0" w:color="7F8C8D"/>
              <w:bottom w:val="single" w:sz="8" w:space="0" w:color="7F8C8D"/>
              <w:right w:val="single" w:sz="8" w:space="0" w:color="7F8C8D"/>
            </w:tcBorders>
          </w:tcPr>
          <w:p w14:paraId="0105B7D2" w14:textId="77777777" w:rsidR="00465E6C" w:rsidRPr="00416808" w:rsidRDefault="00465E6C" w:rsidP="002C48FE">
            <w:pPr>
              <w:rPr>
                <w:rFonts w:ascii="Yu Gothic" w:eastAsia="Yu Gothic" w:hAnsi="Yu Gothic"/>
                <w:sz w:val="22"/>
                <w:szCs w:val="24"/>
              </w:rPr>
            </w:pPr>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369A411" w14:textId="77777777" w:rsidR="00465E6C" w:rsidRPr="00416808" w:rsidRDefault="00465E6C" w:rsidP="002C48FE">
            <w:pPr>
              <w:spacing w:after="0" w:line="252" w:lineRule="auto"/>
              <w:jc w:val="center"/>
              <w:rPr>
                <w:rFonts w:ascii="Yu Gothic" w:eastAsia="Yu Gothic" w:hAnsi="Yu Gothic"/>
                <w:sz w:val="22"/>
                <w:szCs w:val="24"/>
              </w:rPr>
            </w:pPr>
            <w:proofErr w:type="spellStart"/>
            <w:r w:rsidRPr="00416808">
              <w:rPr>
                <w:rFonts w:ascii="Yu Gothic" w:eastAsia="Yu Gothic" w:hAnsi="Yu Gothic"/>
                <w:b/>
                <w:sz w:val="20"/>
                <w:szCs w:val="24"/>
              </w:rPr>
              <w:t>電話番号</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16C80389" w14:textId="77777777" w:rsidR="00465E6C" w:rsidRPr="004453CD" w:rsidRDefault="00465E6C" w:rsidP="002C48FE">
            <w:pPr>
              <w:spacing w:after="0" w:line="252" w:lineRule="auto"/>
              <w:rPr>
                <w:rFonts w:ascii="Yu Gothic" w:eastAsia="Yu Gothic" w:hAnsi="Yu Gothic"/>
                <w:sz w:val="24"/>
                <w:szCs w:val="28"/>
              </w:rPr>
            </w:pPr>
          </w:p>
        </w:tc>
      </w:tr>
      <w:tr w:rsidR="00945779" w:rsidRPr="00416808" w14:paraId="23AD4349" w14:textId="77777777" w:rsidTr="00381402">
        <w:trPr>
          <w:trHeight w:val="386"/>
          <w:jc w:val="center"/>
        </w:trPr>
        <w:tc>
          <w:tcPr>
            <w:tcW w:w="1368" w:type="dxa"/>
            <w:vMerge/>
            <w:tcBorders>
              <w:top w:val="single" w:sz="8" w:space="0" w:color="7F8C8D"/>
              <w:left w:val="single" w:sz="8" w:space="0" w:color="7F8C8D"/>
              <w:bottom w:val="single" w:sz="8" w:space="0" w:color="7F8C8D"/>
              <w:right w:val="single" w:sz="8" w:space="0" w:color="7F8C8D"/>
            </w:tcBorders>
          </w:tcPr>
          <w:p w14:paraId="300F2258" w14:textId="77777777" w:rsidR="00465E6C" w:rsidRPr="00416808" w:rsidRDefault="00465E6C" w:rsidP="002C48FE">
            <w:pPr>
              <w:rPr>
                <w:rFonts w:ascii="Yu Gothic" w:eastAsia="Yu Gothic" w:hAnsi="Yu Gothic"/>
                <w:sz w:val="22"/>
                <w:szCs w:val="24"/>
              </w:rPr>
            </w:pPr>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FA550B3" w14:textId="77777777" w:rsidR="00465E6C" w:rsidRPr="00416808" w:rsidRDefault="00465E6C" w:rsidP="002C48FE">
            <w:pPr>
              <w:spacing w:after="0" w:line="252" w:lineRule="auto"/>
              <w:jc w:val="center"/>
              <w:rPr>
                <w:rFonts w:ascii="Yu Gothic" w:eastAsia="Yu Gothic" w:hAnsi="Yu Gothic"/>
                <w:sz w:val="22"/>
                <w:szCs w:val="24"/>
              </w:rPr>
            </w:pPr>
            <w:proofErr w:type="spellStart"/>
            <w:r w:rsidRPr="00416808">
              <w:rPr>
                <w:rFonts w:ascii="Yu Gothic" w:eastAsia="Yu Gothic" w:hAnsi="Yu Gothic"/>
                <w:b/>
                <w:sz w:val="20"/>
                <w:szCs w:val="24"/>
              </w:rPr>
              <w:t>メールアドレス</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1415CEDA" w14:textId="77777777" w:rsidR="00465E6C" w:rsidRPr="004453CD" w:rsidRDefault="00465E6C" w:rsidP="002C48FE">
            <w:pPr>
              <w:spacing w:after="0" w:line="252" w:lineRule="auto"/>
              <w:rPr>
                <w:rFonts w:ascii="Yu Gothic" w:eastAsia="Yu Gothic" w:hAnsi="Yu Gothic"/>
                <w:sz w:val="24"/>
                <w:szCs w:val="28"/>
              </w:rPr>
            </w:pPr>
          </w:p>
        </w:tc>
      </w:tr>
    </w:tbl>
    <w:p w14:paraId="48FB02F0" w14:textId="77777777" w:rsidR="00465E6C" w:rsidRPr="00945779" w:rsidRDefault="00465E6C" w:rsidP="00465E6C">
      <w:pPr>
        <w:spacing w:after="0"/>
        <w:rPr>
          <w:rFonts w:ascii="Yu Gothic" w:eastAsia="Yu Gothic" w:hAnsi="Yu Gothic"/>
        </w:rPr>
      </w:pPr>
      <w:r w:rsidRPr="00945779">
        <w:rPr>
          <w:rFonts w:ascii="Yu Gothic" w:eastAsia="Yu Gothic" w:hAnsi="Yu Gothic"/>
          <w:sz w:val="2"/>
        </w:rPr>
        <w:br w:type="page"/>
      </w:r>
    </w:p>
    <w:p w14:paraId="60AC8C99" w14:textId="77777777" w:rsidR="00465E6C" w:rsidRPr="00945779" w:rsidRDefault="00465E6C" w:rsidP="00465E6C">
      <w:pPr>
        <w:pStyle w:val="1"/>
        <w:spacing w:before="160" w:after="120"/>
        <w:rPr>
          <w:color w:val="auto"/>
        </w:rPr>
      </w:pPr>
      <w:r w:rsidRPr="00945779">
        <w:rPr>
          <w:rFonts w:ascii="Yu Gothic" w:eastAsia="Yu Gothic" w:hAnsi="Yu Gothic"/>
          <w:color w:val="auto"/>
        </w:rPr>
        <w:lastRenderedPageBreak/>
        <w:t xml:space="preserve">2　</w:t>
      </w:r>
      <w:proofErr w:type="spellStart"/>
      <w:r w:rsidRPr="00945779">
        <w:rPr>
          <w:rFonts w:ascii="Yu Gothic" w:eastAsia="Yu Gothic" w:hAnsi="Yu Gothic"/>
          <w:color w:val="auto"/>
        </w:rPr>
        <w:t>事業計画</w:t>
      </w:r>
      <w:proofErr w:type="spellEnd"/>
    </w:p>
    <w:p w14:paraId="569ABA7F" w14:textId="77777777" w:rsidR="00465E6C" w:rsidRPr="00416808" w:rsidRDefault="00465E6C" w:rsidP="00465E6C">
      <w:pPr>
        <w:spacing w:after="40" w:line="264" w:lineRule="auto"/>
        <w:ind w:left="113"/>
        <w:rPr>
          <w:rFonts w:ascii="Yu Gothic" w:eastAsia="Yu Gothic" w:hAnsi="Yu Gothic"/>
          <w:sz w:val="20"/>
          <w:szCs w:val="24"/>
          <w:lang w:eastAsia="ja-JP"/>
        </w:rPr>
      </w:pPr>
      <w:r w:rsidRPr="00416808">
        <w:rPr>
          <w:rFonts w:ascii="Yu Gothic" w:eastAsia="Yu Gothic" w:hAnsi="Yu Gothic"/>
          <w:sz w:val="20"/>
          <w:szCs w:val="24"/>
          <w:lang w:eastAsia="ja-JP"/>
        </w:rPr>
        <w:t>※　購入を予定している災害用備品を公募要領に示す対象備品から選択し、備品ごとに「購入目的」、</w:t>
      </w:r>
    </w:p>
    <w:p w14:paraId="08F19014" w14:textId="77777777" w:rsidR="00465E6C" w:rsidRPr="00416808" w:rsidRDefault="00465E6C" w:rsidP="00465E6C">
      <w:pPr>
        <w:spacing w:after="40" w:line="264" w:lineRule="auto"/>
        <w:ind w:left="113" w:firstLineChars="100" w:firstLine="200"/>
        <w:rPr>
          <w:sz w:val="22"/>
          <w:szCs w:val="24"/>
          <w:lang w:eastAsia="ja-JP"/>
        </w:rPr>
      </w:pPr>
      <w:r w:rsidRPr="00416808">
        <w:rPr>
          <w:rFonts w:ascii="Yu Gothic" w:eastAsia="Yu Gothic" w:hAnsi="Yu Gothic"/>
          <w:sz w:val="20"/>
          <w:szCs w:val="24"/>
          <w:lang w:eastAsia="ja-JP"/>
        </w:rPr>
        <w:t>「備品配置予定の営業所」、「当該営業所の選定理由」及び「購入数量」が分かるよう記載してください。</w:t>
      </w:r>
    </w:p>
    <w:p w14:paraId="3630FEFF" w14:textId="77777777" w:rsidR="00465E6C" w:rsidRPr="00416808" w:rsidRDefault="00465E6C" w:rsidP="00465E6C">
      <w:pPr>
        <w:spacing w:after="40" w:line="264" w:lineRule="auto"/>
        <w:ind w:left="113"/>
        <w:rPr>
          <w:sz w:val="22"/>
          <w:szCs w:val="24"/>
          <w:lang w:eastAsia="ja-JP"/>
        </w:rPr>
      </w:pPr>
      <w:r w:rsidRPr="00416808">
        <w:rPr>
          <w:rFonts w:ascii="Yu Gothic" w:eastAsia="Yu Gothic" w:hAnsi="Yu Gothic"/>
          <w:sz w:val="20"/>
          <w:szCs w:val="24"/>
          <w:lang w:eastAsia="ja-JP"/>
        </w:rPr>
        <w:t>※　複数の営業所に配置する場合は、営業所ごとの選定理由及び数量が分かるよう記載してください。</w:t>
      </w:r>
    </w:p>
    <w:p w14:paraId="10B34B2A" w14:textId="77777777" w:rsidR="00465E6C" w:rsidRPr="00416808" w:rsidRDefault="00465E6C" w:rsidP="00465E6C">
      <w:pPr>
        <w:spacing w:after="40" w:line="264" w:lineRule="auto"/>
        <w:ind w:left="113"/>
        <w:rPr>
          <w:sz w:val="22"/>
          <w:szCs w:val="24"/>
          <w:lang w:eastAsia="ja-JP"/>
        </w:rPr>
      </w:pPr>
      <w:r w:rsidRPr="00416808">
        <w:rPr>
          <w:rFonts w:ascii="Yu Gothic" w:eastAsia="Yu Gothic" w:hAnsi="Yu Gothic"/>
          <w:sz w:val="20"/>
          <w:szCs w:val="24"/>
          <w:lang w:eastAsia="ja-JP"/>
        </w:rPr>
        <w:t>※　購入する備品の概要が分かる資料（パンフレット等）を添付してください。</w:t>
      </w:r>
    </w:p>
    <w:tbl>
      <w:tblPr>
        <w:tblW w:w="0" w:type="auto"/>
        <w:jc w:val="center"/>
        <w:tblLayout w:type="fixed"/>
        <w:tblLook w:val="04A0" w:firstRow="1" w:lastRow="0" w:firstColumn="1" w:lastColumn="0" w:noHBand="0" w:noVBand="1"/>
      </w:tblPr>
      <w:tblGrid>
        <w:gridCol w:w="2400"/>
        <w:gridCol w:w="1843"/>
        <w:gridCol w:w="2410"/>
        <w:gridCol w:w="1984"/>
        <w:gridCol w:w="1227"/>
      </w:tblGrid>
      <w:tr w:rsidR="00945779" w:rsidRPr="00945779" w14:paraId="0FBE42EA" w14:textId="77777777" w:rsidTr="00416808">
        <w:trPr>
          <w:tblHeader/>
          <w:jc w:val="center"/>
        </w:trPr>
        <w:tc>
          <w:tcPr>
            <w:tcW w:w="240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9574B85" w14:textId="77777777" w:rsidR="00465E6C" w:rsidRPr="00416808" w:rsidRDefault="00465E6C" w:rsidP="002C48FE">
            <w:pPr>
              <w:spacing w:after="0" w:line="252" w:lineRule="auto"/>
              <w:jc w:val="center"/>
              <w:rPr>
                <w:sz w:val="20"/>
                <w:szCs w:val="20"/>
              </w:rPr>
            </w:pPr>
            <w:proofErr w:type="spellStart"/>
            <w:r w:rsidRPr="00416808">
              <w:rPr>
                <w:rFonts w:ascii="Yu Gothic" w:eastAsia="Yu Gothic" w:hAnsi="Yu Gothic"/>
                <w:b/>
                <w:sz w:val="20"/>
                <w:szCs w:val="20"/>
              </w:rPr>
              <w:t>対象備品</w:t>
            </w:r>
            <w:proofErr w:type="spellEnd"/>
          </w:p>
        </w:tc>
        <w:tc>
          <w:tcPr>
            <w:tcW w:w="1843"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4F90F2C" w14:textId="77777777" w:rsidR="00465E6C" w:rsidRPr="00416808" w:rsidRDefault="00465E6C" w:rsidP="002C48FE">
            <w:pPr>
              <w:spacing w:after="0" w:line="252" w:lineRule="auto"/>
              <w:jc w:val="center"/>
              <w:rPr>
                <w:sz w:val="20"/>
                <w:szCs w:val="20"/>
              </w:rPr>
            </w:pPr>
            <w:proofErr w:type="spellStart"/>
            <w:r w:rsidRPr="00416808">
              <w:rPr>
                <w:rFonts w:ascii="Yu Gothic" w:eastAsia="Yu Gothic" w:hAnsi="Yu Gothic"/>
                <w:b/>
                <w:sz w:val="20"/>
                <w:szCs w:val="20"/>
              </w:rPr>
              <w:t>購入目的</w:t>
            </w:r>
            <w:proofErr w:type="spellEnd"/>
          </w:p>
        </w:tc>
        <w:tc>
          <w:tcPr>
            <w:tcW w:w="241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1C7ED5D" w14:textId="77777777" w:rsidR="00465E6C" w:rsidRPr="00416808" w:rsidRDefault="00465E6C" w:rsidP="002C48FE">
            <w:pPr>
              <w:spacing w:after="0" w:line="252" w:lineRule="auto"/>
              <w:jc w:val="center"/>
              <w:rPr>
                <w:sz w:val="20"/>
                <w:szCs w:val="20"/>
                <w:lang w:eastAsia="ja-JP"/>
              </w:rPr>
            </w:pPr>
            <w:r w:rsidRPr="00416808">
              <w:rPr>
                <w:rFonts w:ascii="Yu Gothic" w:eastAsia="Yu Gothic" w:hAnsi="Yu Gothic"/>
                <w:b/>
                <w:sz w:val="20"/>
                <w:szCs w:val="20"/>
                <w:lang w:eastAsia="ja-JP"/>
              </w:rPr>
              <w:t>備品配置予定の営業所</w:t>
            </w:r>
          </w:p>
        </w:tc>
        <w:tc>
          <w:tcPr>
            <w:tcW w:w="198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DE9F594" w14:textId="77777777" w:rsidR="00465E6C" w:rsidRPr="00416808" w:rsidRDefault="00465E6C" w:rsidP="002C48FE">
            <w:pPr>
              <w:spacing w:after="0" w:line="252" w:lineRule="auto"/>
              <w:jc w:val="center"/>
              <w:rPr>
                <w:sz w:val="20"/>
                <w:szCs w:val="20"/>
              </w:rPr>
            </w:pPr>
            <w:proofErr w:type="spellStart"/>
            <w:r w:rsidRPr="00416808">
              <w:rPr>
                <w:rFonts w:ascii="Yu Gothic" w:eastAsia="Yu Gothic" w:hAnsi="Yu Gothic"/>
                <w:b/>
                <w:sz w:val="20"/>
                <w:szCs w:val="20"/>
              </w:rPr>
              <w:t>営業所の選定理由</w:t>
            </w:r>
            <w:proofErr w:type="spellEnd"/>
          </w:p>
        </w:tc>
        <w:tc>
          <w:tcPr>
            <w:tcW w:w="1227"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37F2515" w14:textId="77777777" w:rsidR="00465E6C" w:rsidRPr="00416808" w:rsidRDefault="00465E6C" w:rsidP="002C48FE">
            <w:pPr>
              <w:spacing w:after="0" w:line="252" w:lineRule="auto"/>
              <w:jc w:val="center"/>
              <w:rPr>
                <w:sz w:val="20"/>
                <w:szCs w:val="20"/>
              </w:rPr>
            </w:pPr>
            <w:proofErr w:type="spellStart"/>
            <w:r w:rsidRPr="00416808">
              <w:rPr>
                <w:rFonts w:ascii="Yu Gothic" w:eastAsia="Yu Gothic" w:hAnsi="Yu Gothic"/>
                <w:b/>
                <w:sz w:val="20"/>
                <w:szCs w:val="20"/>
              </w:rPr>
              <w:t>購入数量</w:t>
            </w:r>
            <w:proofErr w:type="spellEnd"/>
          </w:p>
        </w:tc>
      </w:tr>
      <w:tr w:rsidR="00945779" w:rsidRPr="00945779" w14:paraId="2DDD260E" w14:textId="77777777" w:rsidTr="00416808">
        <w:trPr>
          <w:trHeight w:val="1442"/>
          <w:jc w:val="center"/>
        </w:trPr>
        <w:tc>
          <w:tcPr>
            <w:tcW w:w="240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119CBE6" w14:textId="77777777" w:rsidR="00465E6C" w:rsidRPr="00416808" w:rsidRDefault="00465E6C" w:rsidP="002C48FE">
            <w:pPr>
              <w:spacing w:after="0" w:line="252" w:lineRule="auto"/>
              <w:rPr>
                <w:sz w:val="20"/>
                <w:szCs w:val="20"/>
              </w:rPr>
            </w:pPr>
            <w:proofErr w:type="spellStart"/>
            <w:r w:rsidRPr="00416808">
              <w:rPr>
                <w:rFonts w:ascii="Yu Gothic" w:eastAsia="Yu Gothic" w:hAnsi="Yu Gothic"/>
                <w:b/>
                <w:sz w:val="20"/>
                <w:szCs w:val="20"/>
              </w:rPr>
              <w:t>災害用衛星電話</w:t>
            </w:r>
            <w:proofErr w:type="spellEnd"/>
          </w:p>
        </w:tc>
        <w:tc>
          <w:tcPr>
            <w:tcW w:w="1843" w:type="dxa"/>
            <w:tcBorders>
              <w:top w:val="single" w:sz="8" w:space="0" w:color="7F8C8D"/>
              <w:left w:val="single" w:sz="8" w:space="0" w:color="7F8C8D"/>
              <w:bottom w:val="single" w:sz="8" w:space="0" w:color="7F8C8D"/>
              <w:right w:val="single" w:sz="8" w:space="0" w:color="7F8C8D"/>
            </w:tcBorders>
            <w:vAlign w:val="center"/>
          </w:tcPr>
          <w:p w14:paraId="25AFF592" w14:textId="77777777" w:rsidR="00465E6C" w:rsidRPr="004453CD" w:rsidRDefault="00465E6C" w:rsidP="002C48FE">
            <w:pPr>
              <w:spacing w:after="0" w:line="252" w:lineRule="auto"/>
              <w:rPr>
                <w:sz w:val="24"/>
                <w:szCs w:val="24"/>
              </w:rPr>
            </w:pPr>
          </w:p>
        </w:tc>
        <w:tc>
          <w:tcPr>
            <w:tcW w:w="2410" w:type="dxa"/>
            <w:tcBorders>
              <w:top w:val="single" w:sz="8" w:space="0" w:color="7F8C8D"/>
              <w:left w:val="single" w:sz="8" w:space="0" w:color="7F8C8D"/>
              <w:bottom w:val="single" w:sz="8" w:space="0" w:color="7F8C8D"/>
              <w:right w:val="single" w:sz="8" w:space="0" w:color="7F8C8D"/>
            </w:tcBorders>
            <w:vAlign w:val="center"/>
          </w:tcPr>
          <w:p w14:paraId="6A6CB2A9" w14:textId="77777777" w:rsidR="00465E6C" w:rsidRPr="004453CD" w:rsidRDefault="00465E6C" w:rsidP="002C48FE">
            <w:pPr>
              <w:spacing w:after="0" w:line="252" w:lineRule="auto"/>
              <w:rPr>
                <w:sz w:val="24"/>
                <w:szCs w:val="24"/>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670EE851" w14:textId="77777777" w:rsidR="00465E6C" w:rsidRPr="004453CD" w:rsidRDefault="00465E6C" w:rsidP="002C48FE">
            <w:pPr>
              <w:spacing w:after="0" w:line="252" w:lineRule="auto"/>
              <w:rPr>
                <w:sz w:val="24"/>
                <w:szCs w:val="24"/>
              </w:rPr>
            </w:pPr>
          </w:p>
        </w:tc>
        <w:tc>
          <w:tcPr>
            <w:tcW w:w="1227" w:type="dxa"/>
            <w:tcBorders>
              <w:top w:val="single" w:sz="8" w:space="0" w:color="7F8C8D"/>
              <w:left w:val="single" w:sz="8" w:space="0" w:color="7F8C8D"/>
              <w:bottom w:val="single" w:sz="8" w:space="0" w:color="7F8C8D"/>
              <w:right w:val="single" w:sz="8" w:space="0" w:color="7F8C8D"/>
            </w:tcBorders>
            <w:vAlign w:val="center"/>
          </w:tcPr>
          <w:p w14:paraId="41F34CFC" w14:textId="77777777" w:rsidR="00465E6C" w:rsidRPr="004453CD" w:rsidRDefault="00465E6C" w:rsidP="002C48FE">
            <w:pPr>
              <w:spacing w:after="0" w:line="252" w:lineRule="auto"/>
              <w:rPr>
                <w:sz w:val="24"/>
                <w:szCs w:val="24"/>
              </w:rPr>
            </w:pPr>
          </w:p>
        </w:tc>
      </w:tr>
      <w:tr w:rsidR="00945779" w:rsidRPr="00945779" w14:paraId="0E936B11" w14:textId="77777777" w:rsidTr="00416808">
        <w:trPr>
          <w:trHeight w:val="1442"/>
          <w:jc w:val="center"/>
        </w:trPr>
        <w:tc>
          <w:tcPr>
            <w:tcW w:w="240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CA2EAF1" w14:textId="77777777" w:rsidR="00416808" w:rsidRPr="00416808" w:rsidRDefault="00465E6C" w:rsidP="002C48FE">
            <w:pPr>
              <w:spacing w:after="0" w:line="252" w:lineRule="auto"/>
              <w:rPr>
                <w:rFonts w:ascii="Yu Gothic" w:eastAsia="Yu Gothic" w:hAnsi="Yu Gothic"/>
                <w:b/>
                <w:sz w:val="20"/>
                <w:szCs w:val="20"/>
                <w:lang w:eastAsia="ja-JP"/>
              </w:rPr>
            </w:pPr>
            <w:r w:rsidRPr="00416808">
              <w:rPr>
                <w:rFonts w:ascii="Yu Gothic" w:eastAsia="Yu Gothic" w:hAnsi="Yu Gothic"/>
                <w:b/>
                <w:sz w:val="20"/>
                <w:szCs w:val="20"/>
                <w:lang w:eastAsia="ja-JP"/>
              </w:rPr>
              <w:t>医薬品保冷用</w:t>
            </w:r>
          </w:p>
          <w:p w14:paraId="1809BE01" w14:textId="4E02CDED" w:rsidR="00465E6C" w:rsidRPr="00416808" w:rsidRDefault="00465E6C" w:rsidP="002C48FE">
            <w:pPr>
              <w:spacing w:after="0" w:line="252" w:lineRule="auto"/>
              <w:rPr>
                <w:sz w:val="20"/>
                <w:szCs w:val="20"/>
                <w:lang w:eastAsia="ja-JP"/>
              </w:rPr>
            </w:pPr>
            <w:r w:rsidRPr="00416808">
              <w:rPr>
                <w:rFonts w:ascii="Yu Gothic" w:eastAsia="Yu Gothic" w:hAnsi="Yu Gothic"/>
                <w:b/>
                <w:sz w:val="20"/>
                <w:szCs w:val="20"/>
                <w:lang w:eastAsia="ja-JP"/>
              </w:rPr>
              <w:t>バッテリー内蔵バック</w:t>
            </w:r>
          </w:p>
        </w:tc>
        <w:tc>
          <w:tcPr>
            <w:tcW w:w="1843" w:type="dxa"/>
            <w:tcBorders>
              <w:top w:val="single" w:sz="8" w:space="0" w:color="7F8C8D"/>
              <w:left w:val="single" w:sz="8" w:space="0" w:color="7F8C8D"/>
              <w:bottom w:val="single" w:sz="8" w:space="0" w:color="7F8C8D"/>
              <w:right w:val="single" w:sz="8" w:space="0" w:color="7F8C8D"/>
            </w:tcBorders>
            <w:vAlign w:val="center"/>
          </w:tcPr>
          <w:p w14:paraId="48CAFAD0" w14:textId="77777777" w:rsidR="00465E6C" w:rsidRPr="004453CD" w:rsidRDefault="00465E6C" w:rsidP="002C48FE">
            <w:pPr>
              <w:spacing w:after="0" w:line="252" w:lineRule="auto"/>
              <w:rPr>
                <w:sz w:val="24"/>
                <w:szCs w:val="24"/>
                <w:lang w:eastAsia="ja-JP"/>
              </w:rPr>
            </w:pPr>
          </w:p>
        </w:tc>
        <w:tc>
          <w:tcPr>
            <w:tcW w:w="2410" w:type="dxa"/>
            <w:tcBorders>
              <w:top w:val="single" w:sz="8" w:space="0" w:color="7F8C8D"/>
              <w:left w:val="single" w:sz="8" w:space="0" w:color="7F8C8D"/>
              <w:bottom w:val="single" w:sz="8" w:space="0" w:color="7F8C8D"/>
              <w:right w:val="single" w:sz="8" w:space="0" w:color="7F8C8D"/>
            </w:tcBorders>
            <w:vAlign w:val="center"/>
          </w:tcPr>
          <w:p w14:paraId="2E04DE39" w14:textId="77777777" w:rsidR="00465E6C" w:rsidRPr="004453CD" w:rsidRDefault="00465E6C" w:rsidP="002C48FE">
            <w:pPr>
              <w:spacing w:after="0" w:line="252" w:lineRule="auto"/>
              <w:rPr>
                <w:sz w:val="24"/>
                <w:szCs w:val="24"/>
                <w:lang w:eastAsia="ja-JP"/>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0BCDF053" w14:textId="77777777" w:rsidR="00465E6C" w:rsidRPr="004453CD" w:rsidRDefault="00465E6C" w:rsidP="002C48FE">
            <w:pPr>
              <w:spacing w:after="0" w:line="252" w:lineRule="auto"/>
              <w:rPr>
                <w:sz w:val="24"/>
                <w:szCs w:val="24"/>
                <w:lang w:eastAsia="ja-JP"/>
              </w:rPr>
            </w:pPr>
          </w:p>
        </w:tc>
        <w:tc>
          <w:tcPr>
            <w:tcW w:w="1227" w:type="dxa"/>
            <w:tcBorders>
              <w:top w:val="single" w:sz="8" w:space="0" w:color="7F8C8D"/>
              <w:left w:val="single" w:sz="8" w:space="0" w:color="7F8C8D"/>
              <w:bottom w:val="single" w:sz="8" w:space="0" w:color="7F8C8D"/>
              <w:right w:val="single" w:sz="8" w:space="0" w:color="7F8C8D"/>
            </w:tcBorders>
            <w:vAlign w:val="center"/>
          </w:tcPr>
          <w:p w14:paraId="76895BCB" w14:textId="77777777" w:rsidR="00465E6C" w:rsidRPr="004453CD" w:rsidRDefault="00465E6C" w:rsidP="002C48FE">
            <w:pPr>
              <w:spacing w:after="0" w:line="252" w:lineRule="auto"/>
              <w:rPr>
                <w:sz w:val="24"/>
                <w:szCs w:val="24"/>
                <w:lang w:eastAsia="ja-JP"/>
              </w:rPr>
            </w:pPr>
          </w:p>
        </w:tc>
      </w:tr>
    </w:tbl>
    <w:p w14:paraId="487F2971" w14:textId="77777777" w:rsidR="00465E6C" w:rsidRPr="00945779" w:rsidRDefault="00465E6C" w:rsidP="00465E6C">
      <w:pPr>
        <w:spacing w:after="80"/>
        <w:rPr>
          <w:lang w:eastAsia="ja-JP"/>
        </w:rPr>
      </w:pPr>
    </w:p>
    <w:p w14:paraId="5165ABB7" w14:textId="77777777" w:rsidR="00465E6C" w:rsidRPr="00945779" w:rsidRDefault="00465E6C" w:rsidP="00465E6C">
      <w:pPr>
        <w:spacing w:after="80"/>
        <w:rPr>
          <w:lang w:eastAsia="ja-JP"/>
        </w:rPr>
      </w:pPr>
      <w:r w:rsidRPr="00945779">
        <w:rPr>
          <w:rFonts w:ascii="Yu Gothic" w:eastAsia="Yu Gothic" w:hAnsi="Yu Gothic"/>
          <w:b/>
          <w:lang w:eastAsia="ja-JP"/>
        </w:rPr>
        <w:t>【事業計画に関する補足事項】</w:t>
      </w:r>
    </w:p>
    <w:tbl>
      <w:tblPr>
        <w:tblW w:w="0" w:type="auto"/>
        <w:jc w:val="center"/>
        <w:tblLayout w:type="fixed"/>
        <w:tblLook w:val="04A0" w:firstRow="1" w:lastRow="0" w:firstColumn="1" w:lastColumn="0" w:noHBand="0" w:noVBand="1"/>
      </w:tblPr>
      <w:tblGrid>
        <w:gridCol w:w="9864"/>
      </w:tblGrid>
      <w:tr w:rsidR="00945779" w:rsidRPr="00945779" w14:paraId="032D6A10" w14:textId="77777777" w:rsidTr="002C48FE">
        <w:trPr>
          <w:trHeight w:val="1814"/>
          <w:jc w:val="center"/>
        </w:trPr>
        <w:tc>
          <w:tcPr>
            <w:tcW w:w="9864" w:type="dxa"/>
            <w:tcBorders>
              <w:top w:val="single" w:sz="8" w:space="0" w:color="7F8C8D"/>
              <w:left w:val="single" w:sz="8" w:space="0" w:color="7F8C8D"/>
              <w:bottom w:val="single" w:sz="8" w:space="0" w:color="7F8C8D"/>
              <w:right w:val="single" w:sz="8" w:space="0" w:color="7F8C8D"/>
            </w:tcBorders>
            <w:vAlign w:val="center"/>
          </w:tcPr>
          <w:p w14:paraId="44797940" w14:textId="77777777" w:rsidR="00465E6C" w:rsidRPr="004453CD" w:rsidRDefault="00465E6C" w:rsidP="002C48FE">
            <w:pPr>
              <w:spacing w:after="0" w:line="252" w:lineRule="auto"/>
              <w:rPr>
                <w:sz w:val="24"/>
                <w:szCs w:val="28"/>
                <w:lang w:eastAsia="ja-JP"/>
              </w:rPr>
            </w:pPr>
          </w:p>
        </w:tc>
      </w:tr>
    </w:tbl>
    <w:p w14:paraId="004AAB2D" w14:textId="77777777" w:rsidR="00465E6C" w:rsidRPr="00945779" w:rsidRDefault="00465E6C" w:rsidP="00465E6C">
      <w:pPr>
        <w:spacing w:after="0"/>
        <w:rPr>
          <w:lang w:eastAsia="ja-JP"/>
        </w:rPr>
      </w:pPr>
      <w:r w:rsidRPr="00945779">
        <w:rPr>
          <w:rFonts w:ascii="Yu Gothic" w:eastAsia="Yu Gothic" w:hAnsi="Yu Gothic"/>
          <w:sz w:val="2"/>
          <w:lang w:eastAsia="ja-JP"/>
        </w:rPr>
        <w:br w:type="page"/>
      </w:r>
    </w:p>
    <w:p w14:paraId="4B959C24" w14:textId="77777777" w:rsidR="00465E6C" w:rsidRPr="00945779" w:rsidRDefault="00465E6C" w:rsidP="00465E6C">
      <w:pPr>
        <w:pStyle w:val="1"/>
        <w:spacing w:before="160" w:after="120"/>
        <w:rPr>
          <w:color w:val="auto"/>
          <w:lang w:eastAsia="ja-JP"/>
        </w:rPr>
      </w:pPr>
      <w:r w:rsidRPr="00945779">
        <w:rPr>
          <w:rFonts w:ascii="Yu Gothic" w:eastAsia="Yu Gothic" w:hAnsi="Yu Gothic"/>
          <w:color w:val="auto"/>
          <w:lang w:eastAsia="ja-JP"/>
        </w:rPr>
        <w:lastRenderedPageBreak/>
        <w:t>3　事業に必要な経費</w:t>
      </w:r>
    </w:p>
    <w:p w14:paraId="4593E3CB" w14:textId="77777777" w:rsidR="00465E6C" w:rsidRPr="00945779" w:rsidRDefault="00465E6C" w:rsidP="00465E6C">
      <w:pPr>
        <w:spacing w:after="80"/>
        <w:rPr>
          <w:lang w:eastAsia="ja-JP"/>
        </w:rPr>
      </w:pPr>
      <w:r w:rsidRPr="00945779">
        <w:rPr>
          <w:rFonts w:ascii="Yu Gothic" w:eastAsia="Yu Gothic" w:hAnsi="Yu Gothic"/>
          <w:b/>
          <w:sz w:val="22"/>
          <w:lang w:eastAsia="ja-JP"/>
        </w:rPr>
        <w:t>（1）補助基準額の算定</w:t>
      </w:r>
    </w:p>
    <w:p w14:paraId="5596C0B5" w14:textId="77777777" w:rsidR="00465E6C" w:rsidRPr="00416808" w:rsidRDefault="00465E6C" w:rsidP="00465E6C">
      <w:pPr>
        <w:spacing w:after="40" w:line="264" w:lineRule="auto"/>
        <w:ind w:leftChars="100" w:left="610" w:hangingChars="200" w:hanging="400"/>
        <w:rPr>
          <w:sz w:val="22"/>
          <w:szCs w:val="24"/>
          <w:lang w:eastAsia="ja-JP"/>
        </w:rPr>
      </w:pPr>
      <w:r w:rsidRPr="00416808">
        <w:rPr>
          <w:rFonts w:ascii="Yu Gothic" w:eastAsia="Yu Gothic" w:hAnsi="Yu Gothic"/>
          <w:sz w:val="20"/>
          <w:szCs w:val="24"/>
          <w:lang w:eastAsia="ja-JP"/>
        </w:rPr>
        <w:t>※　補助基準額は、公募要領に定める基準単価に算定数量を乗じて算出してください。補助金額は補助基準額の2分の1</w:t>
      </w:r>
      <w:r w:rsidRPr="00416808">
        <w:rPr>
          <w:rFonts w:ascii="Yu Gothic" w:eastAsia="Yu Gothic" w:hAnsi="Yu Gothic" w:hint="eastAsia"/>
          <w:sz w:val="20"/>
          <w:szCs w:val="24"/>
          <w:lang w:eastAsia="ja-JP"/>
        </w:rPr>
        <w:t xml:space="preserve">　</w:t>
      </w:r>
      <w:r w:rsidRPr="00416808">
        <w:rPr>
          <w:rFonts w:ascii="Yu Gothic" w:eastAsia="Yu Gothic" w:hAnsi="Yu Gothic"/>
          <w:sz w:val="20"/>
          <w:szCs w:val="24"/>
          <w:lang w:eastAsia="ja-JP"/>
        </w:rPr>
        <w:t>です。</w:t>
      </w:r>
    </w:p>
    <w:p w14:paraId="136BB10E" w14:textId="77777777" w:rsidR="00465E6C" w:rsidRPr="00416808" w:rsidRDefault="00465E6C" w:rsidP="00465E6C">
      <w:pPr>
        <w:spacing w:after="40" w:line="264" w:lineRule="auto"/>
        <w:ind w:left="113" w:firstLineChars="50" w:firstLine="100"/>
        <w:rPr>
          <w:sz w:val="22"/>
          <w:szCs w:val="24"/>
          <w:lang w:eastAsia="ja-JP"/>
        </w:rPr>
      </w:pPr>
      <w:r w:rsidRPr="00416808">
        <w:rPr>
          <w:rFonts w:ascii="Yu Gothic" w:eastAsia="Yu Gothic" w:hAnsi="Yu Gothic"/>
          <w:sz w:val="20"/>
          <w:szCs w:val="24"/>
          <w:lang w:eastAsia="ja-JP"/>
        </w:rPr>
        <w:t>※　医薬品保冷用バッテリー内蔵バックの算定数量は10個を上限とします。</w:t>
      </w:r>
    </w:p>
    <w:p w14:paraId="25741CA3" w14:textId="77777777" w:rsidR="00465E6C" w:rsidRPr="00416808" w:rsidRDefault="00465E6C" w:rsidP="00465E6C">
      <w:pPr>
        <w:spacing w:after="40"/>
        <w:jc w:val="right"/>
        <w:rPr>
          <w:sz w:val="22"/>
          <w:szCs w:val="24"/>
        </w:rPr>
      </w:pPr>
      <w:r w:rsidRPr="00416808">
        <w:rPr>
          <w:rFonts w:ascii="Yu Gothic" w:eastAsia="Yu Gothic" w:hAnsi="Yu Gothic"/>
          <w:sz w:val="20"/>
          <w:szCs w:val="24"/>
        </w:rPr>
        <w:t>（</w:t>
      </w:r>
      <w:proofErr w:type="spellStart"/>
      <w:r w:rsidRPr="00416808">
        <w:rPr>
          <w:rFonts w:ascii="Yu Gothic" w:eastAsia="Yu Gothic" w:hAnsi="Yu Gothic"/>
          <w:sz w:val="20"/>
          <w:szCs w:val="24"/>
        </w:rPr>
        <w:t>単位：千円</w:t>
      </w:r>
      <w:proofErr w:type="spellEnd"/>
      <w:r w:rsidRPr="00416808">
        <w:rPr>
          <w:rFonts w:ascii="Yu Gothic" w:eastAsia="Yu Gothic" w:hAnsi="Yu Gothic"/>
          <w:sz w:val="20"/>
          <w:szCs w:val="24"/>
        </w:rPr>
        <w:t>）</w:t>
      </w:r>
    </w:p>
    <w:tbl>
      <w:tblPr>
        <w:tblW w:w="0" w:type="auto"/>
        <w:jc w:val="center"/>
        <w:tblLayout w:type="fixed"/>
        <w:tblLook w:val="04A0" w:firstRow="1" w:lastRow="0" w:firstColumn="1" w:lastColumn="0" w:noHBand="0" w:noVBand="1"/>
      </w:tblPr>
      <w:tblGrid>
        <w:gridCol w:w="2520"/>
        <w:gridCol w:w="1368"/>
        <w:gridCol w:w="2232"/>
        <w:gridCol w:w="1944"/>
        <w:gridCol w:w="1800"/>
      </w:tblGrid>
      <w:tr w:rsidR="00945779" w:rsidRPr="00945779" w14:paraId="6F632A4E" w14:textId="77777777" w:rsidTr="002C48FE">
        <w:trPr>
          <w:tblHeader/>
          <w:jc w:val="center"/>
        </w:trPr>
        <w:tc>
          <w:tcPr>
            <w:tcW w:w="252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27B55AE"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対象備品</w:t>
            </w:r>
            <w:proofErr w:type="spellEnd"/>
          </w:p>
        </w:tc>
        <w:tc>
          <w:tcPr>
            <w:tcW w:w="136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092E475"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基準単価</w:t>
            </w:r>
            <w:proofErr w:type="spellEnd"/>
          </w:p>
        </w:tc>
        <w:tc>
          <w:tcPr>
            <w:tcW w:w="223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E5313E1"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算定数量</w:t>
            </w:r>
            <w:proofErr w:type="spellEnd"/>
          </w:p>
        </w:tc>
        <w:tc>
          <w:tcPr>
            <w:tcW w:w="194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42E5B21"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補助基準額</w:t>
            </w:r>
            <w:proofErr w:type="spellEnd"/>
          </w:p>
        </w:tc>
        <w:tc>
          <w:tcPr>
            <w:tcW w:w="180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16AF5C4" w14:textId="77777777" w:rsidR="00465E6C" w:rsidRPr="00604453" w:rsidRDefault="00465E6C" w:rsidP="002C48FE">
            <w:pPr>
              <w:spacing w:after="0" w:line="252" w:lineRule="auto"/>
              <w:jc w:val="center"/>
              <w:rPr>
                <w:sz w:val="20"/>
                <w:szCs w:val="20"/>
              </w:rPr>
            </w:pPr>
            <w:r w:rsidRPr="00604453">
              <w:rPr>
                <w:rFonts w:ascii="Yu Gothic" w:eastAsia="Yu Gothic" w:hAnsi="Yu Gothic"/>
                <w:b/>
                <w:sz w:val="20"/>
                <w:szCs w:val="20"/>
              </w:rPr>
              <w:t>補助金額（1/2）</w:t>
            </w:r>
          </w:p>
        </w:tc>
      </w:tr>
      <w:tr w:rsidR="00945779" w:rsidRPr="00945779" w14:paraId="205E02E3" w14:textId="77777777" w:rsidTr="002C48FE">
        <w:trPr>
          <w:trHeight w:val="510"/>
          <w:jc w:val="center"/>
        </w:trPr>
        <w:tc>
          <w:tcPr>
            <w:tcW w:w="2520" w:type="dxa"/>
            <w:tcBorders>
              <w:top w:val="single" w:sz="8" w:space="0" w:color="7F8C8D"/>
              <w:left w:val="single" w:sz="8" w:space="0" w:color="7F8C8D"/>
              <w:bottom w:val="single" w:sz="8" w:space="0" w:color="7F8C8D"/>
              <w:right w:val="single" w:sz="8" w:space="0" w:color="7F8C8D"/>
            </w:tcBorders>
            <w:vAlign w:val="center"/>
          </w:tcPr>
          <w:p w14:paraId="4A5AE4D3" w14:textId="77777777" w:rsidR="00465E6C" w:rsidRPr="00604453" w:rsidRDefault="00465E6C" w:rsidP="002C48FE">
            <w:pPr>
              <w:spacing w:after="0" w:line="252" w:lineRule="auto"/>
              <w:rPr>
                <w:sz w:val="20"/>
                <w:szCs w:val="20"/>
              </w:rPr>
            </w:pPr>
            <w:proofErr w:type="spellStart"/>
            <w:r w:rsidRPr="00604453">
              <w:rPr>
                <w:rFonts w:ascii="Yu Gothic" w:eastAsia="Yu Gothic" w:hAnsi="Yu Gothic"/>
                <w:b/>
                <w:sz w:val="20"/>
                <w:szCs w:val="20"/>
              </w:rPr>
              <w:t>災害用衛星電話</w:t>
            </w:r>
            <w:proofErr w:type="spellEnd"/>
          </w:p>
        </w:tc>
        <w:tc>
          <w:tcPr>
            <w:tcW w:w="1368" w:type="dxa"/>
            <w:tcBorders>
              <w:top w:val="single" w:sz="8" w:space="0" w:color="7F8C8D"/>
              <w:left w:val="single" w:sz="8" w:space="0" w:color="7F8C8D"/>
              <w:bottom w:val="single" w:sz="8" w:space="0" w:color="7F8C8D"/>
              <w:right w:val="single" w:sz="8" w:space="0" w:color="7F8C8D"/>
            </w:tcBorders>
            <w:vAlign w:val="center"/>
          </w:tcPr>
          <w:p w14:paraId="1C096179" w14:textId="77777777" w:rsidR="00465E6C" w:rsidRPr="00604453" w:rsidRDefault="00465E6C" w:rsidP="002C48FE">
            <w:pPr>
              <w:spacing w:after="0" w:line="252" w:lineRule="auto"/>
              <w:jc w:val="center"/>
              <w:rPr>
                <w:sz w:val="20"/>
                <w:szCs w:val="20"/>
              </w:rPr>
            </w:pPr>
            <w:r w:rsidRPr="00604453">
              <w:rPr>
                <w:rFonts w:ascii="Yu Gothic" w:eastAsia="Yu Gothic" w:hAnsi="Yu Gothic"/>
                <w:sz w:val="20"/>
                <w:szCs w:val="20"/>
              </w:rPr>
              <w:t>200</w:t>
            </w:r>
          </w:p>
        </w:tc>
        <w:tc>
          <w:tcPr>
            <w:tcW w:w="2232" w:type="dxa"/>
            <w:tcBorders>
              <w:top w:val="single" w:sz="8" w:space="0" w:color="7F8C8D"/>
              <w:left w:val="single" w:sz="8" w:space="0" w:color="7F8C8D"/>
              <w:bottom w:val="single" w:sz="8" w:space="0" w:color="7F8C8D"/>
              <w:right w:val="single" w:sz="8" w:space="0" w:color="7F8C8D"/>
            </w:tcBorders>
            <w:vAlign w:val="center"/>
          </w:tcPr>
          <w:p w14:paraId="2EED2B3C" w14:textId="77777777" w:rsidR="00465E6C" w:rsidRPr="00604453" w:rsidRDefault="00465E6C" w:rsidP="002C48FE">
            <w:pPr>
              <w:spacing w:after="0" w:line="252" w:lineRule="auto"/>
              <w:jc w:val="center"/>
              <w:rPr>
                <w:sz w:val="20"/>
                <w:szCs w:val="20"/>
                <w:lang w:eastAsia="zh-CN"/>
              </w:rPr>
            </w:pPr>
            <w:r w:rsidRPr="00604453">
              <w:rPr>
                <w:rFonts w:ascii="Yu Gothic" w:eastAsia="Yu Gothic" w:hAnsi="Yu Gothic"/>
                <w:sz w:val="20"/>
                <w:szCs w:val="20"/>
                <w:lang w:eastAsia="zh-CN"/>
              </w:rPr>
              <w:t>営業拠点数（　拠点）</w:t>
            </w:r>
          </w:p>
        </w:tc>
        <w:tc>
          <w:tcPr>
            <w:tcW w:w="1944" w:type="dxa"/>
            <w:tcBorders>
              <w:top w:val="single" w:sz="8" w:space="0" w:color="7F8C8D"/>
              <w:left w:val="single" w:sz="8" w:space="0" w:color="7F8C8D"/>
              <w:bottom w:val="single" w:sz="8" w:space="0" w:color="7F8C8D"/>
              <w:right w:val="single" w:sz="8" w:space="0" w:color="7F8C8D"/>
            </w:tcBorders>
            <w:vAlign w:val="center"/>
          </w:tcPr>
          <w:p w14:paraId="5BA07330" w14:textId="77777777" w:rsidR="00465E6C" w:rsidRPr="004453CD" w:rsidRDefault="00465E6C" w:rsidP="002C48FE">
            <w:pPr>
              <w:spacing w:after="0" w:line="252" w:lineRule="auto"/>
              <w:jc w:val="center"/>
              <w:rPr>
                <w:sz w:val="22"/>
                <w:lang w:eastAsia="zh-CN"/>
              </w:rPr>
            </w:pPr>
          </w:p>
        </w:tc>
        <w:tc>
          <w:tcPr>
            <w:tcW w:w="1800" w:type="dxa"/>
            <w:tcBorders>
              <w:top w:val="single" w:sz="8" w:space="0" w:color="7F8C8D"/>
              <w:left w:val="single" w:sz="8" w:space="0" w:color="7F8C8D"/>
              <w:bottom w:val="single" w:sz="8" w:space="0" w:color="7F8C8D"/>
              <w:right w:val="single" w:sz="8" w:space="0" w:color="7F8C8D"/>
            </w:tcBorders>
            <w:vAlign w:val="center"/>
          </w:tcPr>
          <w:p w14:paraId="356FE2D6" w14:textId="77777777" w:rsidR="00465E6C" w:rsidRPr="004453CD" w:rsidRDefault="00465E6C" w:rsidP="002C48FE">
            <w:pPr>
              <w:spacing w:after="0" w:line="252" w:lineRule="auto"/>
              <w:jc w:val="center"/>
              <w:rPr>
                <w:sz w:val="22"/>
                <w:lang w:eastAsia="zh-CN"/>
              </w:rPr>
            </w:pPr>
          </w:p>
        </w:tc>
      </w:tr>
      <w:tr w:rsidR="00945779" w:rsidRPr="00945779" w14:paraId="0D089E3D" w14:textId="77777777" w:rsidTr="002C48FE">
        <w:trPr>
          <w:trHeight w:val="510"/>
          <w:jc w:val="center"/>
        </w:trPr>
        <w:tc>
          <w:tcPr>
            <w:tcW w:w="2520" w:type="dxa"/>
            <w:tcBorders>
              <w:top w:val="single" w:sz="8" w:space="0" w:color="7F8C8D"/>
              <w:left w:val="single" w:sz="8" w:space="0" w:color="7F8C8D"/>
              <w:bottom w:val="single" w:sz="8" w:space="0" w:color="7F8C8D"/>
              <w:right w:val="single" w:sz="8" w:space="0" w:color="7F8C8D"/>
            </w:tcBorders>
            <w:vAlign w:val="center"/>
          </w:tcPr>
          <w:p w14:paraId="17EA5354" w14:textId="77777777" w:rsidR="00604453" w:rsidRPr="00604453" w:rsidRDefault="00465E6C" w:rsidP="002C48FE">
            <w:pPr>
              <w:spacing w:after="0" w:line="252" w:lineRule="auto"/>
              <w:rPr>
                <w:rFonts w:ascii="Yu Gothic" w:eastAsia="Yu Gothic" w:hAnsi="Yu Gothic"/>
                <w:b/>
                <w:sz w:val="20"/>
                <w:szCs w:val="20"/>
                <w:lang w:eastAsia="ja-JP"/>
              </w:rPr>
            </w:pPr>
            <w:r w:rsidRPr="00604453">
              <w:rPr>
                <w:rFonts w:ascii="Yu Gothic" w:eastAsia="Yu Gothic" w:hAnsi="Yu Gothic"/>
                <w:b/>
                <w:sz w:val="20"/>
                <w:szCs w:val="20"/>
                <w:lang w:eastAsia="ja-JP"/>
              </w:rPr>
              <w:t>医薬品保冷用</w:t>
            </w:r>
          </w:p>
          <w:p w14:paraId="51A17B75" w14:textId="2B5C886C" w:rsidR="00465E6C" w:rsidRPr="00604453" w:rsidRDefault="00465E6C" w:rsidP="002C48FE">
            <w:pPr>
              <w:spacing w:after="0" w:line="252" w:lineRule="auto"/>
              <w:rPr>
                <w:sz w:val="20"/>
                <w:szCs w:val="20"/>
                <w:lang w:eastAsia="ja-JP"/>
              </w:rPr>
            </w:pPr>
            <w:r w:rsidRPr="00604453">
              <w:rPr>
                <w:rFonts w:ascii="Yu Gothic" w:eastAsia="Yu Gothic" w:hAnsi="Yu Gothic"/>
                <w:b/>
                <w:sz w:val="20"/>
                <w:szCs w:val="20"/>
                <w:lang w:eastAsia="ja-JP"/>
              </w:rPr>
              <w:t>バッテリー内蔵バック</w:t>
            </w:r>
          </w:p>
        </w:tc>
        <w:tc>
          <w:tcPr>
            <w:tcW w:w="1368" w:type="dxa"/>
            <w:tcBorders>
              <w:top w:val="single" w:sz="8" w:space="0" w:color="7F8C8D"/>
              <w:left w:val="single" w:sz="8" w:space="0" w:color="7F8C8D"/>
              <w:bottom w:val="single" w:sz="8" w:space="0" w:color="7F8C8D"/>
              <w:right w:val="single" w:sz="8" w:space="0" w:color="7F8C8D"/>
            </w:tcBorders>
            <w:vAlign w:val="center"/>
          </w:tcPr>
          <w:p w14:paraId="3B0A0BCD" w14:textId="77777777" w:rsidR="00465E6C" w:rsidRPr="00604453" w:rsidRDefault="00465E6C" w:rsidP="002C48FE">
            <w:pPr>
              <w:spacing w:after="0" w:line="252" w:lineRule="auto"/>
              <w:jc w:val="center"/>
              <w:rPr>
                <w:sz w:val="20"/>
                <w:szCs w:val="20"/>
              </w:rPr>
            </w:pPr>
            <w:r w:rsidRPr="00604453">
              <w:rPr>
                <w:rFonts w:ascii="Yu Gothic" w:eastAsia="Yu Gothic" w:hAnsi="Yu Gothic"/>
                <w:sz w:val="20"/>
                <w:szCs w:val="20"/>
              </w:rPr>
              <w:t>500</w:t>
            </w:r>
          </w:p>
        </w:tc>
        <w:tc>
          <w:tcPr>
            <w:tcW w:w="2232" w:type="dxa"/>
            <w:tcBorders>
              <w:top w:val="single" w:sz="8" w:space="0" w:color="7F8C8D"/>
              <w:left w:val="single" w:sz="8" w:space="0" w:color="7F8C8D"/>
              <w:bottom w:val="single" w:sz="8" w:space="0" w:color="7F8C8D"/>
              <w:right w:val="single" w:sz="8" w:space="0" w:color="7F8C8D"/>
            </w:tcBorders>
            <w:vAlign w:val="center"/>
          </w:tcPr>
          <w:p w14:paraId="0B737837" w14:textId="77777777" w:rsidR="00465E6C" w:rsidRPr="00604453" w:rsidRDefault="00465E6C" w:rsidP="002C48FE">
            <w:pPr>
              <w:spacing w:after="0" w:line="252" w:lineRule="auto"/>
              <w:jc w:val="center"/>
              <w:rPr>
                <w:sz w:val="20"/>
                <w:szCs w:val="20"/>
                <w:lang w:eastAsia="zh-TW"/>
              </w:rPr>
            </w:pPr>
            <w:r w:rsidRPr="00604453">
              <w:rPr>
                <w:rFonts w:ascii="Yu Gothic" w:eastAsia="Yu Gothic" w:hAnsi="Yu Gothic"/>
                <w:sz w:val="20"/>
                <w:szCs w:val="20"/>
                <w:lang w:eastAsia="zh-TW"/>
              </w:rPr>
              <w:t>購入数量（　個）</w:t>
            </w:r>
            <w:r w:rsidRPr="00604453">
              <w:rPr>
                <w:rFonts w:ascii="Yu Gothic" w:eastAsia="Yu Gothic" w:hAnsi="Yu Gothic"/>
                <w:sz w:val="20"/>
                <w:szCs w:val="20"/>
                <w:lang w:eastAsia="zh-TW"/>
              </w:rPr>
              <w:br/>
              <w:t>※上限10個</w:t>
            </w:r>
          </w:p>
        </w:tc>
        <w:tc>
          <w:tcPr>
            <w:tcW w:w="1944" w:type="dxa"/>
            <w:tcBorders>
              <w:top w:val="single" w:sz="8" w:space="0" w:color="7F8C8D"/>
              <w:left w:val="single" w:sz="8" w:space="0" w:color="7F8C8D"/>
              <w:bottom w:val="single" w:sz="8" w:space="0" w:color="7F8C8D"/>
              <w:right w:val="single" w:sz="8" w:space="0" w:color="7F8C8D"/>
            </w:tcBorders>
            <w:vAlign w:val="center"/>
          </w:tcPr>
          <w:p w14:paraId="67D7870E" w14:textId="77777777" w:rsidR="00465E6C" w:rsidRPr="004453CD" w:rsidRDefault="00465E6C" w:rsidP="002C48FE">
            <w:pPr>
              <w:spacing w:after="0" w:line="252" w:lineRule="auto"/>
              <w:jc w:val="center"/>
              <w:rPr>
                <w:sz w:val="22"/>
                <w:lang w:eastAsia="zh-TW"/>
              </w:rPr>
            </w:pPr>
          </w:p>
        </w:tc>
        <w:tc>
          <w:tcPr>
            <w:tcW w:w="1800" w:type="dxa"/>
            <w:tcBorders>
              <w:top w:val="single" w:sz="8" w:space="0" w:color="7F8C8D"/>
              <w:left w:val="single" w:sz="8" w:space="0" w:color="7F8C8D"/>
              <w:bottom w:val="single" w:sz="8" w:space="0" w:color="7F8C8D"/>
              <w:right w:val="single" w:sz="8" w:space="0" w:color="7F8C8D"/>
            </w:tcBorders>
            <w:vAlign w:val="center"/>
          </w:tcPr>
          <w:p w14:paraId="52652350" w14:textId="77777777" w:rsidR="00465E6C" w:rsidRPr="004453CD" w:rsidRDefault="00465E6C" w:rsidP="002C48FE">
            <w:pPr>
              <w:spacing w:after="0" w:line="252" w:lineRule="auto"/>
              <w:jc w:val="center"/>
              <w:rPr>
                <w:sz w:val="22"/>
                <w:lang w:eastAsia="zh-TW"/>
              </w:rPr>
            </w:pPr>
          </w:p>
        </w:tc>
      </w:tr>
      <w:tr w:rsidR="00945779" w:rsidRPr="00945779" w14:paraId="01A3357B" w14:textId="77777777" w:rsidTr="002C48FE">
        <w:trPr>
          <w:trHeight w:val="397"/>
          <w:jc w:val="center"/>
        </w:trPr>
        <w:tc>
          <w:tcPr>
            <w:tcW w:w="252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EAB4C66"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合計</w:t>
            </w:r>
            <w:proofErr w:type="spellEnd"/>
          </w:p>
        </w:tc>
        <w:tc>
          <w:tcPr>
            <w:tcW w:w="1368" w:type="dxa"/>
            <w:tcBorders>
              <w:top w:val="single" w:sz="8" w:space="0" w:color="7F8C8D"/>
              <w:left w:val="single" w:sz="8" w:space="0" w:color="7F8C8D"/>
              <w:bottom w:val="single" w:sz="8" w:space="0" w:color="7F8C8D"/>
              <w:right w:val="single" w:sz="8" w:space="0" w:color="7F8C8D"/>
            </w:tcBorders>
            <w:vAlign w:val="center"/>
          </w:tcPr>
          <w:p w14:paraId="2C9EAE69" w14:textId="77777777" w:rsidR="00465E6C" w:rsidRPr="004453CD" w:rsidRDefault="00465E6C" w:rsidP="002C48FE">
            <w:pPr>
              <w:spacing w:after="0" w:line="252" w:lineRule="auto"/>
              <w:jc w:val="center"/>
              <w:rPr>
                <w:sz w:val="22"/>
              </w:rPr>
            </w:pPr>
          </w:p>
        </w:tc>
        <w:tc>
          <w:tcPr>
            <w:tcW w:w="2232" w:type="dxa"/>
            <w:tcBorders>
              <w:top w:val="single" w:sz="8" w:space="0" w:color="7F8C8D"/>
              <w:left w:val="single" w:sz="8" w:space="0" w:color="7F8C8D"/>
              <w:bottom w:val="single" w:sz="8" w:space="0" w:color="7F8C8D"/>
              <w:right w:val="single" w:sz="8" w:space="0" w:color="7F8C8D"/>
            </w:tcBorders>
            <w:vAlign w:val="center"/>
          </w:tcPr>
          <w:p w14:paraId="5E95C550" w14:textId="77777777" w:rsidR="00465E6C" w:rsidRPr="004453CD" w:rsidRDefault="00465E6C" w:rsidP="002C48FE">
            <w:pPr>
              <w:spacing w:after="0" w:line="252" w:lineRule="auto"/>
              <w:jc w:val="center"/>
              <w:rPr>
                <w:sz w:val="22"/>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32BF7FBB" w14:textId="77777777" w:rsidR="00465E6C" w:rsidRPr="004453CD" w:rsidRDefault="00465E6C" w:rsidP="002C48FE">
            <w:pPr>
              <w:spacing w:after="0" w:line="252" w:lineRule="auto"/>
              <w:jc w:val="center"/>
              <w:rPr>
                <w:sz w:val="22"/>
              </w:rPr>
            </w:pPr>
          </w:p>
        </w:tc>
        <w:tc>
          <w:tcPr>
            <w:tcW w:w="1800" w:type="dxa"/>
            <w:tcBorders>
              <w:top w:val="single" w:sz="8" w:space="0" w:color="7F8C8D"/>
              <w:left w:val="single" w:sz="8" w:space="0" w:color="7F8C8D"/>
              <w:bottom w:val="single" w:sz="8" w:space="0" w:color="7F8C8D"/>
              <w:right w:val="single" w:sz="8" w:space="0" w:color="7F8C8D"/>
            </w:tcBorders>
            <w:vAlign w:val="center"/>
          </w:tcPr>
          <w:p w14:paraId="7793F176" w14:textId="77777777" w:rsidR="00465E6C" w:rsidRPr="004453CD" w:rsidRDefault="00465E6C" w:rsidP="002C48FE">
            <w:pPr>
              <w:spacing w:after="0" w:line="252" w:lineRule="auto"/>
              <w:jc w:val="center"/>
              <w:rPr>
                <w:sz w:val="22"/>
              </w:rPr>
            </w:pPr>
          </w:p>
        </w:tc>
      </w:tr>
    </w:tbl>
    <w:p w14:paraId="6D475BAA" w14:textId="77777777" w:rsidR="00465E6C" w:rsidRPr="00945779" w:rsidRDefault="00465E6C" w:rsidP="00465E6C">
      <w:pPr>
        <w:spacing w:after="80"/>
      </w:pPr>
    </w:p>
    <w:p w14:paraId="65947A80" w14:textId="77777777" w:rsidR="00465E6C" w:rsidRPr="00945779" w:rsidRDefault="00465E6C" w:rsidP="00465E6C">
      <w:pPr>
        <w:spacing w:after="80"/>
      </w:pPr>
      <w:r w:rsidRPr="00945779">
        <w:rPr>
          <w:rFonts w:ascii="Yu Gothic" w:eastAsia="Yu Gothic" w:hAnsi="Yu Gothic"/>
          <w:b/>
          <w:sz w:val="22"/>
        </w:rPr>
        <w:t>（2）事業に必要な経費</w:t>
      </w:r>
    </w:p>
    <w:p w14:paraId="0C2C5B8B" w14:textId="77777777" w:rsidR="00465E6C" w:rsidRPr="00416808" w:rsidRDefault="00465E6C" w:rsidP="00465E6C">
      <w:pPr>
        <w:spacing w:after="40"/>
        <w:jc w:val="right"/>
        <w:rPr>
          <w:sz w:val="22"/>
          <w:szCs w:val="24"/>
        </w:rPr>
      </w:pPr>
      <w:r w:rsidRPr="00416808">
        <w:rPr>
          <w:rFonts w:ascii="Yu Gothic" w:eastAsia="Yu Gothic" w:hAnsi="Yu Gothic"/>
          <w:sz w:val="20"/>
          <w:szCs w:val="24"/>
        </w:rPr>
        <w:t>（</w:t>
      </w:r>
      <w:proofErr w:type="spellStart"/>
      <w:r w:rsidRPr="00416808">
        <w:rPr>
          <w:rFonts w:ascii="Yu Gothic" w:eastAsia="Yu Gothic" w:hAnsi="Yu Gothic"/>
          <w:sz w:val="20"/>
          <w:szCs w:val="24"/>
        </w:rPr>
        <w:t>単位：千円</w:t>
      </w:r>
      <w:proofErr w:type="spellEnd"/>
      <w:r w:rsidRPr="00416808">
        <w:rPr>
          <w:rFonts w:ascii="Yu Gothic" w:eastAsia="Yu Gothic" w:hAnsi="Yu Gothic"/>
          <w:sz w:val="20"/>
          <w:szCs w:val="24"/>
        </w:rPr>
        <w:t>）</w:t>
      </w:r>
    </w:p>
    <w:tbl>
      <w:tblPr>
        <w:tblW w:w="0" w:type="auto"/>
        <w:jc w:val="center"/>
        <w:tblLayout w:type="fixed"/>
        <w:tblLook w:val="04A0" w:firstRow="1" w:lastRow="0" w:firstColumn="1" w:lastColumn="0" w:noHBand="0" w:noVBand="1"/>
      </w:tblPr>
      <w:tblGrid>
        <w:gridCol w:w="2542"/>
        <w:gridCol w:w="1778"/>
        <w:gridCol w:w="2376"/>
        <w:gridCol w:w="3168"/>
      </w:tblGrid>
      <w:tr w:rsidR="00945779" w:rsidRPr="00945779" w14:paraId="3949AA20" w14:textId="77777777" w:rsidTr="00604453">
        <w:trPr>
          <w:tblHeader/>
          <w:jc w:val="center"/>
        </w:trPr>
        <w:tc>
          <w:tcPr>
            <w:tcW w:w="254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CC08B36"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対象経費</w:t>
            </w:r>
            <w:proofErr w:type="spellEnd"/>
          </w:p>
        </w:tc>
        <w:tc>
          <w:tcPr>
            <w:tcW w:w="177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21A9546F"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支出予定額</w:t>
            </w:r>
            <w:proofErr w:type="spellEnd"/>
          </w:p>
        </w:tc>
        <w:tc>
          <w:tcPr>
            <w:tcW w:w="237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818FA8A"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補助金交付申請額</w:t>
            </w:r>
            <w:proofErr w:type="spellEnd"/>
          </w:p>
        </w:tc>
        <w:tc>
          <w:tcPr>
            <w:tcW w:w="316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15086A0"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算出内訳</w:t>
            </w:r>
            <w:proofErr w:type="spellEnd"/>
          </w:p>
        </w:tc>
      </w:tr>
      <w:tr w:rsidR="00945779" w:rsidRPr="00945779" w14:paraId="0B7997E6" w14:textId="77777777" w:rsidTr="00604453">
        <w:trPr>
          <w:trHeight w:val="652"/>
          <w:jc w:val="center"/>
        </w:trPr>
        <w:tc>
          <w:tcPr>
            <w:tcW w:w="2542" w:type="dxa"/>
            <w:tcBorders>
              <w:top w:val="single" w:sz="8" w:space="0" w:color="7F8C8D"/>
              <w:left w:val="single" w:sz="8" w:space="0" w:color="7F8C8D"/>
              <w:bottom w:val="single" w:sz="8" w:space="0" w:color="7F8C8D"/>
              <w:right w:val="single" w:sz="8" w:space="0" w:color="7F8C8D"/>
            </w:tcBorders>
            <w:vAlign w:val="center"/>
          </w:tcPr>
          <w:p w14:paraId="5A106D28" w14:textId="77777777" w:rsidR="00465E6C" w:rsidRPr="00604453" w:rsidRDefault="00465E6C" w:rsidP="002C48FE">
            <w:pPr>
              <w:spacing w:after="0" w:line="252" w:lineRule="auto"/>
              <w:rPr>
                <w:sz w:val="20"/>
                <w:szCs w:val="20"/>
              </w:rPr>
            </w:pPr>
            <w:proofErr w:type="spellStart"/>
            <w:r w:rsidRPr="00604453">
              <w:rPr>
                <w:rFonts w:ascii="Yu Gothic" w:eastAsia="Yu Gothic" w:hAnsi="Yu Gothic"/>
                <w:b/>
                <w:sz w:val="20"/>
                <w:szCs w:val="20"/>
              </w:rPr>
              <w:t>災害用衛星電話</w:t>
            </w:r>
            <w:proofErr w:type="spellEnd"/>
          </w:p>
        </w:tc>
        <w:tc>
          <w:tcPr>
            <w:tcW w:w="1778" w:type="dxa"/>
            <w:tcBorders>
              <w:top w:val="single" w:sz="8" w:space="0" w:color="7F8C8D"/>
              <w:left w:val="single" w:sz="8" w:space="0" w:color="7F8C8D"/>
              <w:bottom w:val="single" w:sz="8" w:space="0" w:color="7F8C8D"/>
              <w:right w:val="single" w:sz="8" w:space="0" w:color="7F8C8D"/>
            </w:tcBorders>
            <w:vAlign w:val="center"/>
          </w:tcPr>
          <w:p w14:paraId="43388813" w14:textId="77777777" w:rsidR="00465E6C" w:rsidRPr="004453CD" w:rsidRDefault="00465E6C" w:rsidP="002C48FE">
            <w:pPr>
              <w:spacing w:after="0" w:line="252" w:lineRule="auto"/>
              <w:jc w:val="center"/>
              <w:rPr>
                <w:sz w:val="22"/>
              </w:rPr>
            </w:pPr>
          </w:p>
        </w:tc>
        <w:tc>
          <w:tcPr>
            <w:tcW w:w="2376" w:type="dxa"/>
            <w:tcBorders>
              <w:top w:val="single" w:sz="8" w:space="0" w:color="7F8C8D"/>
              <w:left w:val="single" w:sz="8" w:space="0" w:color="7F8C8D"/>
              <w:bottom w:val="single" w:sz="8" w:space="0" w:color="7F8C8D"/>
              <w:right w:val="single" w:sz="8" w:space="0" w:color="7F8C8D"/>
            </w:tcBorders>
            <w:vAlign w:val="center"/>
          </w:tcPr>
          <w:p w14:paraId="6AC913FF" w14:textId="77777777" w:rsidR="00465E6C" w:rsidRPr="004453CD" w:rsidRDefault="00465E6C" w:rsidP="002C48FE">
            <w:pPr>
              <w:spacing w:after="0" w:line="252" w:lineRule="auto"/>
              <w:jc w:val="center"/>
              <w:rPr>
                <w:sz w:val="22"/>
              </w:rPr>
            </w:pPr>
          </w:p>
        </w:tc>
        <w:tc>
          <w:tcPr>
            <w:tcW w:w="3168" w:type="dxa"/>
            <w:tcBorders>
              <w:top w:val="single" w:sz="8" w:space="0" w:color="7F8C8D"/>
              <w:left w:val="single" w:sz="8" w:space="0" w:color="7F8C8D"/>
              <w:bottom w:val="single" w:sz="8" w:space="0" w:color="7F8C8D"/>
              <w:right w:val="single" w:sz="8" w:space="0" w:color="7F8C8D"/>
            </w:tcBorders>
            <w:vAlign w:val="center"/>
          </w:tcPr>
          <w:p w14:paraId="3F110856" w14:textId="77777777" w:rsidR="00465E6C" w:rsidRPr="004453CD" w:rsidRDefault="00465E6C" w:rsidP="002C48FE">
            <w:pPr>
              <w:spacing w:after="0" w:line="252" w:lineRule="auto"/>
              <w:rPr>
                <w:sz w:val="22"/>
              </w:rPr>
            </w:pPr>
          </w:p>
        </w:tc>
      </w:tr>
      <w:tr w:rsidR="00945779" w:rsidRPr="00945779" w14:paraId="152D35EA" w14:textId="77777777" w:rsidTr="00604453">
        <w:trPr>
          <w:trHeight w:val="652"/>
          <w:jc w:val="center"/>
        </w:trPr>
        <w:tc>
          <w:tcPr>
            <w:tcW w:w="2542" w:type="dxa"/>
            <w:tcBorders>
              <w:top w:val="single" w:sz="8" w:space="0" w:color="7F8C8D"/>
              <w:left w:val="single" w:sz="8" w:space="0" w:color="7F8C8D"/>
              <w:bottom w:val="single" w:sz="8" w:space="0" w:color="7F8C8D"/>
              <w:right w:val="single" w:sz="8" w:space="0" w:color="7F8C8D"/>
            </w:tcBorders>
            <w:vAlign w:val="center"/>
          </w:tcPr>
          <w:p w14:paraId="16BEA8C0" w14:textId="77777777" w:rsidR="00604453" w:rsidRDefault="00465E6C" w:rsidP="002C48FE">
            <w:pPr>
              <w:spacing w:after="0" w:line="252" w:lineRule="auto"/>
              <w:rPr>
                <w:rFonts w:ascii="Yu Gothic" w:eastAsia="Yu Gothic" w:hAnsi="Yu Gothic"/>
                <w:b/>
                <w:sz w:val="20"/>
                <w:szCs w:val="20"/>
                <w:lang w:eastAsia="ja-JP"/>
              </w:rPr>
            </w:pPr>
            <w:r w:rsidRPr="00604453">
              <w:rPr>
                <w:rFonts w:ascii="Yu Gothic" w:eastAsia="Yu Gothic" w:hAnsi="Yu Gothic"/>
                <w:b/>
                <w:sz w:val="20"/>
                <w:szCs w:val="20"/>
                <w:lang w:eastAsia="ja-JP"/>
              </w:rPr>
              <w:t>医薬品保冷用</w:t>
            </w:r>
          </w:p>
          <w:p w14:paraId="52C4FF10" w14:textId="1B473B67" w:rsidR="00465E6C" w:rsidRPr="00604453" w:rsidRDefault="00465E6C" w:rsidP="002C48FE">
            <w:pPr>
              <w:spacing w:after="0" w:line="252" w:lineRule="auto"/>
              <w:rPr>
                <w:sz w:val="20"/>
                <w:szCs w:val="20"/>
                <w:lang w:eastAsia="ja-JP"/>
              </w:rPr>
            </w:pPr>
            <w:r w:rsidRPr="00604453">
              <w:rPr>
                <w:rFonts w:ascii="Yu Gothic" w:eastAsia="Yu Gothic" w:hAnsi="Yu Gothic"/>
                <w:b/>
                <w:sz w:val="20"/>
                <w:szCs w:val="20"/>
                <w:lang w:eastAsia="ja-JP"/>
              </w:rPr>
              <w:t>バッテリー内蔵バック</w:t>
            </w:r>
          </w:p>
        </w:tc>
        <w:tc>
          <w:tcPr>
            <w:tcW w:w="1778" w:type="dxa"/>
            <w:tcBorders>
              <w:top w:val="single" w:sz="8" w:space="0" w:color="7F8C8D"/>
              <w:left w:val="single" w:sz="8" w:space="0" w:color="7F8C8D"/>
              <w:bottom w:val="single" w:sz="8" w:space="0" w:color="7F8C8D"/>
              <w:right w:val="single" w:sz="8" w:space="0" w:color="7F8C8D"/>
            </w:tcBorders>
            <w:vAlign w:val="center"/>
          </w:tcPr>
          <w:p w14:paraId="6A79DE9A" w14:textId="77777777" w:rsidR="00465E6C" w:rsidRPr="004453CD" w:rsidRDefault="00465E6C" w:rsidP="002C48FE">
            <w:pPr>
              <w:spacing w:after="0" w:line="252" w:lineRule="auto"/>
              <w:jc w:val="center"/>
              <w:rPr>
                <w:sz w:val="22"/>
                <w:lang w:eastAsia="ja-JP"/>
              </w:rPr>
            </w:pPr>
          </w:p>
        </w:tc>
        <w:tc>
          <w:tcPr>
            <w:tcW w:w="2376" w:type="dxa"/>
            <w:tcBorders>
              <w:top w:val="single" w:sz="8" w:space="0" w:color="7F8C8D"/>
              <w:left w:val="single" w:sz="8" w:space="0" w:color="7F8C8D"/>
              <w:bottom w:val="single" w:sz="8" w:space="0" w:color="7F8C8D"/>
              <w:right w:val="single" w:sz="8" w:space="0" w:color="7F8C8D"/>
            </w:tcBorders>
            <w:vAlign w:val="center"/>
          </w:tcPr>
          <w:p w14:paraId="605DB952" w14:textId="77777777" w:rsidR="00465E6C" w:rsidRPr="004453CD" w:rsidRDefault="00465E6C" w:rsidP="002C48FE">
            <w:pPr>
              <w:spacing w:after="0" w:line="252" w:lineRule="auto"/>
              <w:jc w:val="center"/>
              <w:rPr>
                <w:sz w:val="22"/>
                <w:lang w:eastAsia="ja-JP"/>
              </w:rPr>
            </w:pPr>
          </w:p>
        </w:tc>
        <w:tc>
          <w:tcPr>
            <w:tcW w:w="3168" w:type="dxa"/>
            <w:tcBorders>
              <w:top w:val="single" w:sz="8" w:space="0" w:color="7F8C8D"/>
              <w:left w:val="single" w:sz="8" w:space="0" w:color="7F8C8D"/>
              <w:bottom w:val="single" w:sz="8" w:space="0" w:color="7F8C8D"/>
              <w:right w:val="single" w:sz="8" w:space="0" w:color="7F8C8D"/>
            </w:tcBorders>
            <w:vAlign w:val="center"/>
          </w:tcPr>
          <w:p w14:paraId="069B76E7" w14:textId="77777777" w:rsidR="00465E6C" w:rsidRPr="004453CD" w:rsidRDefault="00465E6C" w:rsidP="002C48FE">
            <w:pPr>
              <w:spacing w:after="0" w:line="252" w:lineRule="auto"/>
              <w:rPr>
                <w:sz w:val="22"/>
                <w:lang w:eastAsia="ja-JP"/>
              </w:rPr>
            </w:pPr>
          </w:p>
        </w:tc>
      </w:tr>
      <w:tr w:rsidR="00945779" w:rsidRPr="00945779" w14:paraId="20D836BE" w14:textId="77777777" w:rsidTr="00604453">
        <w:trPr>
          <w:trHeight w:val="408"/>
          <w:jc w:val="center"/>
        </w:trPr>
        <w:tc>
          <w:tcPr>
            <w:tcW w:w="254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27A1C1E" w14:textId="77777777" w:rsidR="00465E6C" w:rsidRPr="00604453" w:rsidRDefault="00465E6C" w:rsidP="002C48FE">
            <w:pPr>
              <w:spacing w:after="0" w:line="252" w:lineRule="auto"/>
              <w:jc w:val="center"/>
              <w:rPr>
                <w:sz w:val="20"/>
                <w:szCs w:val="20"/>
              </w:rPr>
            </w:pPr>
            <w:proofErr w:type="spellStart"/>
            <w:r w:rsidRPr="00604453">
              <w:rPr>
                <w:rFonts w:ascii="Yu Gothic" w:eastAsia="Yu Gothic" w:hAnsi="Yu Gothic"/>
                <w:b/>
                <w:sz w:val="20"/>
                <w:szCs w:val="20"/>
              </w:rPr>
              <w:t>合計</w:t>
            </w:r>
            <w:proofErr w:type="spellEnd"/>
          </w:p>
        </w:tc>
        <w:tc>
          <w:tcPr>
            <w:tcW w:w="1778" w:type="dxa"/>
            <w:tcBorders>
              <w:top w:val="single" w:sz="8" w:space="0" w:color="7F8C8D"/>
              <w:left w:val="single" w:sz="8" w:space="0" w:color="7F8C8D"/>
              <w:bottom w:val="single" w:sz="8" w:space="0" w:color="7F8C8D"/>
              <w:right w:val="single" w:sz="8" w:space="0" w:color="7F8C8D"/>
            </w:tcBorders>
            <w:vAlign w:val="center"/>
          </w:tcPr>
          <w:p w14:paraId="219550AA" w14:textId="77777777" w:rsidR="00465E6C" w:rsidRPr="004453CD" w:rsidRDefault="00465E6C" w:rsidP="002C48FE">
            <w:pPr>
              <w:spacing w:after="0" w:line="252" w:lineRule="auto"/>
              <w:jc w:val="center"/>
              <w:rPr>
                <w:sz w:val="22"/>
              </w:rPr>
            </w:pPr>
          </w:p>
        </w:tc>
        <w:tc>
          <w:tcPr>
            <w:tcW w:w="2376" w:type="dxa"/>
            <w:tcBorders>
              <w:top w:val="single" w:sz="8" w:space="0" w:color="7F8C8D"/>
              <w:left w:val="single" w:sz="8" w:space="0" w:color="7F8C8D"/>
              <w:bottom w:val="single" w:sz="8" w:space="0" w:color="7F8C8D"/>
              <w:right w:val="single" w:sz="8" w:space="0" w:color="7F8C8D"/>
            </w:tcBorders>
            <w:vAlign w:val="center"/>
          </w:tcPr>
          <w:p w14:paraId="78445236" w14:textId="77777777" w:rsidR="00465E6C" w:rsidRPr="004453CD" w:rsidRDefault="00465E6C" w:rsidP="002C48FE">
            <w:pPr>
              <w:spacing w:after="0" w:line="252" w:lineRule="auto"/>
              <w:jc w:val="center"/>
              <w:rPr>
                <w:sz w:val="22"/>
              </w:rPr>
            </w:pPr>
          </w:p>
        </w:tc>
        <w:tc>
          <w:tcPr>
            <w:tcW w:w="3168" w:type="dxa"/>
            <w:tcBorders>
              <w:top w:val="single" w:sz="8" w:space="0" w:color="7F8C8D"/>
              <w:left w:val="single" w:sz="8" w:space="0" w:color="7F8C8D"/>
              <w:bottom w:val="single" w:sz="8" w:space="0" w:color="7F8C8D"/>
              <w:right w:val="single" w:sz="8" w:space="0" w:color="7F8C8D"/>
            </w:tcBorders>
            <w:vAlign w:val="center"/>
          </w:tcPr>
          <w:p w14:paraId="7012EB42" w14:textId="77777777" w:rsidR="00465E6C" w:rsidRPr="004453CD" w:rsidRDefault="00465E6C" w:rsidP="002C48FE">
            <w:pPr>
              <w:spacing w:after="0" w:line="252" w:lineRule="auto"/>
              <w:rPr>
                <w:sz w:val="22"/>
              </w:rPr>
            </w:pPr>
          </w:p>
        </w:tc>
      </w:tr>
    </w:tbl>
    <w:p w14:paraId="21B8E2EE" w14:textId="77777777" w:rsidR="00465E6C" w:rsidRPr="00604453" w:rsidRDefault="00465E6C" w:rsidP="00465E6C">
      <w:pPr>
        <w:spacing w:after="40" w:line="264" w:lineRule="auto"/>
        <w:ind w:left="113"/>
        <w:rPr>
          <w:sz w:val="22"/>
          <w:szCs w:val="24"/>
          <w:lang w:eastAsia="ja-JP"/>
        </w:rPr>
      </w:pPr>
      <w:r w:rsidRPr="00604453">
        <w:rPr>
          <w:rFonts w:ascii="Yu Gothic" w:eastAsia="Yu Gothic" w:hAnsi="Yu Gothic"/>
          <w:sz w:val="20"/>
          <w:szCs w:val="24"/>
          <w:lang w:eastAsia="ja-JP"/>
        </w:rPr>
        <w:t>※　補助金交付申請額は、公募要領に定める補助率及び補助上限の範囲内で記載してください。</w:t>
      </w:r>
    </w:p>
    <w:p w14:paraId="4CE67803" w14:textId="77777777" w:rsidR="00465E6C" w:rsidRPr="00604453" w:rsidRDefault="00465E6C" w:rsidP="00465E6C">
      <w:pPr>
        <w:spacing w:after="40" w:line="264" w:lineRule="auto"/>
        <w:ind w:left="113"/>
        <w:rPr>
          <w:sz w:val="22"/>
          <w:szCs w:val="24"/>
          <w:lang w:eastAsia="ja-JP"/>
        </w:rPr>
      </w:pPr>
      <w:r w:rsidRPr="00604453">
        <w:rPr>
          <w:rFonts w:ascii="Yu Gothic" w:eastAsia="Yu Gothic" w:hAnsi="Yu Gothic"/>
          <w:sz w:val="20"/>
          <w:szCs w:val="24"/>
          <w:lang w:eastAsia="ja-JP"/>
        </w:rPr>
        <w:t>※　補助対象経費は、公募要領に定める実施期間内に契約、履行及び支払が完了するものに限ります。</w:t>
      </w:r>
    </w:p>
    <w:p w14:paraId="4096E3BB" w14:textId="77777777" w:rsidR="00465E6C" w:rsidRPr="00604453" w:rsidRDefault="00465E6C" w:rsidP="00465E6C">
      <w:pPr>
        <w:spacing w:after="40" w:line="264" w:lineRule="auto"/>
        <w:ind w:left="113"/>
        <w:rPr>
          <w:sz w:val="22"/>
          <w:szCs w:val="24"/>
          <w:lang w:eastAsia="ja-JP"/>
        </w:rPr>
      </w:pPr>
      <w:r w:rsidRPr="00604453">
        <w:rPr>
          <w:rFonts w:ascii="Yu Gothic" w:eastAsia="Yu Gothic" w:hAnsi="Yu Gothic"/>
          <w:sz w:val="20"/>
          <w:szCs w:val="24"/>
          <w:lang w:eastAsia="ja-JP"/>
        </w:rPr>
        <w:t>※　必要に応じて見積書その他積算根拠が分かる資料を添付してください。</w:t>
      </w:r>
    </w:p>
    <w:p w14:paraId="77AB5233" w14:textId="77777777" w:rsidR="00465E6C" w:rsidRPr="00945779" w:rsidRDefault="00465E6C" w:rsidP="00465E6C">
      <w:pPr>
        <w:spacing w:after="0"/>
        <w:rPr>
          <w:lang w:eastAsia="ja-JP"/>
        </w:rPr>
        <w:sectPr w:rsidR="00465E6C" w:rsidRPr="00945779" w:rsidSect="00465E6C">
          <w:pgSz w:w="12240" w:h="15840"/>
          <w:pgMar w:top="1020" w:right="1134" w:bottom="1020" w:left="1134" w:header="720" w:footer="720" w:gutter="0"/>
          <w:cols w:space="720"/>
          <w:docGrid w:linePitch="360"/>
        </w:sectPr>
      </w:pPr>
    </w:p>
    <w:p w14:paraId="027D637F" w14:textId="77777777" w:rsidR="00465E6C" w:rsidRPr="00945779" w:rsidRDefault="00465E6C" w:rsidP="00465E6C">
      <w:pPr>
        <w:spacing w:after="120"/>
        <w:jc w:val="right"/>
        <w:rPr>
          <w:lang w:eastAsia="zh-TW"/>
        </w:rPr>
      </w:pPr>
      <w:r w:rsidRPr="00945779">
        <w:rPr>
          <w:rFonts w:ascii="Yu Gothic" w:eastAsia="Yu Gothic" w:hAnsi="Yu Gothic"/>
          <w:b/>
          <w:sz w:val="24"/>
          <w:lang w:eastAsia="zh-TW"/>
        </w:rPr>
        <w:lastRenderedPageBreak/>
        <w:t>様式第３号</w:t>
      </w:r>
    </w:p>
    <w:p w14:paraId="1F5EA115" w14:textId="77777777" w:rsidR="00465E6C" w:rsidRPr="00945779" w:rsidRDefault="00465E6C" w:rsidP="00465E6C">
      <w:pPr>
        <w:spacing w:after="20"/>
        <w:jc w:val="center"/>
        <w:rPr>
          <w:lang w:eastAsia="zh-TW"/>
        </w:rPr>
      </w:pPr>
      <w:r w:rsidRPr="00945779">
        <w:rPr>
          <w:rFonts w:ascii="Yu Gothic" w:eastAsia="Yu Gothic" w:hAnsi="Yu Gothic"/>
          <w:sz w:val="22"/>
          <w:lang w:eastAsia="zh-TW"/>
        </w:rPr>
        <w:t>令和８年度（令和７年度補正予算繰越）医薬品安定供給支援補助金</w:t>
      </w:r>
    </w:p>
    <w:p w14:paraId="0C5660FA" w14:textId="77777777" w:rsidR="00465E6C" w:rsidRPr="00945779" w:rsidRDefault="00465E6C" w:rsidP="00465E6C">
      <w:pPr>
        <w:spacing w:after="40"/>
        <w:jc w:val="center"/>
        <w:rPr>
          <w:lang w:eastAsia="ja-JP"/>
        </w:rPr>
      </w:pPr>
      <w:r w:rsidRPr="00945779">
        <w:rPr>
          <w:rFonts w:ascii="Yu Gothic" w:eastAsia="Yu Gothic" w:hAnsi="Yu Gothic"/>
          <w:sz w:val="22"/>
          <w:lang w:eastAsia="ja-JP"/>
        </w:rPr>
        <w:t>「医薬品卸業者に対する継続的な安定供給支援事業」</w:t>
      </w:r>
    </w:p>
    <w:p w14:paraId="68D2FFBB" w14:textId="77777777" w:rsidR="00465E6C" w:rsidRPr="00945779" w:rsidRDefault="00465E6C" w:rsidP="00465E6C">
      <w:pPr>
        <w:spacing w:after="440"/>
        <w:jc w:val="center"/>
        <w:rPr>
          <w:lang w:eastAsia="zh-TW"/>
        </w:rPr>
      </w:pPr>
      <w:r w:rsidRPr="00945779">
        <w:rPr>
          <w:rFonts w:ascii="Yu Gothic" w:eastAsia="Yu Gothic" w:hAnsi="Yu Gothic"/>
          <w:b/>
          <w:sz w:val="32"/>
          <w:lang w:eastAsia="zh-TW"/>
        </w:rPr>
        <w:t>事業計画書（医薬品供給体制高度化事業用）</w:t>
      </w:r>
    </w:p>
    <w:p w14:paraId="01A98985" w14:textId="77777777" w:rsidR="00465E6C" w:rsidRPr="00945779" w:rsidRDefault="00465E6C" w:rsidP="00465E6C">
      <w:pPr>
        <w:spacing w:after="320"/>
        <w:jc w:val="right"/>
      </w:pPr>
      <w:r w:rsidRPr="00945779">
        <w:rPr>
          <w:rFonts w:ascii="Yu Gothic" w:eastAsia="Yu Gothic" w:hAnsi="Yu Gothic"/>
          <w:sz w:val="22"/>
        </w:rPr>
        <w:t>年　　月　　日</w:t>
      </w:r>
    </w:p>
    <w:p w14:paraId="600D6BF6" w14:textId="77777777" w:rsidR="00465E6C" w:rsidRPr="00945779" w:rsidRDefault="00465E6C" w:rsidP="00465E6C">
      <w:pPr>
        <w:rPr>
          <w:rFonts w:ascii="Yu Gothic" w:eastAsia="Yu Gothic" w:hAnsi="Yu Gothic"/>
        </w:rPr>
      </w:pPr>
      <w:proofErr w:type="spellStart"/>
      <w:r w:rsidRPr="00945779">
        <w:rPr>
          <w:rFonts w:ascii="Yu Gothic" w:eastAsia="Yu Gothic" w:hAnsi="Yu Gothic"/>
          <w:sz w:val="22"/>
        </w:rPr>
        <w:t>厚生労働大臣</w:t>
      </w:r>
      <w:proofErr w:type="spellEnd"/>
      <w:r w:rsidRPr="00945779">
        <w:rPr>
          <w:rFonts w:ascii="Yu Gothic" w:eastAsia="Yu Gothic" w:hAnsi="Yu Gothic"/>
          <w:sz w:val="22"/>
        </w:rPr>
        <w:t xml:space="preserve">　殿</w:t>
      </w:r>
    </w:p>
    <w:tbl>
      <w:tblPr>
        <w:tblW w:w="0" w:type="auto"/>
        <w:jc w:val="center"/>
        <w:tblLayout w:type="fixed"/>
        <w:tblLook w:val="04A0" w:firstRow="1" w:lastRow="0" w:firstColumn="1" w:lastColumn="0" w:noHBand="0" w:noVBand="1"/>
      </w:tblPr>
      <w:tblGrid>
        <w:gridCol w:w="1368"/>
        <w:gridCol w:w="2450"/>
        <w:gridCol w:w="5830"/>
      </w:tblGrid>
      <w:tr w:rsidR="00945779" w:rsidRPr="00945779" w14:paraId="67F31D07" w14:textId="77777777" w:rsidTr="00C005B6">
        <w:trPr>
          <w:trHeight w:val="425"/>
          <w:jc w:val="center"/>
        </w:trPr>
        <w:tc>
          <w:tcPr>
            <w:tcW w:w="1368" w:type="dxa"/>
            <w:vMerge w:val="restart"/>
            <w:tcBorders>
              <w:top w:val="single" w:sz="8" w:space="0" w:color="7F8C8D"/>
              <w:left w:val="single" w:sz="8" w:space="0" w:color="7F8C8D"/>
              <w:right w:val="single" w:sz="8" w:space="0" w:color="7F8C8D"/>
            </w:tcBorders>
            <w:shd w:val="clear" w:color="auto" w:fill="D9E1F2"/>
            <w:vAlign w:val="center"/>
          </w:tcPr>
          <w:p w14:paraId="7DF3A27E" w14:textId="77777777" w:rsidR="00465E6C" w:rsidRPr="00604453" w:rsidRDefault="00465E6C" w:rsidP="002C48FE">
            <w:pPr>
              <w:spacing w:after="0" w:line="252" w:lineRule="auto"/>
              <w:jc w:val="center"/>
              <w:rPr>
                <w:rFonts w:ascii="Yu Gothic" w:eastAsia="Yu Gothic" w:hAnsi="Yu Gothic"/>
                <w:sz w:val="20"/>
                <w:szCs w:val="24"/>
              </w:rPr>
            </w:pPr>
            <w:proofErr w:type="spellStart"/>
            <w:r w:rsidRPr="00604453">
              <w:rPr>
                <w:rFonts w:ascii="Yu Gothic" w:eastAsia="Yu Gothic" w:hAnsi="Yu Gothic"/>
                <w:b/>
                <w:sz w:val="20"/>
                <w:szCs w:val="24"/>
              </w:rPr>
              <w:t>申請者</w:t>
            </w:r>
            <w:proofErr w:type="spellEnd"/>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6ADB72F" w14:textId="77777777" w:rsidR="00465E6C" w:rsidRPr="00604453" w:rsidRDefault="00465E6C" w:rsidP="002C48FE">
            <w:pPr>
              <w:spacing w:after="0" w:line="252" w:lineRule="auto"/>
              <w:jc w:val="center"/>
              <w:rPr>
                <w:rFonts w:ascii="Yu Gothic" w:eastAsia="Yu Gothic" w:hAnsi="Yu Gothic"/>
                <w:sz w:val="20"/>
                <w:szCs w:val="24"/>
              </w:rPr>
            </w:pPr>
            <w:r w:rsidRPr="00604453">
              <w:rPr>
                <w:rFonts w:ascii="Yu Gothic" w:eastAsia="Yu Gothic" w:hAnsi="Yu Gothic"/>
                <w:b/>
                <w:sz w:val="20"/>
                <w:szCs w:val="24"/>
              </w:rPr>
              <w:t>住　所</w:t>
            </w:r>
          </w:p>
        </w:tc>
        <w:tc>
          <w:tcPr>
            <w:tcW w:w="5830" w:type="dxa"/>
            <w:tcBorders>
              <w:top w:val="single" w:sz="8" w:space="0" w:color="7F8C8D"/>
              <w:left w:val="single" w:sz="8" w:space="0" w:color="7F8C8D"/>
              <w:bottom w:val="single" w:sz="8" w:space="0" w:color="7F8C8D"/>
              <w:right w:val="single" w:sz="8" w:space="0" w:color="7F8C8D"/>
            </w:tcBorders>
            <w:vAlign w:val="center"/>
          </w:tcPr>
          <w:p w14:paraId="51593FD8" w14:textId="77777777" w:rsidR="00465E6C" w:rsidRPr="00ED1610" w:rsidRDefault="00465E6C" w:rsidP="002C48FE">
            <w:pPr>
              <w:spacing w:after="0" w:line="252" w:lineRule="auto"/>
              <w:rPr>
                <w:rFonts w:ascii="Yu Gothic" w:eastAsia="Yu Gothic" w:hAnsi="Yu Gothic"/>
                <w:sz w:val="22"/>
                <w:szCs w:val="32"/>
              </w:rPr>
            </w:pPr>
          </w:p>
        </w:tc>
      </w:tr>
      <w:tr w:rsidR="00945779" w:rsidRPr="00945779" w14:paraId="5F9DBCAE" w14:textId="77777777" w:rsidTr="00C005B6">
        <w:trPr>
          <w:trHeight w:val="425"/>
          <w:jc w:val="center"/>
        </w:trPr>
        <w:tc>
          <w:tcPr>
            <w:tcW w:w="1368" w:type="dxa"/>
            <w:vMerge/>
            <w:tcBorders>
              <w:left w:val="single" w:sz="8" w:space="0" w:color="7F8C8D"/>
              <w:right w:val="single" w:sz="8" w:space="0" w:color="7F8C8D"/>
            </w:tcBorders>
            <w:shd w:val="clear" w:color="auto" w:fill="D9E1F2"/>
            <w:vAlign w:val="center"/>
          </w:tcPr>
          <w:p w14:paraId="74AD9465" w14:textId="77777777" w:rsidR="00465E6C" w:rsidRPr="00604453" w:rsidRDefault="00465E6C" w:rsidP="002C48FE">
            <w:pPr>
              <w:spacing w:after="0" w:line="252" w:lineRule="auto"/>
              <w:jc w:val="center"/>
              <w:rPr>
                <w:rFonts w:ascii="Yu Gothic" w:eastAsia="Yu Gothic" w:hAnsi="Yu Gothic"/>
                <w:sz w:val="20"/>
                <w:szCs w:val="24"/>
              </w:rPr>
            </w:pPr>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222D463" w14:textId="77777777" w:rsidR="00465E6C" w:rsidRPr="00604453" w:rsidRDefault="00465E6C" w:rsidP="002C48FE">
            <w:pPr>
              <w:spacing w:after="0" w:line="252" w:lineRule="auto"/>
              <w:jc w:val="center"/>
              <w:rPr>
                <w:rFonts w:ascii="Yu Gothic" w:eastAsia="Yu Gothic" w:hAnsi="Yu Gothic"/>
                <w:sz w:val="20"/>
                <w:szCs w:val="24"/>
              </w:rPr>
            </w:pPr>
            <w:proofErr w:type="spellStart"/>
            <w:r w:rsidRPr="00604453">
              <w:rPr>
                <w:rFonts w:ascii="Yu Gothic" w:eastAsia="Yu Gothic" w:hAnsi="Yu Gothic"/>
                <w:b/>
                <w:sz w:val="20"/>
                <w:szCs w:val="24"/>
              </w:rPr>
              <w:t>氏名又は名称</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4D3AB0CE" w14:textId="77777777" w:rsidR="00465E6C" w:rsidRPr="00ED1610" w:rsidRDefault="00465E6C" w:rsidP="002C48FE">
            <w:pPr>
              <w:spacing w:after="0" w:line="252" w:lineRule="auto"/>
              <w:rPr>
                <w:rFonts w:ascii="Yu Gothic" w:eastAsia="Yu Gothic" w:hAnsi="Yu Gothic"/>
                <w:sz w:val="22"/>
                <w:szCs w:val="32"/>
              </w:rPr>
            </w:pPr>
          </w:p>
        </w:tc>
      </w:tr>
      <w:tr w:rsidR="00945779" w:rsidRPr="00945779" w14:paraId="2CC93E76" w14:textId="77777777" w:rsidTr="00C005B6">
        <w:trPr>
          <w:trHeight w:val="425"/>
          <w:jc w:val="center"/>
        </w:trPr>
        <w:tc>
          <w:tcPr>
            <w:tcW w:w="1368" w:type="dxa"/>
            <w:vMerge/>
            <w:tcBorders>
              <w:left w:val="single" w:sz="8" w:space="0" w:color="7F8C8D"/>
              <w:bottom w:val="single" w:sz="8" w:space="0" w:color="7F8C8D"/>
              <w:right w:val="single" w:sz="8" w:space="0" w:color="7F8C8D"/>
            </w:tcBorders>
            <w:shd w:val="clear" w:color="auto" w:fill="D9E1F2"/>
            <w:vAlign w:val="center"/>
          </w:tcPr>
          <w:p w14:paraId="415C43FD" w14:textId="77777777" w:rsidR="00465E6C" w:rsidRPr="00604453" w:rsidRDefault="00465E6C" w:rsidP="002C48FE">
            <w:pPr>
              <w:spacing w:after="0" w:line="252" w:lineRule="auto"/>
              <w:jc w:val="center"/>
              <w:rPr>
                <w:rFonts w:ascii="Yu Gothic" w:eastAsia="Yu Gothic" w:hAnsi="Yu Gothic"/>
                <w:sz w:val="20"/>
                <w:szCs w:val="24"/>
              </w:rPr>
            </w:pPr>
          </w:p>
        </w:tc>
        <w:tc>
          <w:tcPr>
            <w:tcW w:w="245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BA92684" w14:textId="77777777" w:rsidR="00465E6C" w:rsidRPr="00604453" w:rsidRDefault="00465E6C" w:rsidP="002C48FE">
            <w:pPr>
              <w:spacing w:after="0" w:line="252" w:lineRule="auto"/>
              <w:jc w:val="center"/>
              <w:rPr>
                <w:rFonts w:ascii="Yu Gothic" w:eastAsia="Yu Gothic" w:hAnsi="Yu Gothic"/>
                <w:sz w:val="20"/>
                <w:szCs w:val="24"/>
              </w:rPr>
            </w:pPr>
            <w:r w:rsidRPr="00604453">
              <w:rPr>
                <w:rFonts w:ascii="Yu Gothic" w:eastAsia="Yu Gothic" w:hAnsi="Yu Gothic"/>
                <w:b/>
                <w:sz w:val="20"/>
                <w:szCs w:val="24"/>
              </w:rPr>
              <w:t>代 表 者</w:t>
            </w:r>
          </w:p>
        </w:tc>
        <w:tc>
          <w:tcPr>
            <w:tcW w:w="5830" w:type="dxa"/>
            <w:tcBorders>
              <w:top w:val="single" w:sz="8" w:space="0" w:color="7F8C8D"/>
              <w:left w:val="single" w:sz="8" w:space="0" w:color="7F8C8D"/>
              <w:bottom w:val="single" w:sz="8" w:space="0" w:color="7F8C8D"/>
              <w:right w:val="single" w:sz="8" w:space="0" w:color="7F8C8D"/>
            </w:tcBorders>
            <w:vAlign w:val="center"/>
          </w:tcPr>
          <w:p w14:paraId="7337551D" w14:textId="77777777" w:rsidR="00465E6C" w:rsidRPr="00ED1610" w:rsidRDefault="00465E6C" w:rsidP="002C48FE">
            <w:pPr>
              <w:spacing w:after="0" w:line="252" w:lineRule="auto"/>
              <w:rPr>
                <w:rFonts w:ascii="Yu Gothic" w:eastAsia="Yu Gothic" w:hAnsi="Yu Gothic"/>
                <w:sz w:val="22"/>
                <w:szCs w:val="32"/>
              </w:rPr>
            </w:pPr>
          </w:p>
        </w:tc>
      </w:tr>
    </w:tbl>
    <w:p w14:paraId="3F6DF156" w14:textId="77777777" w:rsidR="00465E6C" w:rsidRPr="00945779" w:rsidRDefault="00465E6C" w:rsidP="00465E6C">
      <w:pPr>
        <w:spacing w:after="80"/>
        <w:rPr>
          <w:rFonts w:ascii="Yu Gothic" w:eastAsia="Yu Gothic" w:hAnsi="Yu Gothic"/>
        </w:rPr>
      </w:pPr>
    </w:p>
    <w:p w14:paraId="77D03A1E" w14:textId="77777777" w:rsidR="00465E6C" w:rsidRPr="00945779" w:rsidRDefault="00465E6C" w:rsidP="00465E6C">
      <w:pPr>
        <w:pStyle w:val="1"/>
        <w:spacing w:before="160" w:after="120"/>
        <w:rPr>
          <w:rFonts w:ascii="Yu Gothic" w:eastAsia="Yu Gothic" w:hAnsi="Yu Gothic"/>
          <w:color w:val="auto"/>
        </w:rPr>
      </w:pPr>
      <w:r w:rsidRPr="00945779">
        <w:rPr>
          <w:rFonts w:ascii="Yu Gothic" w:eastAsia="Yu Gothic" w:hAnsi="Yu Gothic"/>
          <w:color w:val="auto"/>
        </w:rPr>
        <w:t xml:space="preserve">1　</w:t>
      </w:r>
      <w:proofErr w:type="spellStart"/>
      <w:r w:rsidRPr="00945779">
        <w:rPr>
          <w:rFonts w:ascii="Yu Gothic" w:eastAsia="Yu Gothic" w:hAnsi="Yu Gothic"/>
          <w:color w:val="auto"/>
        </w:rPr>
        <w:t>事業者の名称等</w:t>
      </w:r>
      <w:proofErr w:type="spellEnd"/>
    </w:p>
    <w:p w14:paraId="0A5294DA" w14:textId="77777777" w:rsidR="00465E6C" w:rsidRPr="00604453" w:rsidRDefault="00465E6C" w:rsidP="00465E6C">
      <w:pPr>
        <w:spacing w:after="40" w:line="264" w:lineRule="auto"/>
        <w:ind w:left="113"/>
        <w:rPr>
          <w:rFonts w:ascii="Yu Gothic" w:eastAsia="Yu Gothic" w:hAnsi="Yu Gothic"/>
          <w:sz w:val="22"/>
          <w:szCs w:val="24"/>
          <w:lang w:eastAsia="ja-JP"/>
        </w:rPr>
      </w:pPr>
      <w:r w:rsidRPr="00604453">
        <w:rPr>
          <w:rFonts w:ascii="Yu Gothic" w:eastAsia="Yu Gothic" w:hAnsi="Yu Gothic"/>
          <w:sz w:val="20"/>
          <w:szCs w:val="24"/>
          <w:lang w:eastAsia="ja-JP"/>
        </w:rPr>
        <w:t>※　複数の事業者が連携して実施する場合は、代表者を定めた上で代表者の情報を記載し、その他の事業者の情報は任意様式で別添してください。以降の各欄は、それぞれの役割分担が分かるよう記載してください。</w:t>
      </w:r>
    </w:p>
    <w:tbl>
      <w:tblPr>
        <w:tblW w:w="0" w:type="auto"/>
        <w:jc w:val="center"/>
        <w:tblLayout w:type="fixed"/>
        <w:tblLook w:val="04A0" w:firstRow="1" w:lastRow="0" w:firstColumn="1" w:lastColumn="0" w:noHBand="0" w:noVBand="1"/>
      </w:tblPr>
      <w:tblGrid>
        <w:gridCol w:w="3816"/>
        <w:gridCol w:w="5832"/>
      </w:tblGrid>
      <w:tr w:rsidR="00945779" w:rsidRPr="00604453" w14:paraId="6EC27522" w14:textId="77777777" w:rsidTr="002C48FE">
        <w:trPr>
          <w:trHeight w:val="386"/>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D251DBA" w14:textId="77777777" w:rsidR="00465E6C" w:rsidRPr="00604453" w:rsidRDefault="00465E6C" w:rsidP="002C48FE">
            <w:pPr>
              <w:spacing w:after="0" w:line="252" w:lineRule="auto"/>
              <w:rPr>
                <w:rFonts w:ascii="Yu Gothic" w:eastAsia="Yu Gothic" w:hAnsi="Yu Gothic"/>
                <w:sz w:val="22"/>
                <w:szCs w:val="24"/>
                <w:lang w:eastAsia="ja-JP"/>
              </w:rPr>
            </w:pPr>
            <w:r w:rsidRPr="00604453">
              <w:rPr>
                <w:rFonts w:ascii="Yu Gothic" w:eastAsia="Yu Gothic" w:hAnsi="Yu Gothic"/>
                <w:b/>
                <w:sz w:val="20"/>
                <w:szCs w:val="24"/>
                <w:lang w:eastAsia="ja-JP"/>
              </w:rPr>
              <w:t>申請者の氏名又は名称</w:t>
            </w:r>
          </w:p>
        </w:tc>
        <w:tc>
          <w:tcPr>
            <w:tcW w:w="5832" w:type="dxa"/>
            <w:tcBorders>
              <w:top w:val="single" w:sz="8" w:space="0" w:color="7F8C8D"/>
              <w:left w:val="single" w:sz="8" w:space="0" w:color="7F8C8D"/>
              <w:bottom w:val="single" w:sz="8" w:space="0" w:color="7F8C8D"/>
              <w:right w:val="single" w:sz="8" w:space="0" w:color="7F8C8D"/>
            </w:tcBorders>
            <w:vAlign w:val="center"/>
          </w:tcPr>
          <w:p w14:paraId="33F23AB1" w14:textId="77777777" w:rsidR="00465E6C" w:rsidRPr="00604453" w:rsidRDefault="00465E6C" w:rsidP="002C48FE">
            <w:pPr>
              <w:spacing w:after="0" w:line="252" w:lineRule="auto"/>
              <w:rPr>
                <w:rFonts w:ascii="Yu Gothic" w:eastAsia="Yu Gothic" w:hAnsi="Yu Gothic"/>
                <w:sz w:val="22"/>
                <w:szCs w:val="24"/>
                <w:lang w:eastAsia="ja-JP"/>
              </w:rPr>
            </w:pPr>
          </w:p>
        </w:tc>
      </w:tr>
      <w:tr w:rsidR="00945779" w:rsidRPr="00604453" w14:paraId="30C3DE28" w14:textId="77777777" w:rsidTr="002C48FE">
        <w:trPr>
          <w:trHeight w:val="386"/>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5149B94" w14:textId="77777777" w:rsidR="00465E6C" w:rsidRPr="00604453" w:rsidRDefault="00465E6C" w:rsidP="002C48FE">
            <w:pPr>
              <w:spacing w:after="0" w:line="252" w:lineRule="auto"/>
              <w:rPr>
                <w:rFonts w:ascii="Yu Gothic" w:eastAsia="Yu Gothic" w:hAnsi="Yu Gothic"/>
                <w:sz w:val="22"/>
                <w:szCs w:val="24"/>
                <w:lang w:eastAsia="ja-JP"/>
              </w:rPr>
            </w:pPr>
            <w:r w:rsidRPr="00604453">
              <w:rPr>
                <w:rFonts w:ascii="Yu Gothic" w:eastAsia="Yu Gothic" w:hAnsi="Yu Gothic"/>
                <w:b/>
                <w:sz w:val="20"/>
                <w:szCs w:val="24"/>
                <w:lang w:eastAsia="ja-JP"/>
              </w:rPr>
              <w:t>代表者名（申請者が法人の場合）</w:t>
            </w:r>
          </w:p>
        </w:tc>
        <w:tc>
          <w:tcPr>
            <w:tcW w:w="5832" w:type="dxa"/>
            <w:tcBorders>
              <w:top w:val="single" w:sz="8" w:space="0" w:color="7F8C8D"/>
              <w:left w:val="single" w:sz="8" w:space="0" w:color="7F8C8D"/>
              <w:bottom w:val="single" w:sz="8" w:space="0" w:color="7F8C8D"/>
              <w:right w:val="single" w:sz="8" w:space="0" w:color="7F8C8D"/>
            </w:tcBorders>
            <w:vAlign w:val="center"/>
          </w:tcPr>
          <w:p w14:paraId="72A14AEA" w14:textId="77777777" w:rsidR="00465E6C" w:rsidRPr="00604453" w:rsidRDefault="00465E6C" w:rsidP="002C48FE">
            <w:pPr>
              <w:spacing w:after="0" w:line="252" w:lineRule="auto"/>
              <w:rPr>
                <w:rFonts w:ascii="Yu Gothic" w:eastAsia="Yu Gothic" w:hAnsi="Yu Gothic"/>
                <w:sz w:val="22"/>
                <w:szCs w:val="24"/>
                <w:lang w:eastAsia="ja-JP"/>
              </w:rPr>
            </w:pPr>
          </w:p>
        </w:tc>
      </w:tr>
      <w:tr w:rsidR="00945779" w:rsidRPr="00604453" w14:paraId="1B4DF676" w14:textId="77777777" w:rsidTr="002C48FE">
        <w:trPr>
          <w:trHeight w:val="386"/>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52E74C7" w14:textId="77777777" w:rsidR="00465E6C" w:rsidRPr="00604453" w:rsidRDefault="00465E6C" w:rsidP="002C48FE">
            <w:pPr>
              <w:spacing w:after="0" w:line="252" w:lineRule="auto"/>
              <w:rPr>
                <w:rFonts w:ascii="Yu Gothic" w:eastAsia="Yu Gothic" w:hAnsi="Yu Gothic"/>
                <w:sz w:val="22"/>
                <w:szCs w:val="24"/>
                <w:lang w:eastAsia="ja-JP"/>
              </w:rPr>
            </w:pPr>
            <w:r w:rsidRPr="00604453">
              <w:rPr>
                <w:rFonts w:ascii="Yu Gothic" w:eastAsia="Yu Gothic" w:hAnsi="Yu Gothic"/>
                <w:b/>
                <w:sz w:val="20"/>
                <w:szCs w:val="24"/>
                <w:lang w:eastAsia="ja-JP"/>
              </w:rPr>
              <w:t>資本金の額又は出資の総額</w:t>
            </w:r>
          </w:p>
        </w:tc>
        <w:tc>
          <w:tcPr>
            <w:tcW w:w="5832" w:type="dxa"/>
            <w:tcBorders>
              <w:top w:val="single" w:sz="8" w:space="0" w:color="7F8C8D"/>
              <w:left w:val="single" w:sz="8" w:space="0" w:color="7F8C8D"/>
              <w:bottom w:val="single" w:sz="8" w:space="0" w:color="7F8C8D"/>
              <w:right w:val="single" w:sz="8" w:space="0" w:color="7F8C8D"/>
            </w:tcBorders>
            <w:vAlign w:val="center"/>
          </w:tcPr>
          <w:p w14:paraId="4242E4BD" w14:textId="77777777" w:rsidR="00465E6C" w:rsidRPr="00604453" w:rsidRDefault="00465E6C" w:rsidP="002C48FE">
            <w:pPr>
              <w:spacing w:after="0" w:line="252" w:lineRule="auto"/>
              <w:rPr>
                <w:rFonts w:ascii="Yu Gothic" w:eastAsia="Yu Gothic" w:hAnsi="Yu Gothic"/>
                <w:sz w:val="22"/>
                <w:szCs w:val="24"/>
                <w:lang w:eastAsia="ja-JP"/>
              </w:rPr>
            </w:pPr>
          </w:p>
        </w:tc>
      </w:tr>
      <w:tr w:rsidR="00945779" w:rsidRPr="00604453" w14:paraId="7EA542ED" w14:textId="77777777" w:rsidTr="002C48FE">
        <w:trPr>
          <w:trHeight w:val="386"/>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8F4D181" w14:textId="77777777" w:rsidR="00465E6C" w:rsidRPr="00604453" w:rsidRDefault="00465E6C" w:rsidP="002C48FE">
            <w:pPr>
              <w:spacing w:after="0" w:line="252" w:lineRule="auto"/>
              <w:rPr>
                <w:rFonts w:ascii="Yu Gothic" w:eastAsia="Yu Gothic" w:hAnsi="Yu Gothic"/>
                <w:sz w:val="22"/>
                <w:szCs w:val="24"/>
                <w:lang w:eastAsia="ja-JP"/>
              </w:rPr>
            </w:pPr>
            <w:r w:rsidRPr="00604453">
              <w:rPr>
                <w:rFonts w:ascii="Yu Gothic" w:eastAsia="Yu Gothic" w:hAnsi="Yu Gothic"/>
                <w:b/>
                <w:sz w:val="20"/>
                <w:szCs w:val="24"/>
                <w:lang w:eastAsia="ja-JP"/>
              </w:rPr>
              <w:t>常時使用する従業員の数</w:t>
            </w:r>
          </w:p>
        </w:tc>
        <w:tc>
          <w:tcPr>
            <w:tcW w:w="5832" w:type="dxa"/>
            <w:tcBorders>
              <w:top w:val="single" w:sz="8" w:space="0" w:color="7F8C8D"/>
              <w:left w:val="single" w:sz="8" w:space="0" w:color="7F8C8D"/>
              <w:bottom w:val="single" w:sz="8" w:space="0" w:color="7F8C8D"/>
              <w:right w:val="single" w:sz="8" w:space="0" w:color="7F8C8D"/>
            </w:tcBorders>
            <w:vAlign w:val="center"/>
          </w:tcPr>
          <w:p w14:paraId="03160407" w14:textId="77777777" w:rsidR="00465E6C" w:rsidRPr="00604453" w:rsidRDefault="00465E6C" w:rsidP="002C48FE">
            <w:pPr>
              <w:spacing w:after="0" w:line="252" w:lineRule="auto"/>
              <w:rPr>
                <w:rFonts w:ascii="Yu Gothic" w:eastAsia="Yu Gothic" w:hAnsi="Yu Gothic"/>
                <w:sz w:val="22"/>
                <w:szCs w:val="24"/>
                <w:lang w:eastAsia="ja-JP"/>
              </w:rPr>
            </w:pPr>
          </w:p>
        </w:tc>
      </w:tr>
      <w:tr w:rsidR="00945779" w:rsidRPr="00604453" w14:paraId="0FEEF859" w14:textId="77777777" w:rsidTr="002C48FE">
        <w:trPr>
          <w:trHeight w:val="386"/>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25057BC2" w14:textId="77777777" w:rsidR="00465E6C" w:rsidRPr="00604453" w:rsidRDefault="00465E6C" w:rsidP="002C48FE">
            <w:pPr>
              <w:spacing w:after="0" w:line="252" w:lineRule="auto"/>
              <w:rPr>
                <w:rFonts w:ascii="Yu Gothic" w:eastAsia="Yu Gothic" w:hAnsi="Yu Gothic"/>
                <w:sz w:val="22"/>
                <w:szCs w:val="24"/>
                <w:lang w:eastAsia="ja-JP"/>
              </w:rPr>
            </w:pPr>
            <w:r w:rsidRPr="00604453">
              <w:rPr>
                <w:rFonts w:ascii="Yu Gothic" w:eastAsia="Yu Gothic" w:hAnsi="Yu Gothic"/>
                <w:b/>
                <w:sz w:val="20"/>
                <w:szCs w:val="24"/>
                <w:lang w:eastAsia="ja-JP"/>
              </w:rPr>
              <w:t>法人番号（申請者が法人の場合）</w:t>
            </w:r>
          </w:p>
        </w:tc>
        <w:tc>
          <w:tcPr>
            <w:tcW w:w="5832" w:type="dxa"/>
            <w:tcBorders>
              <w:top w:val="single" w:sz="8" w:space="0" w:color="7F8C8D"/>
              <w:left w:val="single" w:sz="8" w:space="0" w:color="7F8C8D"/>
              <w:bottom w:val="single" w:sz="8" w:space="0" w:color="7F8C8D"/>
              <w:right w:val="single" w:sz="8" w:space="0" w:color="7F8C8D"/>
            </w:tcBorders>
            <w:vAlign w:val="center"/>
          </w:tcPr>
          <w:p w14:paraId="5E697D0B" w14:textId="77777777" w:rsidR="00465E6C" w:rsidRPr="00604453" w:rsidRDefault="00465E6C" w:rsidP="002C48FE">
            <w:pPr>
              <w:spacing w:after="0" w:line="252" w:lineRule="auto"/>
              <w:rPr>
                <w:rFonts w:ascii="Yu Gothic" w:eastAsia="Yu Gothic" w:hAnsi="Yu Gothic"/>
                <w:sz w:val="22"/>
                <w:szCs w:val="24"/>
                <w:lang w:eastAsia="ja-JP"/>
              </w:rPr>
            </w:pPr>
          </w:p>
        </w:tc>
      </w:tr>
      <w:tr w:rsidR="00945779" w:rsidRPr="00604453" w14:paraId="66D5D1C0" w14:textId="77777777" w:rsidTr="002C48FE">
        <w:trPr>
          <w:trHeight w:val="386"/>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DBA30A4" w14:textId="77777777" w:rsidR="00465E6C" w:rsidRPr="00604453" w:rsidRDefault="00465E6C" w:rsidP="002C48FE">
            <w:pPr>
              <w:spacing w:after="0" w:line="252" w:lineRule="auto"/>
              <w:rPr>
                <w:rFonts w:ascii="Yu Gothic" w:eastAsia="Yu Gothic" w:hAnsi="Yu Gothic"/>
                <w:sz w:val="22"/>
                <w:szCs w:val="24"/>
                <w:lang w:eastAsia="ja-JP"/>
              </w:rPr>
            </w:pPr>
            <w:r w:rsidRPr="00604453">
              <w:rPr>
                <w:rFonts w:ascii="Yu Gothic" w:eastAsia="Yu Gothic" w:hAnsi="Yu Gothic"/>
                <w:b/>
                <w:sz w:val="20"/>
                <w:szCs w:val="24"/>
                <w:lang w:eastAsia="ja-JP"/>
              </w:rPr>
              <w:t>医薬品卸売販売業を有する拠点数</w:t>
            </w:r>
          </w:p>
        </w:tc>
        <w:tc>
          <w:tcPr>
            <w:tcW w:w="5832" w:type="dxa"/>
            <w:tcBorders>
              <w:top w:val="single" w:sz="8" w:space="0" w:color="7F8C8D"/>
              <w:left w:val="single" w:sz="8" w:space="0" w:color="7F8C8D"/>
              <w:bottom w:val="single" w:sz="8" w:space="0" w:color="7F8C8D"/>
              <w:right w:val="single" w:sz="8" w:space="0" w:color="7F8C8D"/>
            </w:tcBorders>
            <w:vAlign w:val="center"/>
          </w:tcPr>
          <w:p w14:paraId="4AE8FA44" w14:textId="77777777" w:rsidR="00465E6C" w:rsidRPr="00604453" w:rsidRDefault="00465E6C" w:rsidP="002C48FE">
            <w:pPr>
              <w:spacing w:after="0" w:line="252" w:lineRule="auto"/>
              <w:rPr>
                <w:rFonts w:ascii="Yu Gothic" w:eastAsia="Yu Gothic" w:hAnsi="Yu Gothic"/>
                <w:sz w:val="22"/>
                <w:szCs w:val="24"/>
                <w:lang w:eastAsia="ja-JP"/>
              </w:rPr>
            </w:pPr>
          </w:p>
        </w:tc>
      </w:tr>
      <w:tr w:rsidR="00945779" w:rsidRPr="00604453" w14:paraId="5C4B051D" w14:textId="77777777" w:rsidTr="002C48FE">
        <w:trPr>
          <w:trHeight w:val="386"/>
          <w:jc w:val="center"/>
        </w:trPr>
        <w:tc>
          <w:tcPr>
            <w:tcW w:w="38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3DCA4CB" w14:textId="77777777" w:rsidR="00465E6C" w:rsidRPr="00604453" w:rsidRDefault="00465E6C" w:rsidP="002C48FE">
            <w:pPr>
              <w:spacing w:after="0" w:line="252" w:lineRule="auto"/>
              <w:rPr>
                <w:rFonts w:ascii="Yu Gothic" w:eastAsia="Yu Gothic" w:hAnsi="Yu Gothic"/>
                <w:sz w:val="22"/>
                <w:szCs w:val="24"/>
                <w:lang w:eastAsia="ja-JP"/>
              </w:rPr>
            </w:pPr>
            <w:r w:rsidRPr="00604453">
              <w:rPr>
                <w:rFonts w:ascii="Yu Gothic" w:eastAsia="Yu Gothic" w:hAnsi="Yu Gothic"/>
                <w:b/>
                <w:sz w:val="20"/>
                <w:szCs w:val="24"/>
                <w:lang w:eastAsia="ja-JP"/>
              </w:rPr>
              <w:t>応募区分（様式第7号と一致）</w:t>
            </w:r>
          </w:p>
        </w:tc>
        <w:tc>
          <w:tcPr>
            <w:tcW w:w="5832" w:type="dxa"/>
            <w:tcBorders>
              <w:top w:val="single" w:sz="8" w:space="0" w:color="7F8C8D"/>
              <w:left w:val="single" w:sz="8" w:space="0" w:color="7F8C8D"/>
              <w:bottom w:val="single" w:sz="8" w:space="0" w:color="7F8C8D"/>
              <w:right w:val="single" w:sz="8" w:space="0" w:color="7F8C8D"/>
            </w:tcBorders>
            <w:vAlign w:val="center"/>
          </w:tcPr>
          <w:p w14:paraId="32AAC4C2" w14:textId="77777777" w:rsidR="00465E6C" w:rsidRPr="00604453" w:rsidRDefault="00465E6C" w:rsidP="002C48FE">
            <w:pPr>
              <w:spacing w:after="0" w:line="252" w:lineRule="auto"/>
              <w:rPr>
                <w:rFonts w:ascii="Yu Gothic" w:eastAsia="Yu Gothic" w:hAnsi="Yu Gothic"/>
                <w:sz w:val="22"/>
                <w:szCs w:val="24"/>
                <w:lang w:eastAsia="ja-JP"/>
              </w:rPr>
            </w:pPr>
          </w:p>
        </w:tc>
      </w:tr>
    </w:tbl>
    <w:p w14:paraId="4510240B" w14:textId="77777777" w:rsidR="00465E6C" w:rsidRPr="00604453" w:rsidRDefault="00465E6C" w:rsidP="00465E6C">
      <w:pPr>
        <w:spacing w:after="40"/>
        <w:rPr>
          <w:rFonts w:ascii="Yu Gothic" w:eastAsia="Yu Gothic" w:hAnsi="Yu Gothic"/>
          <w:sz w:val="22"/>
          <w:szCs w:val="24"/>
          <w:lang w:eastAsia="ja-JP"/>
        </w:rPr>
      </w:pPr>
    </w:p>
    <w:tbl>
      <w:tblPr>
        <w:tblW w:w="0" w:type="auto"/>
        <w:jc w:val="center"/>
        <w:tblLayout w:type="fixed"/>
        <w:tblLook w:val="04A0" w:firstRow="1" w:lastRow="0" w:firstColumn="1" w:lastColumn="0" w:noHBand="0" w:noVBand="1"/>
      </w:tblPr>
      <w:tblGrid>
        <w:gridCol w:w="1368"/>
        <w:gridCol w:w="2376"/>
        <w:gridCol w:w="5904"/>
      </w:tblGrid>
      <w:tr w:rsidR="00945779" w:rsidRPr="00604453" w14:paraId="59B17CF4" w14:textId="77777777" w:rsidTr="002C48FE">
        <w:trPr>
          <w:trHeight w:val="374"/>
          <w:jc w:val="center"/>
        </w:trPr>
        <w:tc>
          <w:tcPr>
            <w:tcW w:w="1368" w:type="dxa"/>
            <w:vMerge w:val="restart"/>
            <w:tcBorders>
              <w:top w:val="single" w:sz="8" w:space="0" w:color="7F8C8D"/>
              <w:left w:val="single" w:sz="8" w:space="0" w:color="7F8C8D"/>
              <w:bottom w:val="single" w:sz="8" w:space="0" w:color="7F8C8D"/>
              <w:right w:val="single" w:sz="8" w:space="0" w:color="7F8C8D"/>
            </w:tcBorders>
            <w:shd w:val="clear" w:color="auto" w:fill="D9E1F2"/>
            <w:vAlign w:val="center"/>
          </w:tcPr>
          <w:p w14:paraId="1743932A" w14:textId="77777777" w:rsidR="00465E6C" w:rsidRPr="00604453" w:rsidRDefault="00465E6C" w:rsidP="002C48FE">
            <w:pPr>
              <w:spacing w:after="0" w:line="252" w:lineRule="auto"/>
              <w:jc w:val="center"/>
              <w:rPr>
                <w:rFonts w:ascii="Yu Gothic" w:eastAsia="Yu Gothic" w:hAnsi="Yu Gothic"/>
                <w:sz w:val="22"/>
                <w:szCs w:val="24"/>
              </w:rPr>
            </w:pPr>
            <w:proofErr w:type="spellStart"/>
            <w:r w:rsidRPr="00604453">
              <w:rPr>
                <w:rFonts w:ascii="Yu Gothic" w:eastAsia="Yu Gothic" w:hAnsi="Yu Gothic"/>
                <w:b/>
                <w:sz w:val="20"/>
                <w:szCs w:val="24"/>
              </w:rPr>
              <w:t>担当者</w:t>
            </w:r>
            <w:proofErr w:type="spellEnd"/>
          </w:p>
        </w:tc>
        <w:tc>
          <w:tcPr>
            <w:tcW w:w="237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6716B95" w14:textId="77777777" w:rsidR="00465E6C" w:rsidRPr="00604453" w:rsidRDefault="00465E6C" w:rsidP="002C48FE">
            <w:pPr>
              <w:spacing w:after="0" w:line="252" w:lineRule="auto"/>
              <w:jc w:val="center"/>
              <w:rPr>
                <w:rFonts w:ascii="Yu Gothic" w:eastAsia="Yu Gothic" w:hAnsi="Yu Gothic"/>
                <w:sz w:val="22"/>
                <w:szCs w:val="24"/>
              </w:rPr>
            </w:pPr>
            <w:proofErr w:type="spellStart"/>
            <w:r w:rsidRPr="00604453">
              <w:rPr>
                <w:rFonts w:ascii="Yu Gothic" w:eastAsia="Yu Gothic" w:hAnsi="Yu Gothic"/>
                <w:b/>
                <w:sz w:val="20"/>
                <w:szCs w:val="24"/>
              </w:rPr>
              <w:t>部署</w:t>
            </w:r>
            <w:proofErr w:type="spellEnd"/>
          </w:p>
        </w:tc>
        <w:tc>
          <w:tcPr>
            <w:tcW w:w="5904" w:type="dxa"/>
            <w:tcBorders>
              <w:top w:val="single" w:sz="8" w:space="0" w:color="7F8C8D"/>
              <w:left w:val="single" w:sz="8" w:space="0" w:color="7F8C8D"/>
              <w:bottom w:val="single" w:sz="8" w:space="0" w:color="7F8C8D"/>
              <w:right w:val="single" w:sz="8" w:space="0" w:color="7F8C8D"/>
            </w:tcBorders>
            <w:vAlign w:val="center"/>
          </w:tcPr>
          <w:p w14:paraId="1838E4E2" w14:textId="77777777" w:rsidR="00465E6C" w:rsidRPr="00604453" w:rsidRDefault="00465E6C" w:rsidP="002C48FE">
            <w:pPr>
              <w:spacing w:after="0" w:line="252" w:lineRule="auto"/>
              <w:rPr>
                <w:rFonts w:ascii="Yu Gothic" w:eastAsia="Yu Gothic" w:hAnsi="Yu Gothic"/>
                <w:sz w:val="22"/>
                <w:szCs w:val="24"/>
              </w:rPr>
            </w:pPr>
          </w:p>
        </w:tc>
      </w:tr>
      <w:tr w:rsidR="00945779" w:rsidRPr="00604453" w14:paraId="2A8D43A7" w14:textId="77777777" w:rsidTr="002C48FE">
        <w:trPr>
          <w:trHeight w:val="374"/>
          <w:jc w:val="center"/>
        </w:trPr>
        <w:tc>
          <w:tcPr>
            <w:tcW w:w="1368" w:type="dxa"/>
            <w:vMerge/>
            <w:tcBorders>
              <w:top w:val="single" w:sz="8" w:space="0" w:color="7F8C8D"/>
              <w:left w:val="single" w:sz="8" w:space="0" w:color="7F8C8D"/>
              <w:bottom w:val="single" w:sz="8" w:space="0" w:color="7F8C8D"/>
              <w:right w:val="single" w:sz="8" w:space="0" w:color="7F8C8D"/>
            </w:tcBorders>
          </w:tcPr>
          <w:p w14:paraId="09138817" w14:textId="77777777" w:rsidR="00465E6C" w:rsidRPr="00604453" w:rsidRDefault="00465E6C" w:rsidP="002C48FE">
            <w:pPr>
              <w:rPr>
                <w:rFonts w:ascii="Yu Gothic" w:eastAsia="Yu Gothic" w:hAnsi="Yu Gothic"/>
                <w:sz w:val="22"/>
                <w:szCs w:val="24"/>
              </w:rPr>
            </w:pPr>
          </w:p>
        </w:tc>
        <w:tc>
          <w:tcPr>
            <w:tcW w:w="237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D589FF7" w14:textId="77777777" w:rsidR="00465E6C" w:rsidRPr="00604453" w:rsidRDefault="00465E6C" w:rsidP="002C48FE">
            <w:pPr>
              <w:spacing w:after="0" w:line="252" w:lineRule="auto"/>
              <w:jc w:val="center"/>
              <w:rPr>
                <w:rFonts w:ascii="Yu Gothic" w:eastAsia="Yu Gothic" w:hAnsi="Yu Gothic"/>
                <w:sz w:val="22"/>
                <w:szCs w:val="24"/>
              </w:rPr>
            </w:pPr>
            <w:proofErr w:type="spellStart"/>
            <w:r w:rsidRPr="00604453">
              <w:rPr>
                <w:rFonts w:ascii="Yu Gothic" w:eastAsia="Yu Gothic" w:hAnsi="Yu Gothic"/>
                <w:b/>
                <w:sz w:val="20"/>
                <w:szCs w:val="24"/>
              </w:rPr>
              <w:t>氏名</w:t>
            </w:r>
            <w:proofErr w:type="spellEnd"/>
          </w:p>
        </w:tc>
        <w:tc>
          <w:tcPr>
            <w:tcW w:w="5904" w:type="dxa"/>
            <w:tcBorders>
              <w:top w:val="single" w:sz="8" w:space="0" w:color="7F8C8D"/>
              <w:left w:val="single" w:sz="8" w:space="0" w:color="7F8C8D"/>
              <w:bottom w:val="single" w:sz="8" w:space="0" w:color="7F8C8D"/>
              <w:right w:val="single" w:sz="8" w:space="0" w:color="7F8C8D"/>
            </w:tcBorders>
            <w:vAlign w:val="center"/>
          </w:tcPr>
          <w:p w14:paraId="5BFD96C1" w14:textId="77777777" w:rsidR="00465E6C" w:rsidRPr="00604453" w:rsidRDefault="00465E6C" w:rsidP="002C48FE">
            <w:pPr>
              <w:spacing w:after="0" w:line="252" w:lineRule="auto"/>
              <w:rPr>
                <w:rFonts w:ascii="Yu Gothic" w:eastAsia="Yu Gothic" w:hAnsi="Yu Gothic"/>
                <w:sz w:val="22"/>
                <w:szCs w:val="24"/>
              </w:rPr>
            </w:pPr>
          </w:p>
        </w:tc>
      </w:tr>
      <w:tr w:rsidR="00945779" w:rsidRPr="00604453" w14:paraId="71FC976C" w14:textId="77777777" w:rsidTr="002C48FE">
        <w:trPr>
          <w:trHeight w:val="374"/>
          <w:jc w:val="center"/>
        </w:trPr>
        <w:tc>
          <w:tcPr>
            <w:tcW w:w="1368" w:type="dxa"/>
            <w:vMerge/>
            <w:tcBorders>
              <w:top w:val="single" w:sz="8" w:space="0" w:color="7F8C8D"/>
              <w:left w:val="single" w:sz="8" w:space="0" w:color="7F8C8D"/>
              <w:bottom w:val="single" w:sz="8" w:space="0" w:color="7F8C8D"/>
              <w:right w:val="single" w:sz="8" w:space="0" w:color="7F8C8D"/>
            </w:tcBorders>
          </w:tcPr>
          <w:p w14:paraId="086939D5" w14:textId="77777777" w:rsidR="00465E6C" w:rsidRPr="00604453" w:rsidRDefault="00465E6C" w:rsidP="002C48FE">
            <w:pPr>
              <w:rPr>
                <w:rFonts w:ascii="Yu Gothic" w:eastAsia="Yu Gothic" w:hAnsi="Yu Gothic"/>
                <w:sz w:val="22"/>
                <w:szCs w:val="24"/>
              </w:rPr>
            </w:pPr>
          </w:p>
        </w:tc>
        <w:tc>
          <w:tcPr>
            <w:tcW w:w="237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7DC63E4" w14:textId="77777777" w:rsidR="00465E6C" w:rsidRPr="00604453" w:rsidRDefault="00465E6C" w:rsidP="002C48FE">
            <w:pPr>
              <w:spacing w:after="0" w:line="252" w:lineRule="auto"/>
              <w:jc w:val="center"/>
              <w:rPr>
                <w:rFonts w:ascii="Yu Gothic" w:eastAsia="Yu Gothic" w:hAnsi="Yu Gothic"/>
                <w:sz w:val="22"/>
                <w:szCs w:val="24"/>
              </w:rPr>
            </w:pPr>
            <w:proofErr w:type="spellStart"/>
            <w:r w:rsidRPr="00604453">
              <w:rPr>
                <w:rFonts w:ascii="Yu Gothic" w:eastAsia="Yu Gothic" w:hAnsi="Yu Gothic"/>
                <w:b/>
                <w:sz w:val="20"/>
                <w:szCs w:val="24"/>
              </w:rPr>
              <w:t>電話番号</w:t>
            </w:r>
            <w:proofErr w:type="spellEnd"/>
          </w:p>
        </w:tc>
        <w:tc>
          <w:tcPr>
            <w:tcW w:w="5904" w:type="dxa"/>
            <w:tcBorders>
              <w:top w:val="single" w:sz="8" w:space="0" w:color="7F8C8D"/>
              <w:left w:val="single" w:sz="8" w:space="0" w:color="7F8C8D"/>
              <w:bottom w:val="single" w:sz="8" w:space="0" w:color="7F8C8D"/>
              <w:right w:val="single" w:sz="8" w:space="0" w:color="7F8C8D"/>
            </w:tcBorders>
            <w:vAlign w:val="center"/>
          </w:tcPr>
          <w:p w14:paraId="6CF0EE8D" w14:textId="77777777" w:rsidR="00465E6C" w:rsidRPr="00604453" w:rsidRDefault="00465E6C" w:rsidP="002C48FE">
            <w:pPr>
              <w:spacing w:after="0" w:line="252" w:lineRule="auto"/>
              <w:rPr>
                <w:rFonts w:ascii="Yu Gothic" w:eastAsia="Yu Gothic" w:hAnsi="Yu Gothic"/>
                <w:sz w:val="22"/>
                <w:szCs w:val="24"/>
              </w:rPr>
            </w:pPr>
          </w:p>
        </w:tc>
      </w:tr>
      <w:tr w:rsidR="00945779" w:rsidRPr="00604453" w14:paraId="1E2B9ADC" w14:textId="77777777" w:rsidTr="002C48FE">
        <w:trPr>
          <w:trHeight w:val="374"/>
          <w:jc w:val="center"/>
        </w:trPr>
        <w:tc>
          <w:tcPr>
            <w:tcW w:w="1368" w:type="dxa"/>
            <w:vMerge/>
            <w:tcBorders>
              <w:top w:val="single" w:sz="8" w:space="0" w:color="7F8C8D"/>
              <w:left w:val="single" w:sz="8" w:space="0" w:color="7F8C8D"/>
              <w:bottom w:val="single" w:sz="8" w:space="0" w:color="7F8C8D"/>
              <w:right w:val="single" w:sz="8" w:space="0" w:color="7F8C8D"/>
            </w:tcBorders>
          </w:tcPr>
          <w:p w14:paraId="024A0259" w14:textId="77777777" w:rsidR="00465E6C" w:rsidRPr="00604453" w:rsidRDefault="00465E6C" w:rsidP="002C48FE">
            <w:pPr>
              <w:rPr>
                <w:rFonts w:ascii="Yu Gothic" w:eastAsia="Yu Gothic" w:hAnsi="Yu Gothic"/>
                <w:sz w:val="22"/>
                <w:szCs w:val="24"/>
              </w:rPr>
            </w:pPr>
          </w:p>
        </w:tc>
        <w:tc>
          <w:tcPr>
            <w:tcW w:w="237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C48CA66" w14:textId="77777777" w:rsidR="00465E6C" w:rsidRPr="00604453" w:rsidRDefault="00465E6C" w:rsidP="002C48FE">
            <w:pPr>
              <w:spacing w:after="0" w:line="252" w:lineRule="auto"/>
              <w:jc w:val="center"/>
              <w:rPr>
                <w:rFonts w:ascii="Yu Gothic" w:eastAsia="Yu Gothic" w:hAnsi="Yu Gothic"/>
                <w:sz w:val="22"/>
                <w:szCs w:val="24"/>
              </w:rPr>
            </w:pPr>
            <w:proofErr w:type="spellStart"/>
            <w:r w:rsidRPr="00604453">
              <w:rPr>
                <w:rFonts w:ascii="Yu Gothic" w:eastAsia="Yu Gothic" w:hAnsi="Yu Gothic"/>
                <w:b/>
                <w:sz w:val="20"/>
                <w:szCs w:val="24"/>
              </w:rPr>
              <w:t>メールアドレス</w:t>
            </w:r>
            <w:proofErr w:type="spellEnd"/>
          </w:p>
        </w:tc>
        <w:tc>
          <w:tcPr>
            <w:tcW w:w="5904" w:type="dxa"/>
            <w:tcBorders>
              <w:top w:val="single" w:sz="8" w:space="0" w:color="7F8C8D"/>
              <w:left w:val="single" w:sz="8" w:space="0" w:color="7F8C8D"/>
              <w:bottom w:val="single" w:sz="8" w:space="0" w:color="7F8C8D"/>
              <w:right w:val="single" w:sz="8" w:space="0" w:color="7F8C8D"/>
            </w:tcBorders>
            <w:vAlign w:val="center"/>
          </w:tcPr>
          <w:p w14:paraId="3F89A27E" w14:textId="77777777" w:rsidR="00465E6C" w:rsidRPr="00604453" w:rsidRDefault="00465E6C" w:rsidP="002C48FE">
            <w:pPr>
              <w:spacing w:after="0" w:line="252" w:lineRule="auto"/>
              <w:rPr>
                <w:rFonts w:ascii="Yu Gothic" w:eastAsia="Yu Gothic" w:hAnsi="Yu Gothic"/>
                <w:sz w:val="22"/>
                <w:szCs w:val="24"/>
              </w:rPr>
            </w:pPr>
          </w:p>
        </w:tc>
      </w:tr>
    </w:tbl>
    <w:p w14:paraId="09E0B0A8" w14:textId="77777777" w:rsidR="00465E6C" w:rsidRPr="00945779" w:rsidRDefault="00465E6C" w:rsidP="00465E6C">
      <w:pPr>
        <w:spacing w:after="0"/>
        <w:rPr>
          <w:rFonts w:ascii="Yu Gothic" w:eastAsia="Yu Gothic" w:hAnsi="Yu Gothic"/>
        </w:rPr>
      </w:pPr>
      <w:r w:rsidRPr="00945779">
        <w:rPr>
          <w:rFonts w:ascii="Yu Gothic" w:eastAsia="Yu Gothic" w:hAnsi="Yu Gothic"/>
          <w:sz w:val="2"/>
        </w:rPr>
        <w:br w:type="page"/>
      </w:r>
    </w:p>
    <w:p w14:paraId="0BE5E27E" w14:textId="77777777" w:rsidR="00465E6C" w:rsidRPr="00945779" w:rsidRDefault="00465E6C" w:rsidP="00465E6C">
      <w:pPr>
        <w:pStyle w:val="1"/>
        <w:spacing w:before="160" w:after="120"/>
        <w:rPr>
          <w:rFonts w:ascii="Yu Gothic" w:eastAsia="Yu Gothic" w:hAnsi="Yu Gothic"/>
          <w:color w:val="auto"/>
        </w:rPr>
      </w:pPr>
      <w:r w:rsidRPr="00945779">
        <w:rPr>
          <w:rFonts w:ascii="Yu Gothic" w:eastAsia="Yu Gothic" w:hAnsi="Yu Gothic"/>
          <w:color w:val="auto"/>
        </w:rPr>
        <w:lastRenderedPageBreak/>
        <w:t xml:space="preserve">2　</w:t>
      </w:r>
      <w:proofErr w:type="spellStart"/>
      <w:r w:rsidRPr="00945779">
        <w:rPr>
          <w:rFonts w:ascii="Yu Gothic" w:eastAsia="Yu Gothic" w:hAnsi="Yu Gothic"/>
          <w:color w:val="auto"/>
        </w:rPr>
        <w:t>該当する取組</w:t>
      </w:r>
      <w:proofErr w:type="spellEnd"/>
    </w:p>
    <w:p w14:paraId="0D2EBDDD" w14:textId="77777777" w:rsidR="00465E6C" w:rsidRPr="00022F3B" w:rsidRDefault="00465E6C" w:rsidP="00465E6C">
      <w:pPr>
        <w:spacing w:after="40" w:line="264" w:lineRule="auto"/>
        <w:ind w:left="113"/>
        <w:rPr>
          <w:sz w:val="22"/>
          <w:szCs w:val="24"/>
          <w:lang w:eastAsia="ja-JP"/>
        </w:rPr>
      </w:pPr>
      <w:r w:rsidRPr="00022F3B">
        <w:rPr>
          <w:rFonts w:ascii="Yu Gothic" w:eastAsia="Yu Gothic" w:hAnsi="Yu Gothic"/>
          <w:sz w:val="20"/>
          <w:szCs w:val="24"/>
          <w:lang w:eastAsia="ja-JP"/>
        </w:rPr>
        <w:t>※　公募要領2．（3）③に掲げる取組のうち、該当するものを選択してください（複数選択可）。</w:t>
      </w:r>
    </w:p>
    <w:p w14:paraId="553682B4" w14:textId="75B375F2" w:rsidR="00465E6C" w:rsidRPr="00945779" w:rsidRDefault="00465E6C" w:rsidP="00465E6C">
      <w:pPr>
        <w:spacing w:after="60"/>
        <w:rPr>
          <w:szCs w:val="21"/>
          <w:lang w:eastAsia="ja-JP"/>
        </w:rPr>
      </w:pPr>
      <w:r w:rsidRPr="00945779">
        <w:rPr>
          <w:rFonts w:ascii="Yu Gothic" w:eastAsia="Yu Gothic" w:hAnsi="Yu Gothic"/>
          <w:lang w:eastAsia="ja-JP"/>
        </w:rPr>
        <w:t xml:space="preserve">□ </w:t>
      </w:r>
      <w:r w:rsidRPr="00945779">
        <w:rPr>
          <w:rFonts w:ascii="Yu Gothic" w:eastAsia="Yu Gothic" w:hAnsi="Yu Gothic" w:hint="eastAsia"/>
          <w:lang w:eastAsia="ja-JP"/>
        </w:rPr>
        <w:t>カ</w:t>
      </w:r>
      <w:r w:rsidRPr="00945779">
        <w:rPr>
          <w:rFonts w:ascii="Yu Gothic" w:eastAsia="Yu Gothic" w:hAnsi="Yu Gothic"/>
          <w:lang w:eastAsia="ja-JP"/>
        </w:rPr>
        <w:t xml:space="preserve">　</w:t>
      </w:r>
      <w:r w:rsidRPr="00945779">
        <w:rPr>
          <w:rFonts w:ascii="Yu Gothic" w:eastAsia="Yu Gothic" w:hAnsi="Yu Gothic" w:hint="eastAsia"/>
          <w:szCs w:val="21"/>
          <w:lang w:eastAsia="ja-JP"/>
        </w:rPr>
        <w:t>医薬品</w:t>
      </w:r>
      <w:r w:rsidRPr="00945779">
        <w:rPr>
          <w:rFonts w:ascii="Yu Gothic" w:eastAsia="Yu Gothic" w:hAnsi="Yu Gothic"/>
          <w:szCs w:val="21"/>
          <w:lang w:eastAsia="ja-JP"/>
        </w:rPr>
        <w:t>供給ネットワークの再構築</w:t>
      </w:r>
      <w:r w:rsidR="00C53C45" w:rsidRPr="00945779">
        <w:rPr>
          <w:rFonts w:ascii="Yu Gothic" w:eastAsia="Yu Gothic" w:hAnsi="Yu Gothic" w:hint="eastAsia"/>
          <w:szCs w:val="21"/>
          <w:lang w:eastAsia="ja-JP"/>
        </w:rPr>
        <w:t>に資する取組</w:t>
      </w:r>
    </w:p>
    <w:p w14:paraId="27410ECE" w14:textId="00C0B41D" w:rsidR="00465E6C" w:rsidRPr="00945779" w:rsidRDefault="00465E6C" w:rsidP="00465E6C">
      <w:pPr>
        <w:spacing w:after="60"/>
        <w:rPr>
          <w:szCs w:val="21"/>
          <w:lang w:eastAsia="ja-JP"/>
        </w:rPr>
      </w:pPr>
      <w:r w:rsidRPr="00945779">
        <w:rPr>
          <w:rFonts w:ascii="Yu Gothic" w:eastAsia="Yu Gothic" w:hAnsi="Yu Gothic"/>
          <w:szCs w:val="21"/>
          <w:lang w:eastAsia="ja-JP"/>
        </w:rPr>
        <w:t xml:space="preserve">□ </w:t>
      </w:r>
      <w:r w:rsidRPr="00945779">
        <w:rPr>
          <w:rFonts w:ascii="Yu Gothic" w:eastAsia="Yu Gothic" w:hAnsi="Yu Gothic" w:hint="eastAsia"/>
          <w:szCs w:val="21"/>
          <w:lang w:eastAsia="ja-JP"/>
        </w:rPr>
        <w:t>キ</w:t>
      </w:r>
      <w:r w:rsidRPr="00945779">
        <w:rPr>
          <w:rFonts w:ascii="Yu Gothic" w:eastAsia="Yu Gothic" w:hAnsi="Yu Gothic"/>
          <w:szCs w:val="21"/>
          <w:lang w:eastAsia="ja-JP"/>
        </w:rPr>
        <w:t xml:space="preserve">　医療機関、薬局、卸拠点等の間における需給・在庫情報の共有</w:t>
      </w:r>
      <w:r w:rsidR="00BF0654" w:rsidRPr="00945779">
        <w:rPr>
          <w:rFonts w:ascii="Yu Gothic" w:eastAsia="Yu Gothic" w:hAnsi="Yu Gothic" w:hint="eastAsia"/>
          <w:szCs w:val="21"/>
          <w:lang w:eastAsia="ja-JP"/>
        </w:rPr>
        <w:t>及び</w:t>
      </w:r>
      <w:r w:rsidR="00204F98" w:rsidRPr="00945779">
        <w:rPr>
          <w:rFonts w:ascii="Yu Gothic" w:eastAsia="Yu Gothic" w:hAnsi="Yu Gothic" w:hint="eastAsia"/>
          <w:szCs w:val="21"/>
          <w:lang w:eastAsia="ja-JP"/>
        </w:rPr>
        <w:t>活用に資する</w:t>
      </w:r>
      <w:r w:rsidR="006F7AB5" w:rsidRPr="00945779">
        <w:rPr>
          <w:rFonts w:ascii="Yu Gothic" w:eastAsia="Yu Gothic" w:hAnsi="Yu Gothic" w:hint="eastAsia"/>
          <w:szCs w:val="21"/>
          <w:lang w:eastAsia="ja-JP"/>
        </w:rPr>
        <w:t>取組</w:t>
      </w:r>
    </w:p>
    <w:p w14:paraId="05E1BF65" w14:textId="70E00182" w:rsidR="00465E6C" w:rsidRPr="00945779" w:rsidRDefault="00465E6C" w:rsidP="00204F98">
      <w:pPr>
        <w:spacing w:after="60"/>
        <w:rPr>
          <w:rFonts w:ascii="Yu Gothic" w:eastAsia="Yu Gothic" w:hAnsi="Yu Gothic"/>
          <w:szCs w:val="21"/>
          <w:lang w:eastAsia="ja-JP"/>
        </w:rPr>
      </w:pPr>
      <w:r w:rsidRPr="00945779">
        <w:rPr>
          <w:rFonts w:ascii="Yu Gothic" w:eastAsia="Yu Gothic" w:hAnsi="Yu Gothic"/>
          <w:szCs w:val="21"/>
          <w:lang w:eastAsia="ja-JP"/>
        </w:rPr>
        <w:t xml:space="preserve">□ </w:t>
      </w:r>
      <w:r w:rsidRPr="00945779">
        <w:rPr>
          <w:rFonts w:ascii="Yu Gothic" w:eastAsia="Yu Gothic" w:hAnsi="Yu Gothic" w:hint="eastAsia"/>
          <w:szCs w:val="21"/>
          <w:lang w:eastAsia="ja-JP"/>
        </w:rPr>
        <w:t>ク</w:t>
      </w:r>
      <w:r w:rsidRPr="00945779">
        <w:rPr>
          <w:rFonts w:ascii="Yu Gothic" w:eastAsia="Yu Gothic" w:hAnsi="Yu Gothic"/>
          <w:szCs w:val="21"/>
          <w:lang w:eastAsia="ja-JP"/>
        </w:rPr>
        <w:t xml:space="preserve">　</w:t>
      </w:r>
      <w:r w:rsidRPr="00945779">
        <w:rPr>
          <w:rFonts w:ascii="Yu Gothic" w:eastAsia="Yu Gothic" w:hAnsi="Yu Gothic" w:hint="eastAsia"/>
          <w:szCs w:val="21"/>
          <w:lang w:eastAsia="ja-JP"/>
        </w:rPr>
        <w:t>離島、へき地等における</w:t>
      </w:r>
      <w:r w:rsidRPr="00945779">
        <w:rPr>
          <w:rFonts w:ascii="Yu Gothic" w:eastAsia="Yu Gothic" w:hAnsi="Yu Gothic"/>
          <w:szCs w:val="21"/>
          <w:lang w:eastAsia="ja-JP"/>
        </w:rPr>
        <w:t>共同配送・共同在庫その他地域連携型の</w:t>
      </w:r>
      <w:r w:rsidRPr="00945779">
        <w:rPr>
          <w:rFonts w:ascii="Yu Gothic" w:eastAsia="Yu Gothic" w:hAnsi="Yu Gothic" w:hint="eastAsia"/>
          <w:szCs w:val="21"/>
          <w:lang w:eastAsia="ja-JP"/>
        </w:rPr>
        <w:t>物流</w:t>
      </w:r>
      <w:r w:rsidRPr="00945779">
        <w:rPr>
          <w:rFonts w:ascii="Yu Gothic" w:eastAsia="Yu Gothic" w:hAnsi="Yu Gothic"/>
          <w:szCs w:val="21"/>
          <w:lang w:eastAsia="ja-JP"/>
        </w:rPr>
        <w:t>高度化</w:t>
      </w:r>
      <w:r w:rsidR="00783F9A" w:rsidRPr="00945779">
        <w:rPr>
          <w:rFonts w:ascii="Yu Gothic" w:eastAsia="Yu Gothic" w:hAnsi="Yu Gothic" w:hint="eastAsia"/>
          <w:szCs w:val="21"/>
          <w:lang w:eastAsia="ja-JP"/>
        </w:rPr>
        <w:t>に資する取組</w:t>
      </w:r>
    </w:p>
    <w:p w14:paraId="40782EE7" w14:textId="5CA6D92D" w:rsidR="00465E6C" w:rsidRPr="00945779" w:rsidRDefault="00465E6C" w:rsidP="00465E6C">
      <w:pPr>
        <w:spacing w:after="60"/>
        <w:rPr>
          <w:szCs w:val="21"/>
          <w:lang w:eastAsia="ja-JP"/>
        </w:rPr>
      </w:pPr>
      <w:r w:rsidRPr="00945779">
        <w:rPr>
          <w:rFonts w:ascii="Yu Gothic" w:eastAsia="Yu Gothic" w:hAnsi="Yu Gothic"/>
          <w:szCs w:val="21"/>
          <w:lang w:eastAsia="ja-JP"/>
        </w:rPr>
        <w:t xml:space="preserve">□ </w:t>
      </w:r>
      <w:r w:rsidRPr="00945779">
        <w:rPr>
          <w:rFonts w:ascii="Yu Gothic" w:eastAsia="Yu Gothic" w:hAnsi="Yu Gothic" w:hint="eastAsia"/>
          <w:szCs w:val="21"/>
          <w:lang w:eastAsia="ja-JP"/>
        </w:rPr>
        <w:t>ケ</w:t>
      </w:r>
      <w:r w:rsidRPr="00945779">
        <w:rPr>
          <w:rFonts w:ascii="Yu Gothic" w:eastAsia="Yu Gothic" w:hAnsi="Yu Gothic"/>
          <w:szCs w:val="21"/>
          <w:lang w:eastAsia="ja-JP"/>
        </w:rPr>
        <w:t xml:space="preserve">　特殊</w:t>
      </w:r>
      <w:r w:rsidRPr="00945779">
        <w:rPr>
          <w:rFonts w:ascii="Yu Gothic" w:eastAsia="Yu Gothic" w:hAnsi="Yu Gothic" w:hint="eastAsia"/>
          <w:szCs w:val="21"/>
          <w:lang w:eastAsia="ja-JP"/>
        </w:rPr>
        <w:t>な</w:t>
      </w:r>
      <w:r w:rsidRPr="00945779">
        <w:rPr>
          <w:rFonts w:ascii="Yu Gothic" w:eastAsia="Yu Gothic" w:hAnsi="Yu Gothic"/>
          <w:szCs w:val="21"/>
          <w:lang w:eastAsia="ja-JP"/>
        </w:rPr>
        <w:t>管理</w:t>
      </w:r>
      <w:r w:rsidRPr="00945779">
        <w:rPr>
          <w:rFonts w:ascii="Yu Gothic" w:eastAsia="Yu Gothic" w:hAnsi="Yu Gothic" w:hint="eastAsia"/>
          <w:szCs w:val="21"/>
          <w:lang w:eastAsia="ja-JP"/>
        </w:rPr>
        <w:t>を要する</w:t>
      </w:r>
      <w:r w:rsidRPr="00945779">
        <w:rPr>
          <w:rFonts w:ascii="Yu Gothic" w:eastAsia="Yu Gothic" w:hAnsi="Yu Gothic"/>
          <w:szCs w:val="21"/>
          <w:lang w:eastAsia="ja-JP"/>
        </w:rPr>
        <w:t>医薬品</w:t>
      </w:r>
      <w:r w:rsidRPr="00945779">
        <w:rPr>
          <w:rFonts w:ascii="Yu Gothic" w:eastAsia="Yu Gothic" w:hAnsi="Yu Gothic" w:hint="eastAsia"/>
          <w:szCs w:val="21"/>
          <w:lang w:eastAsia="ja-JP"/>
        </w:rPr>
        <w:t>等の安定供給体制</w:t>
      </w:r>
      <w:r w:rsidRPr="00945779">
        <w:rPr>
          <w:rFonts w:ascii="Yu Gothic" w:eastAsia="Yu Gothic" w:hAnsi="Yu Gothic"/>
          <w:szCs w:val="21"/>
          <w:lang w:eastAsia="ja-JP"/>
        </w:rPr>
        <w:t>の高度化</w:t>
      </w:r>
      <w:r w:rsidR="005C531D" w:rsidRPr="00945779">
        <w:rPr>
          <w:rFonts w:ascii="Yu Gothic" w:eastAsia="Yu Gothic" w:hAnsi="Yu Gothic" w:hint="eastAsia"/>
          <w:szCs w:val="21"/>
          <w:lang w:eastAsia="ja-JP"/>
        </w:rPr>
        <w:t>に資する取組</w:t>
      </w:r>
    </w:p>
    <w:p w14:paraId="5DAC2A02" w14:textId="49477417" w:rsidR="00465E6C" w:rsidRPr="00945779" w:rsidRDefault="00465E6C" w:rsidP="00465E6C">
      <w:pPr>
        <w:spacing w:after="60"/>
        <w:rPr>
          <w:szCs w:val="21"/>
          <w:lang w:eastAsia="ja-JP"/>
        </w:rPr>
      </w:pPr>
      <w:r w:rsidRPr="00945779">
        <w:rPr>
          <w:rFonts w:ascii="Yu Gothic" w:eastAsia="Yu Gothic" w:hAnsi="Yu Gothic"/>
          <w:szCs w:val="21"/>
          <w:lang w:eastAsia="ja-JP"/>
        </w:rPr>
        <w:t xml:space="preserve">□ </w:t>
      </w:r>
      <w:r w:rsidRPr="00945779">
        <w:rPr>
          <w:rFonts w:ascii="Yu Gothic" w:eastAsia="Yu Gothic" w:hAnsi="Yu Gothic" w:hint="eastAsia"/>
          <w:szCs w:val="21"/>
          <w:lang w:eastAsia="ja-JP"/>
        </w:rPr>
        <w:t>コ</w:t>
      </w:r>
      <w:r w:rsidRPr="00945779">
        <w:rPr>
          <w:rFonts w:ascii="Yu Gothic" w:eastAsia="Yu Gothic" w:hAnsi="Yu Gothic"/>
          <w:szCs w:val="21"/>
          <w:lang w:eastAsia="ja-JP"/>
        </w:rPr>
        <w:t xml:space="preserve">　</w:t>
      </w:r>
      <w:r w:rsidRPr="00945779">
        <w:rPr>
          <w:rFonts w:ascii="Yu Gothic" w:eastAsia="Yu Gothic" w:hAnsi="Yu Gothic" w:hint="eastAsia"/>
          <w:szCs w:val="21"/>
          <w:lang w:eastAsia="ja-JP"/>
        </w:rPr>
        <w:t>供給途絶リスクを踏まえた</w:t>
      </w:r>
      <w:r w:rsidRPr="00945779">
        <w:rPr>
          <w:rFonts w:ascii="Yu Gothic" w:eastAsia="Yu Gothic" w:hAnsi="Yu Gothic"/>
          <w:szCs w:val="21"/>
          <w:lang w:eastAsia="ja-JP"/>
        </w:rPr>
        <w:t>供給継続体制の強化</w:t>
      </w:r>
      <w:r w:rsidR="006E2194" w:rsidRPr="00945779">
        <w:rPr>
          <w:rFonts w:ascii="Yu Gothic" w:eastAsia="Yu Gothic" w:hAnsi="Yu Gothic" w:hint="eastAsia"/>
          <w:szCs w:val="21"/>
          <w:lang w:eastAsia="ja-JP"/>
        </w:rPr>
        <w:t>に資する取組</w:t>
      </w:r>
    </w:p>
    <w:p w14:paraId="30D4839E" w14:textId="2F7947C4" w:rsidR="00465E6C" w:rsidRPr="00945779" w:rsidRDefault="00465E6C" w:rsidP="00465E6C">
      <w:pPr>
        <w:spacing w:after="60"/>
        <w:rPr>
          <w:lang w:eastAsia="ja-JP"/>
        </w:rPr>
      </w:pPr>
      <w:r w:rsidRPr="00945779">
        <w:rPr>
          <w:rFonts w:ascii="Yu Gothic" w:eastAsia="Yu Gothic" w:hAnsi="Yu Gothic"/>
          <w:szCs w:val="21"/>
          <w:lang w:eastAsia="ja-JP"/>
        </w:rPr>
        <w:t xml:space="preserve">□ </w:t>
      </w:r>
      <w:r w:rsidRPr="00945779">
        <w:rPr>
          <w:rFonts w:ascii="Yu Gothic" w:eastAsia="Yu Gothic" w:hAnsi="Yu Gothic" w:hint="eastAsia"/>
          <w:szCs w:val="21"/>
          <w:lang w:eastAsia="ja-JP"/>
        </w:rPr>
        <w:t>サ</w:t>
      </w:r>
      <w:r w:rsidRPr="00945779">
        <w:rPr>
          <w:rFonts w:ascii="Yu Gothic" w:eastAsia="Yu Gothic" w:hAnsi="Yu Gothic"/>
          <w:szCs w:val="21"/>
          <w:lang w:eastAsia="ja-JP"/>
        </w:rPr>
        <w:t xml:space="preserve">　その他、地域における医薬品供給体制の高度化</w:t>
      </w:r>
      <w:r w:rsidRPr="00945779">
        <w:rPr>
          <w:rFonts w:ascii="Yu Gothic" w:eastAsia="Yu Gothic" w:hAnsi="Yu Gothic" w:hint="eastAsia"/>
          <w:szCs w:val="21"/>
          <w:lang w:eastAsia="ja-JP"/>
        </w:rPr>
        <w:t>等</w:t>
      </w:r>
      <w:r w:rsidR="00FF4596" w:rsidRPr="00945779">
        <w:rPr>
          <w:rFonts w:ascii="Yu Gothic" w:eastAsia="Yu Gothic" w:hAnsi="Yu Gothic" w:hint="eastAsia"/>
          <w:szCs w:val="21"/>
          <w:lang w:eastAsia="ja-JP"/>
        </w:rPr>
        <w:t>に資する取組</w:t>
      </w:r>
    </w:p>
    <w:p w14:paraId="63CA05A9" w14:textId="77777777" w:rsidR="00465E6C" w:rsidRPr="00945779" w:rsidRDefault="00465E6C" w:rsidP="00465E6C">
      <w:pPr>
        <w:pStyle w:val="1"/>
        <w:spacing w:before="160" w:after="120"/>
        <w:rPr>
          <w:color w:val="auto"/>
          <w:lang w:eastAsia="ja-JP"/>
        </w:rPr>
      </w:pPr>
      <w:r w:rsidRPr="00945779">
        <w:rPr>
          <w:rFonts w:ascii="Yu Gothic" w:eastAsia="Yu Gothic" w:hAnsi="Yu Gothic"/>
          <w:color w:val="auto"/>
          <w:lang w:eastAsia="ja-JP"/>
        </w:rPr>
        <w:t>3　事業計画の概要（400字以内）</w:t>
      </w:r>
    </w:p>
    <w:p w14:paraId="58480640" w14:textId="77777777" w:rsidR="00465E6C" w:rsidRPr="00022F3B" w:rsidRDefault="00465E6C" w:rsidP="00465E6C">
      <w:pPr>
        <w:spacing w:after="40" w:line="264" w:lineRule="auto"/>
        <w:ind w:left="113"/>
        <w:rPr>
          <w:sz w:val="22"/>
          <w:szCs w:val="24"/>
          <w:lang w:eastAsia="ja-JP"/>
        </w:rPr>
      </w:pPr>
      <w:r w:rsidRPr="00022F3B">
        <w:rPr>
          <w:rFonts w:ascii="Yu Gothic" w:eastAsia="Yu Gothic" w:hAnsi="Yu Gothic"/>
          <w:sz w:val="20"/>
          <w:szCs w:val="24"/>
          <w:lang w:eastAsia="ja-JP"/>
        </w:rPr>
        <w:t>※　現状の課題、事業全体の構想、令和8年度に実施する内容、最終的に目指す供給体制</w:t>
      </w:r>
      <w:r w:rsidRPr="00022F3B">
        <w:rPr>
          <w:rFonts w:ascii="Yu Gothic" w:eastAsia="Yu Gothic" w:hAnsi="Yu Gothic" w:hint="eastAsia"/>
          <w:sz w:val="20"/>
          <w:szCs w:val="24"/>
          <w:lang w:eastAsia="ja-JP"/>
        </w:rPr>
        <w:t>や</w:t>
      </w:r>
      <w:r w:rsidRPr="00022F3B">
        <w:rPr>
          <w:rFonts w:ascii="Yu Gothic" w:eastAsia="Yu Gothic" w:hAnsi="Yu Gothic"/>
          <w:sz w:val="20"/>
          <w:szCs w:val="24"/>
          <w:lang w:eastAsia="ja-JP"/>
        </w:rPr>
        <w:t>効果を要約してください。</w:t>
      </w:r>
    </w:p>
    <w:tbl>
      <w:tblPr>
        <w:tblW w:w="0" w:type="auto"/>
        <w:jc w:val="center"/>
        <w:tblLayout w:type="fixed"/>
        <w:tblLook w:val="04A0" w:firstRow="1" w:lastRow="0" w:firstColumn="1" w:lastColumn="0" w:noHBand="0" w:noVBand="1"/>
      </w:tblPr>
      <w:tblGrid>
        <w:gridCol w:w="9648"/>
      </w:tblGrid>
      <w:tr w:rsidR="00945779" w:rsidRPr="00945779" w14:paraId="3F3FB849" w14:textId="77777777" w:rsidTr="00604453">
        <w:trPr>
          <w:trHeight w:val="681"/>
          <w:jc w:val="center"/>
        </w:trPr>
        <w:tc>
          <w:tcPr>
            <w:tcW w:w="9648" w:type="dxa"/>
            <w:tcBorders>
              <w:top w:val="single" w:sz="8" w:space="0" w:color="7F8C8D"/>
              <w:left w:val="single" w:sz="8" w:space="0" w:color="7F8C8D"/>
              <w:bottom w:val="single" w:sz="8" w:space="0" w:color="7F8C8D"/>
              <w:right w:val="single" w:sz="8" w:space="0" w:color="7F8C8D"/>
            </w:tcBorders>
            <w:vAlign w:val="center"/>
          </w:tcPr>
          <w:p w14:paraId="0316E76F" w14:textId="77777777" w:rsidR="00465E6C" w:rsidRDefault="00465E6C" w:rsidP="002C48FE">
            <w:pPr>
              <w:spacing w:after="0" w:line="252" w:lineRule="auto"/>
              <w:rPr>
                <w:rFonts w:eastAsiaTheme="minorEastAsia" w:hint="eastAsia"/>
                <w:sz w:val="22"/>
                <w:szCs w:val="24"/>
                <w:lang w:eastAsia="ja-JP"/>
              </w:rPr>
            </w:pPr>
          </w:p>
          <w:p w14:paraId="7C123114" w14:textId="77777777" w:rsidR="005D5589" w:rsidRDefault="005D5589" w:rsidP="002C48FE">
            <w:pPr>
              <w:spacing w:after="0" w:line="252" w:lineRule="auto"/>
              <w:rPr>
                <w:rFonts w:eastAsiaTheme="minorEastAsia" w:hint="eastAsia"/>
                <w:sz w:val="22"/>
                <w:szCs w:val="24"/>
                <w:lang w:eastAsia="ja-JP"/>
              </w:rPr>
            </w:pPr>
          </w:p>
          <w:p w14:paraId="386BBBB0" w14:textId="77777777" w:rsidR="005D5589" w:rsidRDefault="005D5589" w:rsidP="002C48FE">
            <w:pPr>
              <w:spacing w:after="0" w:line="252" w:lineRule="auto"/>
              <w:rPr>
                <w:rFonts w:eastAsiaTheme="minorEastAsia" w:hint="eastAsia"/>
                <w:sz w:val="22"/>
                <w:szCs w:val="24"/>
                <w:lang w:eastAsia="ja-JP"/>
              </w:rPr>
            </w:pPr>
          </w:p>
          <w:p w14:paraId="23D8DF3D" w14:textId="77777777" w:rsidR="005D5589" w:rsidRDefault="005D5589" w:rsidP="002C48FE">
            <w:pPr>
              <w:spacing w:after="0" w:line="252" w:lineRule="auto"/>
              <w:rPr>
                <w:rFonts w:eastAsiaTheme="minorEastAsia" w:hint="eastAsia"/>
                <w:sz w:val="22"/>
                <w:szCs w:val="24"/>
                <w:lang w:eastAsia="ja-JP"/>
              </w:rPr>
            </w:pPr>
          </w:p>
          <w:p w14:paraId="5E24A7A1" w14:textId="1C56F983" w:rsidR="005D5589" w:rsidRPr="005D5589" w:rsidRDefault="005D5589" w:rsidP="002C48FE">
            <w:pPr>
              <w:spacing w:after="0" w:line="252" w:lineRule="auto"/>
              <w:rPr>
                <w:rFonts w:eastAsiaTheme="minorEastAsia" w:hint="eastAsia"/>
                <w:sz w:val="22"/>
                <w:szCs w:val="24"/>
                <w:lang w:eastAsia="ja-JP"/>
              </w:rPr>
            </w:pPr>
          </w:p>
        </w:tc>
      </w:tr>
    </w:tbl>
    <w:p w14:paraId="0A8D9879" w14:textId="77777777" w:rsidR="00465E6C" w:rsidRPr="00945779" w:rsidRDefault="00465E6C" w:rsidP="00465E6C">
      <w:pPr>
        <w:spacing w:after="0"/>
        <w:rPr>
          <w:lang w:eastAsia="ja-JP"/>
        </w:rPr>
      </w:pPr>
      <w:r w:rsidRPr="00945779">
        <w:rPr>
          <w:rFonts w:ascii="Yu Gothic" w:eastAsia="Yu Gothic" w:hAnsi="Yu Gothic"/>
          <w:sz w:val="2"/>
          <w:lang w:eastAsia="ja-JP"/>
        </w:rPr>
        <w:br w:type="page"/>
      </w:r>
    </w:p>
    <w:p w14:paraId="751F0629" w14:textId="77777777" w:rsidR="00465E6C" w:rsidRPr="00945779" w:rsidRDefault="00465E6C" w:rsidP="00465E6C">
      <w:pPr>
        <w:keepNext/>
        <w:spacing w:before="140" w:after="80"/>
        <w:rPr>
          <w:lang w:eastAsia="ja-JP"/>
        </w:rPr>
      </w:pPr>
      <w:r w:rsidRPr="00945779">
        <w:rPr>
          <w:rFonts w:ascii="Yu Gothic" w:eastAsia="Yu Gothic" w:hAnsi="Yu Gothic"/>
          <w:b/>
          <w:sz w:val="24"/>
          <w:lang w:eastAsia="ja-JP"/>
        </w:rPr>
        <w:lastRenderedPageBreak/>
        <w:t>3－1　現状の課題及び目指す医薬品供給体制</w:t>
      </w:r>
    </w:p>
    <w:p w14:paraId="423C598A" w14:textId="77777777" w:rsidR="00465E6C" w:rsidRPr="00022F3B" w:rsidRDefault="00465E6C" w:rsidP="00465E6C">
      <w:pPr>
        <w:spacing w:after="40" w:line="264" w:lineRule="auto"/>
        <w:ind w:left="113"/>
        <w:rPr>
          <w:sz w:val="22"/>
          <w:szCs w:val="24"/>
          <w:lang w:eastAsia="ja-JP"/>
        </w:rPr>
      </w:pPr>
      <w:r w:rsidRPr="00022F3B">
        <w:rPr>
          <w:rFonts w:ascii="Yu Gothic" w:eastAsia="Yu Gothic" w:hAnsi="Yu Gothic"/>
          <w:sz w:val="20"/>
          <w:szCs w:val="24"/>
          <w:lang w:eastAsia="ja-JP"/>
        </w:rPr>
        <w:t>※　対象地域、対象となる医療機関・薬局等、現在の供給上の課題及びその発生要因を具体的に記載してください。</w:t>
      </w:r>
    </w:p>
    <w:p w14:paraId="2043ECB6" w14:textId="5E035BCA" w:rsidR="00465E6C" w:rsidRPr="00022F3B" w:rsidRDefault="00465E6C" w:rsidP="00465E6C">
      <w:pPr>
        <w:spacing w:after="40" w:line="264" w:lineRule="auto"/>
        <w:ind w:left="113"/>
        <w:rPr>
          <w:sz w:val="22"/>
          <w:szCs w:val="24"/>
          <w:lang w:eastAsia="ja-JP"/>
        </w:rPr>
      </w:pPr>
      <w:r w:rsidRPr="00022F3B">
        <w:rPr>
          <w:rFonts w:ascii="Yu Gothic" w:eastAsia="Yu Gothic" w:hAnsi="Yu Gothic"/>
          <w:sz w:val="20"/>
          <w:szCs w:val="24"/>
          <w:lang w:eastAsia="ja-JP"/>
        </w:rPr>
        <w:t>※　事業完了時にどのような供給体制を実現するのか、自社内の効率化にとどまらず、地域全体の供給体制の維持・高度化</w:t>
      </w:r>
      <w:r w:rsidR="00FF4596" w:rsidRPr="00022F3B">
        <w:rPr>
          <w:rFonts w:ascii="Yu Gothic" w:eastAsia="Yu Gothic" w:hAnsi="Yu Gothic" w:hint="eastAsia"/>
          <w:sz w:val="20"/>
          <w:szCs w:val="24"/>
          <w:lang w:eastAsia="ja-JP"/>
        </w:rPr>
        <w:t>等</w:t>
      </w:r>
      <w:r w:rsidRPr="00022F3B">
        <w:rPr>
          <w:rFonts w:ascii="Yu Gothic" w:eastAsia="Yu Gothic" w:hAnsi="Yu Gothic"/>
          <w:sz w:val="20"/>
          <w:szCs w:val="24"/>
          <w:lang w:eastAsia="ja-JP"/>
        </w:rPr>
        <w:t>の観点から記載してください。</w:t>
      </w:r>
    </w:p>
    <w:tbl>
      <w:tblPr>
        <w:tblW w:w="0" w:type="auto"/>
        <w:jc w:val="center"/>
        <w:tblLayout w:type="fixed"/>
        <w:tblLook w:val="04A0" w:firstRow="1" w:lastRow="0" w:firstColumn="1" w:lastColumn="0" w:noHBand="0" w:noVBand="1"/>
      </w:tblPr>
      <w:tblGrid>
        <w:gridCol w:w="2684"/>
        <w:gridCol w:w="6964"/>
      </w:tblGrid>
      <w:tr w:rsidR="00945779" w:rsidRPr="00945779" w14:paraId="7DF7DF0A" w14:textId="77777777" w:rsidTr="00FD447A">
        <w:trPr>
          <w:trHeight w:val="397"/>
          <w:tblHeader/>
          <w:jc w:val="center"/>
        </w:trPr>
        <w:tc>
          <w:tcPr>
            <w:tcW w:w="268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8DCB2F8"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b/>
                <w:sz w:val="20"/>
                <w:szCs w:val="24"/>
              </w:rPr>
              <w:t>項目</w:t>
            </w:r>
            <w:proofErr w:type="spellEnd"/>
          </w:p>
        </w:tc>
        <w:tc>
          <w:tcPr>
            <w:tcW w:w="696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5CABE6A"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b/>
                <w:sz w:val="20"/>
                <w:szCs w:val="24"/>
              </w:rPr>
              <w:t>記載内容</w:t>
            </w:r>
            <w:proofErr w:type="spellEnd"/>
          </w:p>
        </w:tc>
      </w:tr>
      <w:tr w:rsidR="00945779" w:rsidRPr="00945779" w14:paraId="02F040A7" w14:textId="77777777" w:rsidTr="00FD447A">
        <w:trPr>
          <w:trHeight w:val="222"/>
          <w:jc w:val="center"/>
        </w:trPr>
        <w:tc>
          <w:tcPr>
            <w:tcW w:w="2684" w:type="dxa"/>
            <w:tcBorders>
              <w:top w:val="single" w:sz="8" w:space="0" w:color="7F8C8D"/>
              <w:left w:val="single" w:sz="8" w:space="0" w:color="7F8C8D"/>
              <w:bottom w:val="single" w:sz="8" w:space="0" w:color="7F8C8D"/>
              <w:right w:val="single" w:sz="8" w:space="0" w:color="7F8C8D"/>
            </w:tcBorders>
            <w:vAlign w:val="center"/>
          </w:tcPr>
          <w:p w14:paraId="293490A0"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sz w:val="20"/>
                <w:szCs w:val="24"/>
              </w:rPr>
              <w:t>対象地域・対象範囲</w:t>
            </w:r>
            <w:proofErr w:type="spellEnd"/>
          </w:p>
        </w:tc>
        <w:tc>
          <w:tcPr>
            <w:tcW w:w="6964" w:type="dxa"/>
            <w:tcBorders>
              <w:top w:val="single" w:sz="8" w:space="0" w:color="7F8C8D"/>
              <w:left w:val="single" w:sz="8" w:space="0" w:color="7F8C8D"/>
              <w:bottom w:val="single" w:sz="8" w:space="0" w:color="7F8C8D"/>
              <w:right w:val="single" w:sz="8" w:space="0" w:color="7F8C8D"/>
            </w:tcBorders>
            <w:vAlign w:val="center"/>
          </w:tcPr>
          <w:p w14:paraId="07E9C4D6" w14:textId="77777777" w:rsidR="00465E6C" w:rsidRPr="00ED1610" w:rsidRDefault="00465E6C" w:rsidP="002C48FE">
            <w:pPr>
              <w:spacing w:after="0" w:line="252" w:lineRule="auto"/>
              <w:rPr>
                <w:rFonts w:eastAsiaTheme="minorEastAsia" w:hint="eastAsia"/>
                <w:sz w:val="22"/>
                <w:szCs w:val="32"/>
                <w:lang w:eastAsia="ja-JP"/>
              </w:rPr>
            </w:pPr>
          </w:p>
          <w:p w14:paraId="609D05B1" w14:textId="77777777" w:rsidR="00FD447A" w:rsidRPr="00ED1610" w:rsidRDefault="00FD447A" w:rsidP="002C48FE">
            <w:pPr>
              <w:spacing w:after="0" w:line="252" w:lineRule="auto"/>
              <w:rPr>
                <w:rFonts w:eastAsiaTheme="minorEastAsia" w:hint="eastAsia"/>
                <w:sz w:val="22"/>
                <w:szCs w:val="32"/>
                <w:lang w:eastAsia="ja-JP"/>
              </w:rPr>
            </w:pPr>
          </w:p>
        </w:tc>
      </w:tr>
      <w:tr w:rsidR="00945779" w:rsidRPr="00945779" w14:paraId="66A34247" w14:textId="77777777" w:rsidTr="00FD447A">
        <w:trPr>
          <w:trHeight w:val="284"/>
          <w:jc w:val="center"/>
        </w:trPr>
        <w:tc>
          <w:tcPr>
            <w:tcW w:w="2684" w:type="dxa"/>
            <w:tcBorders>
              <w:top w:val="single" w:sz="8" w:space="0" w:color="7F8C8D"/>
              <w:left w:val="single" w:sz="8" w:space="0" w:color="7F8C8D"/>
              <w:bottom w:val="single" w:sz="8" w:space="0" w:color="7F8C8D"/>
              <w:right w:val="single" w:sz="8" w:space="0" w:color="7F8C8D"/>
            </w:tcBorders>
            <w:vAlign w:val="center"/>
          </w:tcPr>
          <w:p w14:paraId="55ED08FA"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sz w:val="20"/>
                <w:szCs w:val="24"/>
              </w:rPr>
              <w:t>現状の課題</w:t>
            </w:r>
            <w:proofErr w:type="spellEnd"/>
          </w:p>
        </w:tc>
        <w:tc>
          <w:tcPr>
            <w:tcW w:w="6964" w:type="dxa"/>
            <w:tcBorders>
              <w:top w:val="single" w:sz="8" w:space="0" w:color="7F8C8D"/>
              <w:left w:val="single" w:sz="8" w:space="0" w:color="7F8C8D"/>
              <w:bottom w:val="single" w:sz="8" w:space="0" w:color="7F8C8D"/>
              <w:right w:val="single" w:sz="8" w:space="0" w:color="7F8C8D"/>
            </w:tcBorders>
            <w:vAlign w:val="center"/>
          </w:tcPr>
          <w:p w14:paraId="2845C5F9" w14:textId="77777777" w:rsidR="00465E6C" w:rsidRPr="00ED1610" w:rsidRDefault="00465E6C" w:rsidP="002C48FE">
            <w:pPr>
              <w:spacing w:after="0" w:line="252" w:lineRule="auto"/>
              <w:rPr>
                <w:rFonts w:eastAsiaTheme="minorEastAsia" w:hint="eastAsia"/>
                <w:sz w:val="22"/>
                <w:szCs w:val="32"/>
                <w:lang w:eastAsia="ja-JP"/>
              </w:rPr>
            </w:pPr>
          </w:p>
          <w:p w14:paraId="017E5583" w14:textId="77777777" w:rsidR="00FD447A" w:rsidRPr="00ED1610" w:rsidRDefault="00FD447A" w:rsidP="002C48FE">
            <w:pPr>
              <w:spacing w:after="0" w:line="252" w:lineRule="auto"/>
              <w:rPr>
                <w:rFonts w:eastAsiaTheme="minorEastAsia" w:hint="eastAsia"/>
                <w:sz w:val="22"/>
                <w:szCs w:val="32"/>
                <w:lang w:eastAsia="ja-JP"/>
              </w:rPr>
            </w:pPr>
          </w:p>
        </w:tc>
      </w:tr>
      <w:tr w:rsidR="00945779" w:rsidRPr="00945779" w14:paraId="50EC6F32" w14:textId="77777777" w:rsidTr="00FD447A">
        <w:trPr>
          <w:trHeight w:val="67"/>
          <w:jc w:val="center"/>
        </w:trPr>
        <w:tc>
          <w:tcPr>
            <w:tcW w:w="2684" w:type="dxa"/>
            <w:tcBorders>
              <w:top w:val="single" w:sz="8" w:space="0" w:color="7F8C8D"/>
              <w:left w:val="single" w:sz="8" w:space="0" w:color="7F8C8D"/>
              <w:bottom w:val="single" w:sz="8" w:space="0" w:color="7F8C8D"/>
              <w:right w:val="single" w:sz="8" w:space="0" w:color="7F8C8D"/>
            </w:tcBorders>
            <w:vAlign w:val="center"/>
          </w:tcPr>
          <w:p w14:paraId="203286C5"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sz w:val="20"/>
                <w:szCs w:val="24"/>
              </w:rPr>
              <w:t>課題の発生要因</w:t>
            </w:r>
            <w:proofErr w:type="spellEnd"/>
          </w:p>
        </w:tc>
        <w:tc>
          <w:tcPr>
            <w:tcW w:w="6964" w:type="dxa"/>
            <w:tcBorders>
              <w:top w:val="single" w:sz="8" w:space="0" w:color="7F8C8D"/>
              <w:left w:val="single" w:sz="8" w:space="0" w:color="7F8C8D"/>
              <w:bottom w:val="single" w:sz="8" w:space="0" w:color="7F8C8D"/>
              <w:right w:val="single" w:sz="8" w:space="0" w:color="7F8C8D"/>
            </w:tcBorders>
            <w:vAlign w:val="center"/>
          </w:tcPr>
          <w:p w14:paraId="099E119B" w14:textId="77777777" w:rsidR="00465E6C" w:rsidRPr="00ED1610" w:rsidRDefault="00465E6C" w:rsidP="002C48FE">
            <w:pPr>
              <w:spacing w:after="0" w:line="252" w:lineRule="auto"/>
              <w:rPr>
                <w:rFonts w:eastAsiaTheme="minorEastAsia" w:hint="eastAsia"/>
                <w:sz w:val="22"/>
                <w:szCs w:val="32"/>
                <w:lang w:eastAsia="ja-JP"/>
              </w:rPr>
            </w:pPr>
          </w:p>
          <w:p w14:paraId="4D6904DD" w14:textId="77777777" w:rsidR="00FD447A" w:rsidRPr="00ED1610" w:rsidRDefault="00FD447A" w:rsidP="002C48FE">
            <w:pPr>
              <w:spacing w:after="0" w:line="252" w:lineRule="auto"/>
              <w:rPr>
                <w:rFonts w:eastAsiaTheme="minorEastAsia" w:hint="eastAsia"/>
                <w:sz w:val="22"/>
                <w:szCs w:val="32"/>
                <w:lang w:eastAsia="ja-JP"/>
              </w:rPr>
            </w:pPr>
          </w:p>
        </w:tc>
      </w:tr>
      <w:tr w:rsidR="00945779" w:rsidRPr="00945779" w14:paraId="44DD308A" w14:textId="77777777" w:rsidTr="00FD447A">
        <w:trPr>
          <w:trHeight w:val="67"/>
          <w:jc w:val="center"/>
        </w:trPr>
        <w:tc>
          <w:tcPr>
            <w:tcW w:w="2684" w:type="dxa"/>
            <w:tcBorders>
              <w:top w:val="single" w:sz="8" w:space="0" w:color="7F8C8D"/>
              <w:left w:val="single" w:sz="8" w:space="0" w:color="7F8C8D"/>
              <w:bottom w:val="single" w:sz="8" w:space="0" w:color="7F8C8D"/>
              <w:right w:val="single" w:sz="8" w:space="0" w:color="7F8C8D"/>
            </w:tcBorders>
            <w:vAlign w:val="center"/>
          </w:tcPr>
          <w:p w14:paraId="1972B3FF" w14:textId="77777777" w:rsidR="00465E6C" w:rsidRPr="00FD447A" w:rsidRDefault="00465E6C" w:rsidP="002C48FE">
            <w:pPr>
              <w:spacing w:after="0" w:line="252" w:lineRule="auto"/>
              <w:jc w:val="center"/>
              <w:rPr>
                <w:sz w:val="20"/>
                <w:szCs w:val="24"/>
                <w:lang w:eastAsia="ja-JP"/>
              </w:rPr>
            </w:pPr>
            <w:r w:rsidRPr="00FD447A">
              <w:rPr>
                <w:rFonts w:ascii="Yu Gothic" w:eastAsia="Yu Gothic" w:hAnsi="Yu Gothic"/>
                <w:sz w:val="20"/>
                <w:szCs w:val="24"/>
                <w:lang w:eastAsia="ja-JP"/>
              </w:rPr>
              <w:t>最終的に目指す供給体制</w:t>
            </w:r>
          </w:p>
        </w:tc>
        <w:tc>
          <w:tcPr>
            <w:tcW w:w="6964" w:type="dxa"/>
            <w:tcBorders>
              <w:top w:val="single" w:sz="8" w:space="0" w:color="7F8C8D"/>
              <w:left w:val="single" w:sz="8" w:space="0" w:color="7F8C8D"/>
              <w:bottom w:val="single" w:sz="8" w:space="0" w:color="7F8C8D"/>
              <w:right w:val="single" w:sz="8" w:space="0" w:color="7F8C8D"/>
            </w:tcBorders>
            <w:vAlign w:val="center"/>
          </w:tcPr>
          <w:p w14:paraId="3B5BFF33" w14:textId="77777777" w:rsidR="00465E6C" w:rsidRPr="00ED1610" w:rsidRDefault="00465E6C" w:rsidP="002C48FE">
            <w:pPr>
              <w:spacing w:after="0" w:line="252" w:lineRule="auto"/>
              <w:rPr>
                <w:rFonts w:eastAsiaTheme="minorEastAsia" w:hint="eastAsia"/>
                <w:sz w:val="22"/>
                <w:szCs w:val="32"/>
                <w:lang w:eastAsia="ja-JP"/>
              </w:rPr>
            </w:pPr>
          </w:p>
          <w:p w14:paraId="60700784" w14:textId="77777777" w:rsidR="00FD447A" w:rsidRPr="00ED1610" w:rsidRDefault="00FD447A" w:rsidP="002C48FE">
            <w:pPr>
              <w:spacing w:after="0" w:line="252" w:lineRule="auto"/>
              <w:rPr>
                <w:rFonts w:eastAsiaTheme="minorEastAsia" w:hint="eastAsia"/>
                <w:sz w:val="22"/>
                <w:szCs w:val="32"/>
                <w:lang w:eastAsia="ja-JP"/>
              </w:rPr>
            </w:pPr>
          </w:p>
        </w:tc>
      </w:tr>
    </w:tbl>
    <w:p w14:paraId="749BF2F3" w14:textId="77777777" w:rsidR="00465E6C" w:rsidRPr="00945779" w:rsidRDefault="00465E6C" w:rsidP="00465E6C">
      <w:pPr>
        <w:keepNext/>
        <w:spacing w:before="140" w:after="80"/>
        <w:rPr>
          <w:lang w:eastAsia="ja-JP"/>
        </w:rPr>
      </w:pPr>
      <w:r w:rsidRPr="00945779">
        <w:rPr>
          <w:rFonts w:ascii="Yu Gothic" w:eastAsia="Yu Gothic" w:hAnsi="Yu Gothic"/>
          <w:b/>
          <w:sz w:val="24"/>
          <w:lang w:eastAsia="ja-JP"/>
        </w:rPr>
        <w:t>3－2　事業全体の構想及び複数年度計画における令和8年度事業の位置付け</w:t>
      </w:r>
    </w:p>
    <w:p w14:paraId="1DC445CC" w14:textId="77777777" w:rsidR="00465E6C" w:rsidRPr="00FD447A" w:rsidRDefault="00465E6C" w:rsidP="00465E6C">
      <w:pPr>
        <w:spacing w:after="40" w:line="264" w:lineRule="auto"/>
        <w:ind w:left="113"/>
        <w:rPr>
          <w:sz w:val="22"/>
          <w:szCs w:val="24"/>
          <w:lang w:eastAsia="ja-JP"/>
        </w:rPr>
      </w:pPr>
      <w:r w:rsidRPr="00FD447A">
        <w:rPr>
          <w:rFonts w:ascii="Yu Gothic" w:eastAsia="Yu Gothic" w:hAnsi="Yu Gothic"/>
          <w:sz w:val="20"/>
          <w:szCs w:val="24"/>
          <w:lang w:eastAsia="ja-JP"/>
        </w:rPr>
        <w:t>※　様式第6号の複数年度事業計画書と整合するよう、事業全体の構想、各年度の関係及び令和8年度に実施する工程の必要性を記載してください。</w:t>
      </w:r>
    </w:p>
    <w:tbl>
      <w:tblPr>
        <w:tblW w:w="0" w:type="auto"/>
        <w:jc w:val="center"/>
        <w:tblLayout w:type="fixed"/>
        <w:tblLook w:val="04A0" w:firstRow="1" w:lastRow="0" w:firstColumn="1" w:lastColumn="0" w:noHBand="0" w:noVBand="1"/>
      </w:tblPr>
      <w:tblGrid>
        <w:gridCol w:w="9648"/>
      </w:tblGrid>
      <w:tr w:rsidR="00945779" w:rsidRPr="00945779" w14:paraId="28387DC0" w14:textId="77777777" w:rsidTr="005D5589">
        <w:trPr>
          <w:trHeight w:val="679"/>
          <w:jc w:val="center"/>
        </w:trPr>
        <w:tc>
          <w:tcPr>
            <w:tcW w:w="9648" w:type="dxa"/>
            <w:tcBorders>
              <w:top w:val="single" w:sz="8" w:space="0" w:color="7F8C8D"/>
              <w:left w:val="single" w:sz="8" w:space="0" w:color="7F8C8D"/>
              <w:bottom w:val="single" w:sz="8" w:space="0" w:color="7F8C8D"/>
              <w:right w:val="single" w:sz="8" w:space="0" w:color="7F8C8D"/>
            </w:tcBorders>
            <w:vAlign w:val="center"/>
          </w:tcPr>
          <w:p w14:paraId="549E4B64" w14:textId="77777777" w:rsidR="00465E6C" w:rsidRDefault="00465E6C" w:rsidP="002C48FE">
            <w:pPr>
              <w:spacing w:after="0" w:line="252" w:lineRule="auto"/>
              <w:rPr>
                <w:rFonts w:eastAsiaTheme="minorEastAsia" w:hint="eastAsia"/>
                <w:sz w:val="22"/>
                <w:szCs w:val="24"/>
                <w:lang w:eastAsia="ja-JP"/>
              </w:rPr>
            </w:pPr>
          </w:p>
          <w:p w14:paraId="58FD9FE5" w14:textId="77777777" w:rsidR="005D5589" w:rsidRDefault="005D5589" w:rsidP="002C48FE">
            <w:pPr>
              <w:spacing w:after="0" w:line="252" w:lineRule="auto"/>
              <w:rPr>
                <w:rFonts w:eastAsiaTheme="minorEastAsia" w:hint="eastAsia"/>
                <w:sz w:val="22"/>
                <w:szCs w:val="24"/>
                <w:lang w:eastAsia="ja-JP"/>
              </w:rPr>
            </w:pPr>
          </w:p>
          <w:p w14:paraId="3C05E456" w14:textId="77777777" w:rsidR="005D5589" w:rsidRDefault="005D5589" w:rsidP="002C48FE">
            <w:pPr>
              <w:spacing w:after="0" w:line="252" w:lineRule="auto"/>
              <w:rPr>
                <w:rFonts w:eastAsiaTheme="minorEastAsia" w:hint="eastAsia"/>
                <w:sz w:val="22"/>
                <w:szCs w:val="24"/>
                <w:lang w:eastAsia="ja-JP"/>
              </w:rPr>
            </w:pPr>
          </w:p>
          <w:p w14:paraId="0C012523" w14:textId="77777777" w:rsidR="005D5589" w:rsidRDefault="005D5589" w:rsidP="002C48FE">
            <w:pPr>
              <w:spacing w:after="0" w:line="252" w:lineRule="auto"/>
              <w:rPr>
                <w:rFonts w:eastAsiaTheme="minorEastAsia" w:hint="eastAsia"/>
                <w:sz w:val="22"/>
                <w:szCs w:val="24"/>
                <w:lang w:eastAsia="ja-JP"/>
              </w:rPr>
            </w:pPr>
          </w:p>
          <w:p w14:paraId="0DB65DC8" w14:textId="77777777" w:rsidR="005D5589" w:rsidRPr="005D5589" w:rsidRDefault="005D5589" w:rsidP="002C48FE">
            <w:pPr>
              <w:spacing w:after="0" w:line="252" w:lineRule="auto"/>
              <w:rPr>
                <w:rFonts w:eastAsiaTheme="minorEastAsia" w:hint="eastAsia"/>
                <w:sz w:val="22"/>
                <w:szCs w:val="24"/>
                <w:lang w:eastAsia="ja-JP"/>
              </w:rPr>
            </w:pPr>
          </w:p>
        </w:tc>
      </w:tr>
    </w:tbl>
    <w:p w14:paraId="1A3CFC27" w14:textId="77777777" w:rsidR="00465E6C" w:rsidRPr="00945779" w:rsidRDefault="00465E6C" w:rsidP="00465E6C">
      <w:pPr>
        <w:spacing w:after="0"/>
        <w:rPr>
          <w:lang w:eastAsia="ja-JP"/>
        </w:rPr>
      </w:pPr>
      <w:r w:rsidRPr="00945779">
        <w:rPr>
          <w:rFonts w:ascii="Yu Gothic" w:eastAsia="Yu Gothic" w:hAnsi="Yu Gothic"/>
          <w:sz w:val="2"/>
          <w:lang w:eastAsia="ja-JP"/>
        </w:rPr>
        <w:br w:type="page"/>
      </w:r>
    </w:p>
    <w:p w14:paraId="30A22FFF" w14:textId="77777777" w:rsidR="00465E6C" w:rsidRPr="00945779" w:rsidRDefault="00465E6C" w:rsidP="00465E6C">
      <w:pPr>
        <w:keepNext/>
        <w:spacing w:before="140" w:after="80"/>
        <w:rPr>
          <w:lang w:eastAsia="ja-JP"/>
        </w:rPr>
      </w:pPr>
      <w:r w:rsidRPr="00945779">
        <w:rPr>
          <w:rFonts w:ascii="Yu Gothic" w:eastAsia="Yu Gothic" w:hAnsi="Yu Gothic"/>
          <w:b/>
          <w:sz w:val="24"/>
          <w:lang w:eastAsia="ja-JP"/>
        </w:rPr>
        <w:lastRenderedPageBreak/>
        <w:t>3－3　期待される効果及び数値目標</w:t>
      </w:r>
    </w:p>
    <w:p w14:paraId="59181C95" w14:textId="2908ED04" w:rsidR="00465E6C" w:rsidRPr="00FD447A" w:rsidRDefault="00465E6C" w:rsidP="00465E6C">
      <w:pPr>
        <w:spacing w:after="40" w:line="264" w:lineRule="auto"/>
        <w:ind w:left="113"/>
        <w:rPr>
          <w:sz w:val="22"/>
          <w:szCs w:val="24"/>
          <w:lang w:eastAsia="ja-JP"/>
        </w:rPr>
      </w:pPr>
      <w:r w:rsidRPr="00FD447A">
        <w:rPr>
          <w:rFonts w:ascii="Yu Gothic" w:eastAsia="Yu Gothic" w:hAnsi="Yu Gothic"/>
          <w:sz w:val="20"/>
          <w:szCs w:val="24"/>
          <w:lang w:eastAsia="ja-JP"/>
        </w:rPr>
        <w:t>※　医薬品の安定供給、流通の効率化、地域への貢献その他の効果について、可能な限り定量的な数値目標を設定してください。</w:t>
      </w:r>
    </w:p>
    <w:p w14:paraId="0D0D5CE5" w14:textId="77777777" w:rsidR="00465E6C" w:rsidRPr="00FD447A" w:rsidRDefault="00465E6C" w:rsidP="00465E6C">
      <w:pPr>
        <w:spacing w:after="40" w:line="264" w:lineRule="auto"/>
        <w:ind w:left="113"/>
        <w:rPr>
          <w:sz w:val="22"/>
          <w:szCs w:val="24"/>
          <w:lang w:eastAsia="ja-JP"/>
        </w:rPr>
      </w:pPr>
      <w:r w:rsidRPr="00FD447A">
        <w:rPr>
          <w:rFonts w:ascii="Yu Gothic" w:eastAsia="Yu Gothic" w:hAnsi="Yu Gothic"/>
          <w:sz w:val="20"/>
          <w:szCs w:val="24"/>
          <w:lang w:eastAsia="ja-JP"/>
        </w:rPr>
        <w:t>※　現状値、目標値、算出方法、目標値の根拠及び達成時期を記載してください。指標は事業内容に応じて追加・変更できます。</w:t>
      </w:r>
    </w:p>
    <w:tbl>
      <w:tblPr>
        <w:tblW w:w="0" w:type="auto"/>
        <w:jc w:val="center"/>
        <w:tblLayout w:type="fixed"/>
        <w:tblLook w:val="04A0" w:firstRow="1" w:lastRow="0" w:firstColumn="1" w:lastColumn="0" w:noHBand="0" w:noVBand="1"/>
      </w:tblPr>
      <w:tblGrid>
        <w:gridCol w:w="1584"/>
        <w:gridCol w:w="2092"/>
        <w:gridCol w:w="1580"/>
        <w:gridCol w:w="1296"/>
        <w:gridCol w:w="1728"/>
        <w:gridCol w:w="1368"/>
      </w:tblGrid>
      <w:tr w:rsidR="00945779" w:rsidRPr="00FD447A" w14:paraId="2E2F6EC1" w14:textId="77777777" w:rsidTr="00FD447A">
        <w:trPr>
          <w:trHeight w:val="425"/>
          <w:tblHeader/>
          <w:jc w:val="center"/>
        </w:trPr>
        <w:tc>
          <w:tcPr>
            <w:tcW w:w="158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4B16BB9"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効果区分</w:t>
            </w:r>
            <w:proofErr w:type="spellEnd"/>
          </w:p>
        </w:tc>
        <w:tc>
          <w:tcPr>
            <w:tcW w:w="209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57E6A54"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指標項目</w:t>
            </w:r>
            <w:proofErr w:type="spellEnd"/>
          </w:p>
        </w:tc>
        <w:tc>
          <w:tcPr>
            <w:tcW w:w="158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DC1F55A"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現状値</w:t>
            </w:r>
            <w:proofErr w:type="spellEnd"/>
          </w:p>
        </w:tc>
        <w:tc>
          <w:tcPr>
            <w:tcW w:w="129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24EE598F"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目標値</w:t>
            </w:r>
            <w:proofErr w:type="spellEnd"/>
          </w:p>
        </w:tc>
        <w:tc>
          <w:tcPr>
            <w:tcW w:w="172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6EE90F3"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改善数・改善率</w:t>
            </w:r>
            <w:proofErr w:type="spellEnd"/>
          </w:p>
        </w:tc>
        <w:tc>
          <w:tcPr>
            <w:tcW w:w="136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93B977C"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達成時期</w:t>
            </w:r>
            <w:proofErr w:type="spellEnd"/>
          </w:p>
        </w:tc>
      </w:tr>
      <w:tr w:rsidR="00945779" w:rsidRPr="00FD447A" w14:paraId="7017F5BD" w14:textId="77777777" w:rsidTr="00FD447A">
        <w:trPr>
          <w:trHeight w:val="652"/>
          <w:jc w:val="center"/>
        </w:trPr>
        <w:tc>
          <w:tcPr>
            <w:tcW w:w="1584" w:type="dxa"/>
            <w:tcBorders>
              <w:top w:val="single" w:sz="8" w:space="0" w:color="7F8C8D"/>
              <w:left w:val="single" w:sz="8" w:space="0" w:color="7F8C8D"/>
              <w:bottom w:val="single" w:sz="8" w:space="0" w:color="7F8C8D"/>
              <w:right w:val="single" w:sz="8" w:space="0" w:color="7F8C8D"/>
            </w:tcBorders>
            <w:vAlign w:val="center"/>
          </w:tcPr>
          <w:p w14:paraId="6CB89B82" w14:textId="41E04565" w:rsidR="00465E6C" w:rsidRPr="00FD447A" w:rsidRDefault="00465E6C" w:rsidP="002C48FE">
            <w:pPr>
              <w:spacing w:after="0" w:line="252" w:lineRule="auto"/>
              <w:jc w:val="center"/>
              <w:rPr>
                <w:sz w:val="20"/>
                <w:szCs w:val="20"/>
                <w:lang w:eastAsia="ja-JP"/>
              </w:rPr>
            </w:pPr>
            <w:r w:rsidRPr="00FD447A">
              <w:rPr>
                <w:rFonts w:ascii="Yu Gothic" w:eastAsia="Yu Gothic" w:hAnsi="Yu Gothic"/>
                <w:sz w:val="20"/>
                <w:szCs w:val="20"/>
                <w:lang w:eastAsia="ja-JP"/>
              </w:rPr>
              <w:t>安定供給</w:t>
            </w:r>
          </w:p>
        </w:tc>
        <w:tc>
          <w:tcPr>
            <w:tcW w:w="2092" w:type="dxa"/>
            <w:tcBorders>
              <w:top w:val="single" w:sz="8" w:space="0" w:color="7F8C8D"/>
              <w:left w:val="single" w:sz="8" w:space="0" w:color="7F8C8D"/>
              <w:bottom w:val="single" w:sz="8" w:space="0" w:color="7F8C8D"/>
              <w:right w:val="single" w:sz="8" w:space="0" w:color="7F8C8D"/>
            </w:tcBorders>
            <w:vAlign w:val="center"/>
          </w:tcPr>
          <w:p w14:paraId="0132A951" w14:textId="77777777" w:rsidR="00465E6C" w:rsidRPr="00ED1610" w:rsidRDefault="00465E6C" w:rsidP="002C48FE">
            <w:pPr>
              <w:spacing w:after="0" w:line="252" w:lineRule="auto"/>
              <w:rPr>
                <w:sz w:val="22"/>
                <w:lang w:eastAsia="ja-JP"/>
              </w:rPr>
            </w:pPr>
          </w:p>
        </w:tc>
        <w:tc>
          <w:tcPr>
            <w:tcW w:w="1580" w:type="dxa"/>
            <w:tcBorders>
              <w:top w:val="single" w:sz="8" w:space="0" w:color="7F8C8D"/>
              <w:left w:val="single" w:sz="8" w:space="0" w:color="7F8C8D"/>
              <w:bottom w:val="single" w:sz="8" w:space="0" w:color="7F8C8D"/>
              <w:right w:val="single" w:sz="8" w:space="0" w:color="7F8C8D"/>
            </w:tcBorders>
            <w:vAlign w:val="center"/>
          </w:tcPr>
          <w:p w14:paraId="0F9628DF" w14:textId="77777777" w:rsidR="00465E6C" w:rsidRPr="00ED1610" w:rsidRDefault="00465E6C" w:rsidP="002C48FE">
            <w:pPr>
              <w:spacing w:after="0" w:line="252" w:lineRule="auto"/>
              <w:rPr>
                <w:sz w:val="22"/>
                <w:lang w:eastAsia="ja-JP"/>
              </w:rPr>
            </w:pPr>
          </w:p>
        </w:tc>
        <w:tc>
          <w:tcPr>
            <w:tcW w:w="1296" w:type="dxa"/>
            <w:tcBorders>
              <w:top w:val="single" w:sz="8" w:space="0" w:color="7F8C8D"/>
              <w:left w:val="single" w:sz="8" w:space="0" w:color="7F8C8D"/>
              <w:bottom w:val="single" w:sz="8" w:space="0" w:color="7F8C8D"/>
              <w:right w:val="single" w:sz="8" w:space="0" w:color="7F8C8D"/>
            </w:tcBorders>
            <w:vAlign w:val="center"/>
          </w:tcPr>
          <w:p w14:paraId="0EAABF71" w14:textId="77777777" w:rsidR="00465E6C" w:rsidRPr="00ED1610" w:rsidRDefault="00465E6C" w:rsidP="002C48FE">
            <w:pPr>
              <w:spacing w:after="0" w:line="252" w:lineRule="auto"/>
              <w:rPr>
                <w:sz w:val="22"/>
                <w:lang w:eastAsia="ja-JP"/>
              </w:rPr>
            </w:pPr>
          </w:p>
        </w:tc>
        <w:tc>
          <w:tcPr>
            <w:tcW w:w="1728" w:type="dxa"/>
            <w:tcBorders>
              <w:top w:val="single" w:sz="8" w:space="0" w:color="7F8C8D"/>
              <w:left w:val="single" w:sz="8" w:space="0" w:color="7F8C8D"/>
              <w:bottom w:val="single" w:sz="8" w:space="0" w:color="7F8C8D"/>
              <w:right w:val="single" w:sz="8" w:space="0" w:color="7F8C8D"/>
            </w:tcBorders>
            <w:vAlign w:val="center"/>
          </w:tcPr>
          <w:p w14:paraId="477F1B85" w14:textId="77777777" w:rsidR="00465E6C" w:rsidRPr="00ED1610" w:rsidRDefault="00465E6C" w:rsidP="002C48FE">
            <w:pPr>
              <w:spacing w:after="0" w:line="252" w:lineRule="auto"/>
              <w:rPr>
                <w:sz w:val="22"/>
                <w:lang w:eastAsia="ja-JP"/>
              </w:rPr>
            </w:pPr>
          </w:p>
        </w:tc>
        <w:tc>
          <w:tcPr>
            <w:tcW w:w="1368" w:type="dxa"/>
            <w:tcBorders>
              <w:top w:val="single" w:sz="8" w:space="0" w:color="7F8C8D"/>
              <w:left w:val="single" w:sz="8" w:space="0" w:color="7F8C8D"/>
              <w:bottom w:val="single" w:sz="8" w:space="0" w:color="7F8C8D"/>
              <w:right w:val="single" w:sz="8" w:space="0" w:color="7F8C8D"/>
            </w:tcBorders>
            <w:vAlign w:val="center"/>
          </w:tcPr>
          <w:p w14:paraId="724F87C1" w14:textId="77777777" w:rsidR="00465E6C" w:rsidRPr="00ED1610" w:rsidRDefault="00465E6C" w:rsidP="002C48FE">
            <w:pPr>
              <w:spacing w:after="0" w:line="252" w:lineRule="auto"/>
              <w:rPr>
                <w:sz w:val="22"/>
                <w:lang w:eastAsia="ja-JP"/>
              </w:rPr>
            </w:pPr>
          </w:p>
        </w:tc>
      </w:tr>
      <w:tr w:rsidR="00945779" w:rsidRPr="00FD447A" w14:paraId="174673C6" w14:textId="77777777" w:rsidTr="00FD447A">
        <w:trPr>
          <w:trHeight w:val="652"/>
          <w:jc w:val="center"/>
        </w:trPr>
        <w:tc>
          <w:tcPr>
            <w:tcW w:w="1584" w:type="dxa"/>
            <w:tcBorders>
              <w:top w:val="single" w:sz="8" w:space="0" w:color="7F8C8D"/>
              <w:left w:val="single" w:sz="8" w:space="0" w:color="7F8C8D"/>
              <w:bottom w:val="single" w:sz="8" w:space="0" w:color="7F8C8D"/>
              <w:right w:val="single" w:sz="8" w:space="0" w:color="7F8C8D"/>
            </w:tcBorders>
            <w:vAlign w:val="center"/>
          </w:tcPr>
          <w:p w14:paraId="623B52F6" w14:textId="79F62452"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sz w:val="20"/>
                <w:szCs w:val="20"/>
              </w:rPr>
              <w:t>流通効率化</w:t>
            </w:r>
            <w:proofErr w:type="spellEnd"/>
          </w:p>
        </w:tc>
        <w:tc>
          <w:tcPr>
            <w:tcW w:w="2092" w:type="dxa"/>
            <w:tcBorders>
              <w:top w:val="single" w:sz="8" w:space="0" w:color="7F8C8D"/>
              <w:left w:val="single" w:sz="8" w:space="0" w:color="7F8C8D"/>
              <w:bottom w:val="single" w:sz="8" w:space="0" w:color="7F8C8D"/>
              <w:right w:val="single" w:sz="8" w:space="0" w:color="7F8C8D"/>
            </w:tcBorders>
            <w:vAlign w:val="center"/>
          </w:tcPr>
          <w:p w14:paraId="18EA9896" w14:textId="77777777" w:rsidR="00465E6C" w:rsidRPr="00ED1610" w:rsidRDefault="00465E6C" w:rsidP="002C48FE">
            <w:pPr>
              <w:spacing w:after="0" w:line="252" w:lineRule="auto"/>
              <w:rPr>
                <w:sz w:val="22"/>
              </w:rPr>
            </w:pPr>
          </w:p>
        </w:tc>
        <w:tc>
          <w:tcPr>
            <w:tcW w:w="1580" w:type="dxa"/>
            <w:tcBorders>
              <w:top w:val="single" w:sz="8" w:space="0" w:color="7F8C8D"/>
              <w:left w:val="single" w:sz="8" w:space="0" w:color="7F8C8D"/>
              <w:bottom w:val="single" w:sz="8" w:space="0" w:color="7F8C8D"/>
              <w:right w:val="single" w:sz="8" w:space="0" w:color="7F8C8D"/>
            </w:tcBorders>
            <w:vAlign w:val="center"/>
          </w:tcPr>
          <w:p w14:paraId="7AEC7793" w14:textId="77777777" w:rsidR="00465E6C" w:rsidRPr="00ED1610" w:rsidRDefault="00465E6C" w:rsidP="002C48FE">
            <w:pPr>
              <w:spacing w:after="0" w:line="252" w:lineRule="auto"/>
              <w:rPr>
                <w:sz w:val="22"/>
              </w:rPr>
            </w:pPr>
          </w:p>
        </w:tc>
        <w:tc>
          <w:tcPr>
            <w:tcW w:w="1296" w:type="dxa"/>
            <w:tcBorders>
              <w:top w:val="single" w:sz="8" w:space="0" w:color="7F8C8D"/>
              <w:left w:val="single" w:sz="8" w:space="0" w:color="7F8C8D"/>
              <w:bottom w:val="single" w:sz="8" w:space="0" w:color="7F8C8D"/>
              <w:right w:val="single" w:sz="8" w:space="0" w:color="7F8C8D"/>
            </w:tcBorders>
            <w:vAlign w:val="center"/>
          </w:tcPr>
          <w:p w14:paraId="5CB42E5F" w14:textId="77777777" w:rsidR="00465E6C" w:rsidRPr="00ED1610" w:rsidRDefault="00465E6C" w:rsidP="002C48FE">
            <w:pPr>
              <w:spacing w:after="0" w:line="252" w:lineRule="auto"/>
              <w:rPr>
                <w:sz w:val="22"/>
              </w:rPr>
            </w:pPr>
          </w:p>
        </w:tc>
        <w:tc>
          <w:tcPr>
            <w:tcW w:w="1728" w:type="dxa"/>
            <w:tcBorders>
              <w:top w:val="single" w:sz="8" w:space="0" w:color="7F8C8D"/>
              <w:left w:val="single" w:sz="8" w:space="0" w:color="7F8C8D"/>
              <w:bottom w:val="single" w:sz="8" w:space="0" w:color="7F8C8D"/>
              <w:right w:val="single" w:sz="8" w:space="0" w:color="7F8C8D"/>
            </w:tcBorders>
            <w:vAlign w:val="center"/>
          </w:tcPr>
          <w:p w14:paraId="0763E8FA" w14:textId="77777777" w:rsidR="00465E6C" w:rsidRPr="00ED1610" w:rsidRDefault="00465E6C" w:rsidP="002C48FE">
            <w:pPr>
              <w:spacing w:after="0" w:line="252" w:lineRule="auto"/>
              <w:rPr>
                <w:sz w:val="22"/>
              </w:rPr>
            </w:pPr>
          </w:p>
        </w:tc>
        <w:tc>
          <w:tcPr>
            <w:tcW w:w="1368" w:type="dxa"/>
            <w:tcBorders>
              <w:top w:val="single" w:sz="8" w:space="0" w:color="7F8C8D"/>
              <w:left w:val="single" w:sz="8" w:space="0" w:color="7F8C8D"/>
              <w:bottom w:val="single" w:sz="8" w:space="0" w:color="7F8C8D"/>
              <w:right w:val="single" w:sz="8" w:space="0" w:color="7F8C8D"/>
            </w:tcBorders>
            <w:vAlign w:val="center"/>
          </w:tcPr>
          <w:p w14:paraId="1EED78F8" w14:textId="77777777" w:rsidR="00465E6C" w:rsidRPr="00ED1610" w:rsidRDefault="00465E6C" w:rsidP="002C48FE">
            <w:pPr>
              <w:spacing w:after="0" w:line="252" w:lineRule="auto"/>
              <w:rPr>
                <w:sz w:val="22"/>
              </w:rPr>
            </w:pPr>
          </w:p>
        </w:tc>
      </w:tr>
      <w:tr w:rsidR="00945779" w:rsidRPr="00FD447A" w14:paraId="499A5A19" w14:textId="77777777" w:rsidTr="00FD447A">
        <w:trPr>
          <w:trHeight w:val="652"/>
          <w:jc w:val="center"/>
        </w:trPr>
        <w:tc>
          <w:tcPr>
            <w:tcW w:w="1584" w:type="dxa"/>
            <w:tcBorders>
              <w:top w:val="single" w:sz="8" w:space="0" w:color="7F8C8D"/>
              <w:left w:val="single" w:sz="8" w:space="0" w:color="7F8C8D"/>
              <w:bottom w:val="single" w:sz="8" w:space="0" w:color="7F8C8D"/>
              <w:right w:val="single" w:sz="8" w:space="0" w:color="7F8C8D"/>
            </w:tcBorders>
            <w:vAlign w:val="center"/>
          </w:tcPr>
          <w:p w14:paraId="5C47B921" w14:textId="1125722E" w:rsidR="00465E6C" w:rsidRPr="00FD447A" w:rsidRDefault="00465E6C" w:rsidP="00727B1F">
            <w:pPr>
              <w:spacing w:after="0" w:line="252" w:lineRule="auto"/>
              <w:jc w:val="center"/>
              <w:rPr>
                <w:rFonts w:ascii="Yu Gothic" w:eastAsia="Yu Gothic" w:hAnsi="Yu Gothic"/>
                <w:sz w:val="20"/>
                <w:szCs w:val="20"/>
                <w:lang w:eastAsia="ja-JP"/>
              </w:rPr>
            </w:pPr>
            <w:r w:rsidRPr="00FD447A">
              <w:rPr>
                <w:rFonts w:ascii="Yu Gothic" w:eastAsia="Yu Gothic" w:hAnsi="Yu Gothic"/>
                <w:sz w:val="20"/>
                <w:szCs w:val="20"/>
                <w:lang w:eastAsia="ja-JP"/>
              </w:rPr>
              <w:t>地域</w:t>
            </w:r>
            <w:r w:rsidRPr="00FD447A">
              <w:rPr>
                <w:rFonts w:ascii="Yu Gothic" w:eastAsia="Yu Gothic" w:hAnsi="Yu Gothic" w:hint="eastAsia"/>
                <w:sz w:val="20"/>
                <w:szCs w:val="20"/>
                <w:lang w:eastAsia="ja-JP"/>
              </w:rPr>
              <w:t>波及</w:t>
            </w:r>
          </w:p>
        </w:tc>
        <w:tc>
          <w:tcPr>
            <w:tcW w:w="2092" w:type="dxa"/>
            <w:tcBorders>
              <w:top w:val="single" w:sz="8" w:space="0" w:color="7F8C8D"/>
              <w:left w:val="single" w:sz="8" w:space="0" w:color="7F8C8D"/>
              <w:bottom w:val="single" w:sz="8" w:space="0" w:color="7F8C8D"/>
              <w:right w:val="single" w:sz="8" w:space="0" w:color="7F8C8D"/>
            </w:tcBorders>
            <w:vAlign w:val="center"/>
          </w:tcPr>
          <w:p w14:paraId="46961296" w14:textId="77777777" w:rsidR="00465E6C" w:rsidRPr="00ED1610" w:rsidRDefault="00465E6C" w:rsidP="002C48FE">
            <w:pPr>
              <w:spacing w:after="0" w:line="252" w:lineRule="auto"/>
              <w:rPr>
                <w:sz w:val="22"/>
                <w:lang w:eastAsia="ja-JP"/>
              </w:rPr>
            </w:pPr>
          </w:p>
        </w:tc>
        <w:tc>
          <w:tcPr>
            <w:tcW w:w="1580" w:type="dxa"/>
            <w:tcBorders>
              <w:top w:val="single" w:sz="8" w:space="0" w:color="7F8C8D"/>
              <w:left w:val="single" w:sz="8" w:space="0" w:color="7F8C8D"/>
              <w:bottom w:val="single" w:sz="8" w:space="0" w:color="7F8C8D"/>
              <w:right w:val="single" w:sz="8" w:space="0" w:color="7F8C8D"/>
            </w:tcBorders>
            <w:vAlign w:val="center"/>
          </w:tcPr>
          <w:p w14:paraId="0653D80B" w14:textId="77777777" w:rsidR="00465E6C" w:rsidRPr="00ED1610" w:rsidRDefault="00465E6C" w:rsidP="002C48FE">
            <w:pPr>
              <w:spacing w:after="0" w:line="252" w:lineRule="auto"/>
              <w:rPr>
                <w:sz w:val="22"/>
                <w:lang w:eastAsia="ja-JP"/>
              </w:rPr>
            </w:pPr>
          </w:p>
        </w:tc>
        <w:tc>
          <w:tcPr>
            <w:tcW w:w="1296" w:type="dxa"/>
            <w:tcBorders>
              <w:top w:val="single" w:sz="8" w:space="0" w:color="7F8C8D"/>
              <w:left w:val="single" w:sz="8" w:space="0" w:color="7F8C8D"/>
              <w:bottom w:val="single" w:sz="8" w:space="0" w:color="7F8C8D"/>
              <w:right w:val="single" w:sz="8" w:space="0" w:color="7F8C8D"/>
            </w:tcBorders>
            <w:vAlign w:val="center"/>
          </w:tcPr>
          <w:p w14:paraId="5993BF6A" w14:textId="77777777" w:rsidR="00465E6C" w:rsidRPr="00ED1610" w:rsidRDefault="00465E6C" w:rsidP="002C48FE">
            <w:pPr>
              <w:spacing w:after="0" w:line="252" w:lineRule="auto"/>
              <w:rPr>
                <w:sz w:val="22"/>
                <w:lang w:eastAsia="ja-JP"/>
              </w:rPr>
            </w:pPr>
          </w:p>
        </w:tc>
        <w:tc>
          <w:tcPr>
            <w:tcW w:w="1728" w:type="dxa"/>
            <w:tcBorders>
              <w:top w:val="single" w:sz="8" w:space="0" w:color="7F8C8D"/>
              <w:left w:val="single" w:sz="8" w:space="0" w:color="7F8C8D"/>
              <w:bottom w:val="single" w:sz="8" w:space="0" w:color="7F8C8D"/>
              <w:right w:val="single" w:sz="8" w:space="0" w:color="7F8C8D"/>
            </w:tcBorders>
            <w:vAlign w:val="center"/>
          </w:tcPr>
          <w:p w14:paraId="14231FCD" w14:textId="77777777" w:rsidR="00465E6C" w:rsidRPr="00ED1610" w:rsidRDefault="00465E6C" w:rsidP="002C48FE">
            <w:pPr>
              <w:spacing w:after="0" w:line="252" w:lineRule="auto"/>
              <w:rPr>
                <w:sz w:val="22"/>
                <w:lang w:eastAsia="ja-JP"/>
              </w:rPr>
            </w:pPr>
          </w:p>
        </w:tc>
        <w:tc>
          <w:tcPr>
            <w:tcW w:w="1368" w:type="dxa"/>
            <w:tcBorders>
              <w:top w:val="single" w:sz="8" w:space="0" w:color="7F8C8D"/>
              <w:left w:val="single" w:sz="8" w:space="0" w:color="7F8C8D"/>
              <w:bottom w:val="single" w:sz="8" w:space="0" w:color="7F8C8D"/>
              <w:right w:val="single" w:sz="8" w:space="0" w:color="7F8C8D"/>
            </w:tcBorders>
            <w:vAlign w:val="center"/>
          </w:tcPr>
          <w:p w14:paraId="2287AA3B" w14:textId="77777777" w:rsidR="00465E6C" w:rsidRPr="00ED1610" w:rsidRDefault="00465E6C" w:rsidP="002C48FE">
            <w:pPr>
              <w:spacing w:after="0" w:line="252" w:lineRule="auto"/>
              <w:rPr>
                <w:sz w:val="22"/>
                <w:lang w:eastAsia="ja-JP"/>
              </w:rPr>
            </w:pPr>
          </w:p>
        </w:tc>
      </w:tr>
      <w:tr w:rsidR="00465E6C" w:rsidRPr="00FD447A" w14:paraId="619B45FC" w14:textId="77777777" w:rsidTr="00FD447A">
        <w:trPr>
          <w:trHeight w:val="652"/>
          <w:jc w:val="center"/>
        </w:trPr>
        <w:tc>
          <w:tcPr>
            <w:tcW w:w="1584" w:type="dxa"/>
            <w:tcBorders>
              <w:top w:val="single" w:sz="8" w:space="0" w:color="7F8C8D"/>
              <w:left w:val="single" w:sz="8" w:space="0" w:color="7F8C8D"/>
              <w:bottom w:val="single" w:sz="8" w:space="0" w:color="7F8C8D"/>
              <w:right w:val="single" w:sz="8" w:space="0" w:color="7F8C8D"/>
            </w:tcBorders>
            <w:vAlign w:val="center"/>
          </w:tcPr>
          <w:p w14:paraId="417F418E"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sz w:val="20"/>
                <w:szCs w:val="20"/>
              </w:rPr>
              <w:t>その他</w:t>
            </w:r>
            <w:proofErr w:type="spellEnd"/>
          </w:p>
        </w:tc>
        <w:tc>
          <w:tcPr>
            <w:tcW w:w="2092" w:type="dxa"/>
            <w:tcBorders>
              <w:top w:val="single" w:sz="8" w:space="0" w:color="7F8C8D"/>
              <w:left w:val="single" w:sz="8" w:space="0" w:color="7F8C8D"/>
              <w:bottom w:val="single" w:sz="8" w:space="0" w:color="7F8C8D"/>
              <w:right w:val="single" w:sz="8" w:space="0" w:color="7F8C8D"/>
            </w:tcBorders>
            <w:vAlign w:val="center"/>
          </w:tcPr>
          <w:p w14:paraId="4A02C192" w14:textId="77777777" w:rsidR="00465E6C" w:rsidRPr="00ED1610" w:rsidRDefault="00465E6C" w:rsidP="002C48FE">
            <w:pPr>
              <w:spacing w:after="0" w:line="252" w:lineRule="auto"/>
              <w:rPr>
                <w:sz w:val="22"/>
              </w:rPr>
            </w:pPr>
          </w:p>
        </w:tc>
        <w:tc>
          <w:tcPr>
            <w:tcW w:w="1580" w:type="dxa"/>
            <w:tcBorders>
              <w:top w:val="single" w:sz="8" w:space="0" w:color="7F8C8D"/>
              <w:left w:val="single" w:sz="8" w:space="0" w:color="7F8C8D"/>
              <w:bottom w:val="single" w:sz="8" w:space="0" w:color="7F8C8D"/>
              <w:right w:val="single" w:sz="8" w:space="0" w:color="7F8C8D"/>
            </w:tcBorders>
            <w:vAlign w:val="center"/>
          </w:tcPr>
          <w:p w14:paraId="66C8E7D6" w14:textId="77777777" w:rsidR="00465E6C" w:rsidRPr="00ED1610" w:rsidRDefault="00465E6C" w:rsidP="002C48FE">
            <w:pPr>
              <w:spacing w:after="0" w:line="252" w:lineRule="auto"/>
              <w:rPr>
                <w:sz w:val="22"/>
              </w:rPr>
            </w:pPr>
          </w:p>
        </w:tc>
        <w:tc>
          <w:tcPr>
            <w:tcW w:w="1296" w:type="dxa"/>
            <w:tcBorders>
              <w:top w:val="single" w:sz="8" w:space="0" w:color="7F8C8D"/>
              <w:left w:val="single" w:sz="8" w:space="0" w:color="7F8C8D"/>
              <w:bottom w:val="single" w:sz="8" w:space="0" w:color="7F8C8D"/>
              <w:right w:val="single" w:sz="8" w:space="0" w:color="7F8C8D"/>
            </w:tcBorders>
            <w:vAlign w:val="center"/>
          </w:tcPr>
          <w:p w14:paraId="4472E8DD" w14:textId="77777777" w:rsidR="00465E6C" w:rsidRPr="00ED1610" w:rsidRDefault="00465E6C" w:rsidP="002C48FE">
            <w:pPr>
              <w:spacing w:after="0" w:line="252" w:lineRule="auto"/>
              <w:rPr>
                <w:sz w:val="22"/>
              </w:rPr>
            </w:pPr>
          </w:p>
        </w:tc>
        <w:tc>
          <w:tcPr>
            <w:tcW w:w="1728" w:type="dxa"/>
            <w:tcBorders>
              <w:top w:val="single" w:sz="8" w:space="0" w:color="7F8C8D"/>
              <w:left w:val="single" w:sz="8" w:space="0" w:color="7F8C8D"/>
              <w:bottom w:val="single" w:sz="8" w:space="0" w:color="7F8C8D"/>
              <w:right w:val="single" w:sz="8" w:space="0" w:color="7F8C8D"/>
            </w:tcBorders>
            <w:vAlign w:val="center"/>
          </w:tcPr>
          <w:p w14:paraId="075C4440" w14:textId="77777777" w:rsidR="00465E6C" w:rsidRPr="00ED1610" w:rsidRDefault="00465E6C" w:rsidP="002C48FE">
            <w:pPr>
              <w:spacing w:after="0" w:line="252" w:lineRule="auto"/>
              <w:rPr>
                <w:sz w:val="22"/>
              </w:rPr>
            </w:pPr>
          </w:p>
        </w:tc>
        <w:tc>
          <w:tcPr>
            <w:tcW w:w="1368" w:type="dxa"/>
            <w:tcBorders>
              <w:top w:val="single" w:sz="8" w:space="0" w:color="7F8C8D"/>
              <w:left w:val="single" w:sz="8" w:space="0" w:color="7F8C8D"/>
              <w:bottom w:val="single" w:sz="8" w:space="0" w:color="7F8C8D"/>
              <w:right w:val="single" w:sz="8" w:space="0" w:color="7F8C8D"/>
            </w:tcBorders>
            <w:vAlign w:val="center"/>
          </w:tcPr>
          <w:p w14:paraId="79B2F62E" w14:textId="77777777" w:rsidR="00465E6C" w:rsidRPr="00ED1610" w:rsidRDefault="00465E6C" w:rsidP="002C48FE">
            <w:pPr>
              <w:spacing w:after="0" w:line="252" w:lineRule="auto"/>
              <w:rPr>
                <w:sz w:val="22"/>
              </w:rPr>
            </w:pPr>
          </w:p>
        </w:tc>
      </w:tr>
    </w:tbl>
    <w:p w14:paraId="1CD8B761" w14:textId="77777777" w:rsidR="00465E6C" w:rsidRPr="00FD447A" w:rsidRDefault="00465E6C" w:rsidP="00465E6C">
      <w:pPr>
        <w:spacing w:after="60"/>
        <w:rPr>
          <w:sz w:val="20"/>
          <w:szCs w:val="20"/>
        </w:rPr>
      </w:pPr>
    </w:p>
    <w:tbl>
      <w:tblPr>
        <w:tblW w:w="0" w:type="auto"/>
        <w:jc w:val="center"/>
        <w:tblLayout w:type="fixed"/>
        <w:tblLook w:val="04A0" w:firstRow="1" w:lastRow="0" w:firstColumn="1" w:lastColumn="0" w:noHBand="0" w:noVBand="1"/>
      </w:tblPr>
      <w:tblGrid>
        <w:gridCol w:w="2952"/>
        <w:gridCol w:w="6696"/>
      </w:tblGrid>
      <w:tr w:rsidR="00945779" w:rsidRPr="00FD447A" w14:paraId="1A0493DE" w14:textId="77777777" w:rsidTr="002C48FE">
        <w:trPr>
          <w:trHeight w:val="397"/>
          <w:tblHeader/>
          <w:jc w:val="center"/>
        </w:trPr>
        <w:tc>
          <w:tcPr>
            <w:tcW w:w="295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0FFCE1E"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項目</w:t>
            </w:r>
            <w:proofErr w:type="spellEnd"/>
          </w:p>
        </w:tc>
        <w:tc>
          <w:tcPr>
            <w:tcW w:w="669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093327C"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記載内容</w:t>
            </w:r>
            <w:proofErr w:type="spellEnd"/>
          </w:p>
        </w:tc>
      </w:tr>
      <w:tr w:rsidR="00945779" w:rsidRPr="00FD447A" w14:paraId="5160174C" w14:textId="77777777" w:rsidTr="002C48FE">
        <w:trPr>
          <w:trHeight w:val="794"/>
          <w:jc w:val="center"/>
        </w:trPr>
        <w:tc>
          <w:tcPr>
            <w:tcW w:w="2952" w:type="dxa"/>
            <w:tcBorders>
              <w:top w:val="single" w:sz="8" w:space="0" w:color="7F8C8D"/>
              <w:left w:val="single" w:sz="8" w:space="0" w:color="7F8C8D"/>
              <w:bottom w:val="single" w:sz="8" w:space="0" w:color="7F8C8D"/>
              <w:right w:val="single" w:sz="8" w:space="0" w:color="7F8C8D"/>
            </w:tcBorders>
            <w:vAlign w:val="center"/>
          </w:tcPr>
          <w:p w14:paraId="3CA976CD"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sz w:val="20"/>
                <w:szCs w:val="20"/>
              </w:rPr>
              <w:t>現状値の算出方法</w:t>
            </w:r>
            <w:proofErr w:type="spellEnd"/>
          </w:p>
        </w:tc>
        <w:tc>
          <w:tcPr>
            <w:tcW w:w="6696" w:type="dxa"/>
            <w:tcBorders>
              <w:top w:val="single" w:sz="8" w:space="0" w:color="7F8C8D"/>
              <w:left w:val="single" w:sz="8" w:space="0" w:color="7F8C8D"/>
              <w:bottom w:val="single" w:sz="8" w:space="0" w:color="7F8C8D"/>
              <w:right w:val="single" w:sz="8" w:space="0" w:color="7F8C8D"/>
            </w:tcBorders>
            <w:vAlign w:val="center"/>
          </w:tcPr>
          <w:p w14:paraId="39D59273" w14:textId="77777777" w:rsidR="00465E6C" w:rsidRPr="00ED1610" w:rsidRDefault="00465E6C" w:rsidP="002C48FE">
            <w:pPr>
              <w:spacing w:after="0" w:line="252" w:lineRule="auto"/>
              <w:rPr>
                <w:rFonts w:eastAsiaTheme="minorEastAsia" w:hint="eastAsia"/>
                <w:szCs w:val="21"/>
                <w:lang w:eastAsia="ja-JP"/>
              </w:rPr>
            </w:pPr>
          </w:p>
        </w:tc>
      </w:tr>
      <w:tr w:rsidR="00945779" w:rsidRPr="00FD447A" w14:paraId="0EE48355" w14:textId="77777777" w:rsidTr="002C48FE">
        <w:trPr>
          <w:trHeight w:val="794"/>
          <w:jc w:val="center"/>
        </w:trPr>
        <w:tc>
          <w:tcPr>
            <w:tcW w:w="2952" w:type="dxa"/>
            <w:tcBorders>
              <w:top w:val="single" w:sz="8" w:space="0" w:color="7F8C8D"/>
              <w:left w:val="single" w:sz="8" w:space="0" w:color="7F8C8D"/>
              <w:bottom w:val="single" w:sz="8" w:space="0" w:color="7F8C8D"/>
              <w:right w:val="single" w:sz="8" w:space="0" w:color="7F8C8D"/>
            </w:tcBorders>
            <w:vAlign w:val="center"/>
          </w:tcPr>
          <w:p w14:paraId="6E6AB06C"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sz w:val="20"/>
                <w:szCs w:val="20"/>
              </w:rPr>
              <w:t>目標値算出の根拠</w:t>
            </w:r>
            <w:proofErr w:type="spellEnd"/>
          </w:p>
        </w:tc>
        <w:tc>
          <w:tcPr>
            <w:tcW w:w="6696" w:type="dxa"/>
            <w:tcBorders>
              <w:top w:val="single" w:sz="8" w:space="0" w:color="7F8C8D"/>
              <w:left w:val="single" w:sz="8" w:space="0" w:color="7F8C8D"/>
              <w:bottom w:val="single" w:sz="8" w:space="0" w:color="7F8C8D"/>
              <w:right w:val="single" w:sz="8" w:space="0" w:color="7F8C8D"/>
            </w:tcBorders>
            <w:vAlign w:val="center"/>
          </w:tcPr>
          <w:p w14:paraId="0DFF1C11" w14:textId="77777777" w:rsidR="00465E6C" w:rsidRPr="00ED1610" w:rsidRDefault="00465E6C" w:rsidP="002C48FE">
            <w:pPr>
              <w:spacing w:after="0" w:line="252" w:lineRule="auto"/>
              <w:rPr>
                <w:szCs w:val="21"/>
              </w:rPr>
            </w:pPr>
          </w:p>
        </w:tc>
      </w:tr>
      <w:tr w:rsidR="00945779" w:rsidRPr="00FD447A" w14:paraId="3595CE03" w14:textId="77777777" w:rsidTr="002C48FE">
        <w:trPr>
          <w:trHeight w:val="794"/>
          <w:jc w:val="center"/>
        </w:trPr>
        <w:tc>
          <w:tcPr>
            <w:tcW w:w="2952" w:type="dxa"/>
            <w:tcBorders>
              <w:top w:val="single" w:sz="8" w:space="0" w:color="7F8C8D"/>
              <w:left w:val="single" w:sz="8" w:space="0" w:color="7F8C8D"/>
              <w:bottom w:val="single" w:sz="8" w:space="0" w:color="7F8C8D"/>
              <w:right w:val="single" w:sz="8" w:space="0" w:color="7F8C8D"/>
            </w:tcBorders>
            <w:vAlign w:val="center"/>
          </w:tcPr>
          <w:p w14:paraId="6F8F0E78" w14:textId="77777777" w:rsidR="00465E6C" w:rsidRPr="00FD447A" w:rsidRDefault="00465E6C" w:rsidP="002C48FE">
            <w:pPr>
              <w:spacing w:after="0" w:line="252" w:lineRule="auto"/>
              <w:jc w:val="center"/>
              <w:rPr>
                <w:sz w:val="20"/>
                <w:szCs w:val="20"/>
                <w:lang w:eastAsia="ja-JP"/>
              </w:rPr>
            </w:pPr>
            <w:r w:rsidRPr="00FD447A">
              <w:rPr>
                <w:rFonts w:ascii="Yu Gothic" w:eastAsia="Yu Gothic" w:hAnsi="Yu Gothic"/>
                <w:sz w:val="20"/>
                <w:szCs w:val="20"/>
                <w:lang w:eastAsia="ja-JP"/>
              </w:rPr>
              <w:t>事業効果の測定・検証方法</w:t>
            </w:r>
          </w:p>
        </w:tc>
        <w:tc>
          <w:tcPr>
            <w:tcW w:w="6696" w:type="dxa"/>
            <w:tcBorders>
              <w:top w:val="single" w:sz="8" w:space="0" w:color="7F8C8D"/>
              <w:left w:val="single" w:sz="8" w:space="0" w:color="7F8C8D"/>
              <w:bottom w:val="single" w:sz="8" w:space="0" w:color="7F8C8D"/>
              <w:right w:val="single" w:sz="8" w:space="0" w:color="7F8C8D"/>
            </w:tcBorders>
            <w:vAlign w:val="center"/>
          </w:tcPr>
          <w:p w14:paraId="5E2B1371" w14:textId="77777777" w:rsidR="00465E6C" w:rsidRPr="00ED1610" w:rsidRDefault="00465E6C" w:rsidP="002C48FE">
            <w:pPr>
              <w:spacing w:after="0" w:line="252" w:lineRule="auto"/>
              <w:rPr>
                <w:szCs w:val="21"/>
                <w:lang w:eastAsia="ja-JP"/>
              </w:rPr>
            </w:pPr>
          </w:p>
        </w:tc>
      </w:tr>
    </w:tbl>
    <w:p w14:paraId="4F0D1B83" w14:textId="77777777" w:rsidR="00465E6C" w:rsidRPr="00945779" w:rsidRDefault="00465E6C" w:rsidP="00465E6C">
      <w:pPr>
        <w:spacing w:after="0"/>
        <w:rPr>
          <w:lang w:eastAsia="ja-JP"/>
        </w:rPr>
      </w:pPr>
      <w:r w:rsidRPr="00945779">
        <w:rPr>
          <w:rFonts w:ascii="Yu Gothic" w:eastAsia="Yu Gothic" w:hAnsi="Yu Gothic"/>
          <w:sz w:val="2"/>
          <w:lang w:eastAsia="ja-JP"/>
        </w:rPr>
        <w:br w:type="page"/>
      </w:r>
    </w:p>
    <w:p w14:paraId="44E542F0" w14:textId="77777777" w:rsidR="00465E6C" w:rsidRPr="00945779" w:rsidRDefault="00465E6C" w:rsidP="00465E6C">
      <w:pPr>
        <w:keepNext/>
        <w:spacing w:before="140" w:after="80"/>
        <w:rPr>
          <w:lang w:eastAsia="ja-JP"/>
        </w:rPr>
      </w:pPr>
      <w:r w:rsidRPr="00945779">
        <w:rPr>
          <w:rFonts w:ascii="Yu Gothic" w:eastAsia="Yu Gothic" w:hAnsi="Yu Gothic"/>
          <w:b/>
          <w:sz w:val="24"/>
          <w:lang w:eastAsia="ja-JP"/>
        </w:rPr>
        <w:lastRenderedPageBreak/>
        <w:t>3－4　構築・導入するシステム、設備、ネットワーク等の概要及び活用方法</w:t>
      </w:r>
    </w:p>
    <w:p w14:paraId="2A45BC91" w14:textId="77777777" w:rsidR="00465E6C" w:rsidRPr="00FD447A" w:rsidRDefault="00465E6C" w:rsidP="00465E6C">
      <w:pPr>
        <w:spacing w:after="40" w:line="264" w:lineRule="auto"/>
        <w:ind w:left="113"/>
        <w:rPr>
          <w:sz w:val="20"/>
          <w:szCs w:val="20"/>
          <w:lang w:eastAsia="ja-JP"/>
        </w:rPr>
      </w:pPr>
      <w:r w:rsidRPr="00FD447A">
        <w:rPr>
          <w:rFonts w:ascii="Yu Gothic" w:eastAsia="Yu Gothic" w:hAnsi="Yu Gothic"/>
          <w:sz w:val="20"/>
          <w:szCs w:val="20"/>
          <w:lang w:eastAsia="ja-JP"/>
        </w:rPr>
        <w:t>※　仕様の羅列ではなく、どの課題に対し、どの機能をどのように活用するかを記載してください。</w:t>
      </w:r>
    </w:p>
    <w:tbl>
      <w:tblPr>
        <w:tblW w:w="0" w:type="auto"/>
        <w:jc w:val="center"/>
        <w:tblLayout w:type="fixed"/>
        <w:tblLook w:val="04A0" w:firstRow="1" w:lastRow="0" w:firstColumn="1" w:lastColumn="0" w:noHBand="0" w:noVBand="1"/>
      </w:tblPr>
      <w:tblGrid>
        <w:gridCol w:w="1691"/>
        <w:gridCol w:w="1909"/>
        <w:gridCol w:w="1777"/>
        <w:gridCol w:w="1984"/>
        <w:gridCol w:w="2287"/>
      </w:tblGrid>
      <w:tr w:rsidR="00945779" w:rsidRPr="00FD447A" w14:paraId="4597AE1E" w14:textId="77777777" w:rsidTr="00FD447A">
        <w:trPr>
          <w:trHeight w:val="454"/>
          <w:tblHeader/>
          <w:jc w:val="center"/>
        </w:trPr>
        <w:tc>
          <w:tcPr>
            <w:tcW w:w="169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05FD62D"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区分</w:t>
            </w:r>
            <w:proofErr w:type="spellEnd"/>
          </w:p>
        </w:tc>
        <w:tc>
          <w:tcPr>
            <w:tcW w:w="1909"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7A84B7A"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名称・概要</w:t>
            </w:r>
            <w:proofErr w:type="spellEnd"/>
          </w:p>
        </w:tc>
        <w:tc>
          <w:tcPr>
            <w:tcW w:w="1777"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E64339A"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主な機能</w:t>
            </w:r>
            <w:proofErr w:type="spellEnd"/>
          </w:p>
        </w:tc>
        <w:tc>
          <w:tcPr>
            <w:tcW w:w="198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51C8232"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対象課題との関係</w:t>
            </w:r>
            <w:proofErr w:type="spellEnd"/>
          </w:p>
        </w:tc>
        <w:tc>
          <w:tcPr>
            <w:tcW w:w="2287"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1BB9D8A"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活用主体・対象範囲</w:t>
            </w:r>
            <w:proofErr w:type="spellEnd"/>
          </w:p>
        </w:tc>
      </w:tr>
      <w:tr w:rsidR="00945779" w:rsidRPr="00FD447A" w14:paraId="44B9FC1F" w14:textId="77777777" w:rsidTr="00FD447A">
        <w:trPr>
          <w:trHeight w:val="709"/>
          <w:jc w:val="center"/>
        </w:trPr>
        <w:tc>
          <w:tcPr>
            <w:tcW w:w="1691" w:type="dxa"/>
            <w:tcBorders>
              <w:top w:val="single" w:sz="8" w:space="0" w:color="7F8C8D"/>
              <w:left w:val="single" w:sz="8" w:space="0" w:color="7F8C8D"/>
              <w:bottom w:val="single" w:sz="8" w:space="0" w:color="7F8C8D"/>
              <w:right w:val="single" w:sz="8" w:space="0" w:color="7F8C8D"/>
            </w:tcBorders>
            <w:vAlign w:val="center"/>
          </w:tcPr>
          <w:p w14:paraId="66FF9FD2" w14:textId="77777777" w:rsidR="00465E6C" w:rsidRPr="00FD447A" w:rsidRDefault="00465E6C" w:rsidP="00BF291F">
            <w:pPr>
              <w:spacing w:after="0" w:line="252" w:lineRule="auto"/>
              <w:jc w:val="center"/>
              <w:rPr>
                <w:rFonts w:ascii="Yu Gothic" w:eastAsia="Yu Gothic" w:hAnsi="Yu Gothic"/>
                <w:sz w:val="20"/>
                <w:szCs w:val="20"/>
                <w:lang w:eastAsia="ja-JP"/>
              </w:rPr>
            </w:pPr>
            <w:r w:rsidRPr="00FD447A">
              <w:rPr>
                <w:rFonts w:ascii="Yu Gothic" w:eastAsia="Yu Gothic" w:hAnsi="Yu Gothic"/>
                <w:sz w:val="20"/>
                <w:szCs w:val="20"/>
                <w:lang w:eastAsia="ja-JP"/>
              </w:rPr>
              <w:t>システム・</w:t>
            </w:r>
          </w:p>
          <w:p w14:paraId="77A31CD8" w14:textId="77777777" w:rsidR="00465E6C" w:rsidRPr="00FD447A" w:rsidRDefault="00465E6C" w:rsidP="00BF291F">
            <w:pPr>
              <w:spacing w:after="0" w:line="252" w:lineRule="auto"/>
              <w:jc w:val="center"/>
              <w:rPr>
                <w:sz w:val="20"/>
                <w:szCs w:val="20"/>
                <w:lang w:eastAsia="ja-JP"/>
              </w:rPr>
            </w:pPr>
            <w:r w:rsidRPr="00FD447A">
              <w:rPr>
                <w:rFonts w:ascii="Yu Gothic" w:eastAsia="Yu Gothic" w:hAnsi="Yu Gothic"/>
                <w:sz w:val="20"/>
                <w:szCs w:val="20"/>
                <w:lang w:eastAsia="ja-JP"/>
              </w:rPr>
              <w:t>データ基盤</w:t>
            </w:r>
          </w:p>
        </w:tc>
        <w:tc>
          <w:tcPr>
            <w:tcW w:w="1909" w:type="dxa"/>
            <w:tcBorders>
              <w:top w:val="single" w:sz="8" w:space="0" w:color="7F8C8D"/>
              <w:left w:val="single" w:sz="8" w:space="0" w:color="7F8C8D"/>
              <w:bottom w:val="single" w:sz="8" w:space="0" w:color="7F8C8D"/>
              <w:right w:val="single" w:sz="8" w:space="0" w:color="7F8C8D"/>
            </w:tcBorders>
            <w:vAlign w:val="center"/>
          </w:tcPr>
          <w:p w14:paraId="47967757" w14:textId="77777777" w:rsidR="00465E6C" w:rsidRPr="00BF291F" w:rsidRDefault="00465E6C" w:rsidP="002C48FE">
            <w:pPr>
              <w:spacing w:after="0" w:line="252" w:lineRule="auto"/>
              <w:rPr>
                <w:szCs w:val="21"/>
                <w:lang w:eastAsia="ja-JP"/>
              </w:rPr>
            </w:pPr>
          </w:p>
        </w:tc>
        <w:tc>
          <w:tcPr>
            <w:tcW w:w="1777" w:type="dxa"/>
            <w:tcBorders>
              <w:top w:val="single" w:sz="8" w:space="0" w:color="7F8C8D"/>
              <w:left w:val="single" w:sz="8" w:space="0" w:color="7F8C8D"/>
              <w:bottom w:val="single" w:sz="8" w:space="0" w:color="7F8C8D"/>
              <w:right w:val="single" w:sz="8" w:space="0" w:color="7F8C8D"/>
            </w:tcBorders>
            <w:vAlign w:val="center"/>
          </w:tcPr>
          <w:p w14:paraId="726D1B98" w14:textId="77777777" w:rsidR="00465E6C" w:rsidRPr="00BF291F" w:rsidRDefault="00465E6C" w:rsidP="002C48FE">
            <w:pPr>
              <w:spacing w:after="0" w:line="252" w:lineRule="auto"/>
              <w:rPr>
                <w:szCs w:val="21"/>
                <w:lang w:eastAsia="ja-JP"/>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5EC89200" w14:textId="77777777" w:rsidR="00465E6C" w:rsidRPr="00BF291F" w:rsidRDefault="00465E6C" w:rsidP="002C48FE">
            <w:pPr>
              <w:spacing w:after="0" w:line="252" w:lineRule="auto"/>
              <w:rPr>
                <w:szCs w:val="21"/>
                <w:lang w:eastAsia="ja-JP"/>
              </w:rPr>
            </w:pPr>
          </w:p>
        </w:tc>
        <w:tc>
          <w:tcPr>
            <w:tcW w:w="2287" w:type="dxa"/>
            <w:tcBorders>
              <w:top w:val="single" w:sz="8" w:space="0" w:color="7F8C8D"/>
              <w:left w:val="single" w:sz="8" w:space="0" w:color="7F8C8D"/>
              <w:bottom w:val="single" w:sz="8" w:space="0" w:color="7F8C8D"/>
              <w:right w:val="single" w:sz="8" w:space="0" w:color="7F8C8D"/>
            </w:tcBorders>
            <w:vAlign w:val="center"/>
          </w:tcPr>
          <w:p w14:paraId="4F95E689" w14:textId="77777777" w:rsidR="00465E6C" w:rsidRPr="00BF291F" w:rsidRDefault="00465E6C" w:rsidP="002C48FE">
            <w:pPr>
              <w:spacing w:after="0" w:line="252" w:lineRule="auto"/>
              <w:rPr>
                <w:szCs w:val="21"/>
                <w:lang w:eastAsia="ja-JP"/>
              </w:rPr>
            </w:pPr>
          </w:p>
        </w:tc>
      </w:tr>
      <w:tr w:rsidR="00945779" w:rsidRPr="00FD447A" w14:paraId="0B3F8847" w14:textId="77777777" w:rsidTr="00FD447A">
        <w:trPr>
          <w:trHeight w:val="709"/>
          <w:jc w:val="center"/>
        </w:trPr>
        <w:tc>
          <w:tcPr>
            <w:tcW w:w="1691" w:type="dxa"/>
            <w:tcBorders>
              <w:top w:val="single" w:sz="8" w:space="0" w:color="7F8C8D"/>
              <w:left w:val="single" w:sz="8" w:space="0" w:color="7F8C8D"/>
              <w:bottom w:val="single" w:sz="8" w:space="0" w:color="7F8C8D"/>
              <w:right w:val="single" w:sz="8" w:space="0" w:color="7F8C8D"/>
            </w:tcBorders>
            <w:vAlign w:val="center"/>
          </w:tcPr>
          <w:p w14:paraId="2E0A0FBF" w14:textId="77777777" w:rsidR="00465E6C" w:rsidRPr="00FD447A" w:rsidRDefault="00465E6C" w:rsidP="00BF291F">
            <w:pPr>
              <w:spacing w:after="0" w:line="252" w:lineRule="auto"/>
              <w:jc w:val="center"/>
              <w:rPr>
                <w:sz w:val="20"/>
                <w:szCs w:val="20"/>
              </w:rPr>
            </w:pPr>
            <w:proofErr w:type="spellStart"/>
            <w:r w:rsidRPr="00FD447A">
              <w:rPr>
                <w:rFonts w:ascii="Yu Gothic" w:eastAsia="Yu Gothic" w:hAnsi="Yu Gothic"/>
                <w:sz w:val="20"/>
                <w:szCs w:val="20"/>
              </w:rPr>
              <w:t>設備・機器</w:t>
            </w:r>
            <w:proofErr w:type="spellEnd"/>
          </w:p>
        </w:tc>
        <w:tc>
          <w:tcPr>
            <w:tcW w:w="1909" w:type="dxa"/>
            <w:tcBorders>
              <w:top w:val="single" w:sz="8" w:space="0" w:color="7F8C8D"/>
              <w:left w:val="single" w:sz="8" w:space="0" w:color="7F8C8D"/>
              <w:bottom w:val="single" w:sz="8" w:space="0" w:color="7F8C8D"/>
              <w:right w:val="single" w:sz="8" w:space="0" w:color="7F8C8D"/>
            </w:tcBorders>
            <w:vAlign w:val="center"/>
          </w:tcPr>
          <w:p w14:paraId="530AEE19" w14:textId="77777777" w:rsidR="00465E6C" w:rsidRPr="00BF291F" w:rsidRDefault="00465E6C" w:rsidP="002C48FE">
            <w:pPr>
              <w:spacing w:after="0" w:line="252" w:lineRule="auto"/>
              <w:rPr>
                <w:szCs w:val="21"/>
              </w:rPr>
            </w:pPr>
          </w:p>
        </w:tc>
        <w:tc>
          <w:tcPr>
            <w:tcW w:w="1777" w:type="dxa"/>
            <w:tcBorders>
              <w:top w:val="single" w:sz="8" w:space="0" w:color="7F8C8D"/>
              <w:left w:val="single" w:sz="8" w:space="0" w:color="7F8C8D"/>
              <w:bottom w:val="single" w:sz="8" w:space="0" w:color="7F8C8D"/>
              <w:right w:val="single" w:sz="8" w:space="0" w:color="7F8C8D"/>
            </w:tcBorders>
            <w:vAlign w:val="center"/>
          </w:tcPr>
          <w:p w14:paraId="655D1B82" w14:textId="77777777" w:rsidR="00465E6C" w:rsidRPr="00BF291F" w:rsidRDefault="00465E6C" w:rsidP="002C48FE">
            <w:pPr>
              <w:spacing w:after="0" w:line="252" w:lineRule="auto"/>
              <w:rPr>
                <w:szCs w:val="21"/>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3FF52FAE" w14:textId="77777777" w:rsidR="00465E6C" w:rsidRPr="00BF291F" w:rsidRDefault="00465E6C" w:rsidP="002C48FE">
            <w:pPr>
              <w:spacing w:after="0" w:line="252" w:lineRule="auto"/>
              <w:rPr>
                <w:szCs w:val="21"/>
              </w:rPr>
            </w:pPr>
          </w:p>
        </w:tc>
        <w:tc>
          <w:tcPr>
            <w:tcW w:w="2287" w:type="dxa"/>
            <w:tcBorders>
              <w:top w:val="single" w:sz="8" w:space="0" w:color="7F8C8D"/>
              <w:left w:val="single" w:sz="8" w:space="0" w:color="7F8C8D"/>
              <w:bottom w:val="single" w:sz="8" w:space="0" w:color="7F8C8D"/>
              <w:right w:val="single" w:sz="8" w:space="0" w:color="7F8C8D"/>
            </w:tcBorders>
            <w:vAlign w:val="center"/>
          </w:tcPr>
          <w:p w14:paraId="3C32FDCD" w14:textId="77777777" w:rsidR="00465E6C" w:rsidRPr="00BF291F" w:rsidRDefault="00465E6C" w:rsidP="002C48FE">
            <w:pPr>
              <w:spacing w:after="0" w:line="252" w:lineRule="auto"/>
              <w:rPr>
                <w:szCs w:val="21"/>
              </w:rPr>
            </w:pPr>
          </w:p>
        </w:tc>
      </w:tr>
      <w:tr w:rsidR="00945779" w:rsidRPr="00FD447A" w14:paraId="56CCEDC7" w14:textId="77777777" w:rsidTr="00FD447A">
        <w:trPr>
          <w:trHeight w:val="709"/>
          <w:jc w:val="center"/>
        </w:trPr>
        <w:tc>
          <w:tcPr>
            <w:tcW w:w="1691" w:type="dxa"/>
            <w:tcBorders>
              <w:top w:val="single" w:sz="8" w:space="0" w:color="7F8C8D"/>
              <w:left w:val="single" w:sz="8" w:space="0" w:color="7F8C8D"/>
              <w:bottom w:val="single" w:sz="8" w:space="0" w:color="7F8C8D"/>
              <w:right w:val="single" w:sz="8" w:space="0" w:color="7F8C8D"/>
            </w:tcBorders>
            <w:vAlign w:val="center"/>
          </w:tcPr>
          <w:p w14:paraId="1F5BC75D" w14:textId="77777777" w:rsidR="00465E6C" w:rsidRPr="00FD447A" w:rsidRDefault="00465E6C" w:rsidP="00BF291F">
            <w:pPr>
              <w:spacing w:after="0" w:line="252" w:lineRule="auto"/>
              <w:jc w:val="center"/>
              <w:rPr>
                <w:sz w:val="20"/>
                <w:szCs w:val="20"/>
                <w:lang w:eastAsia="ja-JP"/>
              </w:rPr>
            </w:pPr>
            <w:r w:rsidRPr="00FD447A">
              <w:rPr>
                <w:rFonts w:ascii="Yu Gothic" w:eastAsia="Yu Gothic" w:hAnsi="Yu Gothic"/>
                <w:sz w:val="20"/>
                <w:szCs w:val="20"/>
                <w:lang w:eastAsia="ja-JP"/>
              </w:rPr>
              <w:t>ネットワーク・連携基盤</w:t>
            </w:r>
          </w:p>
        </w:tc>
        <w:tc>
          <w:tcPr>
            <w:tcW w:w="1909" w:type="dxa"/>
            <w:tcBorders>
              <w:top w:val="single" w:sz="8" w:space="0" w:color="7F8C8D"/>
              <w:left w:val="single" w:sz="8" w:space="0" w:color="7F8C8D"/>
              <w:bottom w:val="single" w:sz="8" w:space="0" w:color="7F8C8D"/>
              <w:right w:val="single" w:sz="8" w:space="0" w:color="7F8C8D"/>
            </w:tcBorders>
            <w:vAlign w:val="center"/>
          </w:tcPr>
          <w:p w14:paraId="1EFBFDC6" w14:textId="77777777" w:rsidR="00465E6C" w:rsidRPr="00BF291F" w:rsidRDefault="00465E6C" w:rsidP="002C48FE">
            <w:pPr>
              <w:spacing w:after="0" w:line="252" w:lineRule="auto"/>
              <w:rPr>
                <w:szCs w:val="21"/>
                <w:lang w:eastAsia="ja-JP"/>
              </w:rPr>
            </w:pPr>
          </w:p>
        </w:tc>
        <w:tc>
          <w:tcPr>
            <w:tcW w:w="1777" w:type="dxa"/>
            <w:tcBorders>
              <w:top w:val="single" w:sz="8" w:space="0" w:color="7F8C8D"/>
              <w:left w:val="single" w:sz="8" w:space="0" w:color="7F8C8D"/>
              <w:bottom w:val="single" w:sz="8" w:space="0" w:color="7F8C8D"/>
              <w:right w:val="single" w:sz="8" w:space="0" w:color="7F8C8D"/>
            </w:tcBorders>
            <w:vAlign w:val="center"/>
          </w:tcPr>
          <w:p w14:paraId="4443573E" w14:textId="77777777" w:rsidR="00465E6C" w:rsidRPr="00BF291F" w:rsidRDefault="00465E6C" w:rsidP="002C48FE">
            <w:pPr>
              <w:spacing w:after="0" w:line="252" w:lineRule="auto"/>
              <w:rPr>
                <w:szCs w:val="21"/>
                <w:lang w:eastAsia="ja-JP"/>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6676B5D8" w14:textId="77777777" w:rsidR="00465E6C" w:rsidRPr="00BF291F" w:rsidRDefault="00465E6C" w:rsidP="002C48FE">
            <w:pPr>
              <w:spacing w:after="0" w:line="252" w:lineRule="auto"/>
              <w:rPr>
                <w:szCs w:val="21"/>
                <w:lang w:eastAsia="ja-JP"/>
              </w:rPr>
            </w:pPr>
          </w:p>
        </w:tc>
        <w:tc>
          <w:tcPr>
            <w:tcW w:w="2287" w:type="dxa"/>
            <w:tcBorders>
              <w:top w:val="single" w:sz="8" w:space="0" w:color="7F8C8D"/>
              <w:left w:val="single" w:sz="8" w:space="0" w:color="7F8C8D"/>
              <w:bottom w:val="single" w:sz="8" w:space="0" w:color="7F8C8D"/>
              <w:right w:val="single" w:sz="8" w:space="0" w:color="7F8C8D"/>
            </w:tcBorders>
            <w:vAlign w:val="center"/>
          </w:tcPr>
          <w:p w14:paraId="732B14E1" w14:textId="77777777" w:rsidR="00465E6C" w:rsidRPr="00BF291F" w:rsidRDefault="00465E6C" w:rsidP="002C48FE">
            <w:pPr>
              <w:spacing w:after="0" w:line="252" w:lineRule="auto"/>
              <w:rPr>
                <w:szCs w:val="21"/>
                <w:lang w:eastAsia="ja-JP"/>
              </w:rPr>
            </w:pPr>
          </w:p>
        </w:tc>
      </w:tr>
      <w:tr w:rsidR="00945779" w:rsidRPr="00FD447A" w14:paraId="553B1B66" w14:textId="77777777" w:rsidTr="00FD447A">
        <w:trPr>
          <w:trHeight w:val="709"/>
          <w:jc w:val="center"/>
        </w:trPr>
        <w:tc>
          <w:tcPr>
            <w:tcW w:w="1691" w:type="dxa"/>
            <w:tcBorders>
              <w:top w:val="single" w:sz="8" w:space="0" w:color="7F8C8D"/>
              <w:left w:val="single" w:sz="8" w:space="0" w:color="7F8C8D"/>
              <w:bottom w:val="single" w:sz="8" w:space="0" w:color="7F8C8D"/>
              <w:right w:val="single" w:sz="8" w:space="0" w:color="7F8C8D"/>
            </w:tcBorders>
            <w:vAlign w:val="center"/>
          </w:tcPr>
          <w:p w14:paraId="0ECAD6D2" w14:textId="77777777" w:rsidR="00465E6C" w:rsidRPr="00FD447A" w:rsidRDefault="00465E6C" w:rsidP="00BF291F">
            <w:pPr>
              <w:spacing w:after="0" w:line="252" w:lineRule="auto"/>
              <w:jc w:val="center"/>
              <w:rPr>
                <w:sz w:val="20"/>
                <w:szCs w:val="20"/>
              </w:rPr>
            </w:pPr>
            <w:proofErr w:type="spellStart"/>
            <w:r w:rsidRPr="00FD447A">
              <w:rPr>
                <w:rFonts w:ascii="Yu Gothic" w:eastAsia="Yu Gothic" w:hAnsi="Yu Gothic"/>
                <w:sz w:val="20"/>
                <w:szCs w:val="20"/>
              </w:rPr>
              <w:t>その他</w:t>
            </w:r>
            <w:proofErr w:type="spellEnd"/>
          </w:p>
        </w:tc>
        <w:tc>
          <w:tcPr>
            <w:tcW w:w="1909" w:type="dxa"/>
            <w:tcBorders>
              <w:top w:val="single" w:sz="8" w:space="0" w:color="7F8C8D"/>
              <w:left w:val="single" w:sz="8" w:space="0" w:color="7F8C8D"/>
              <w:bottom w:val="single" w:sz="8" w:space="0" w:color="7F8C8D"/>
              <w:right w:val="single" w:sz="8" w:space="0" w:color="7F8C8D"/>
            </w:tcBorders>
            <w:vAlign w:val="center"/>
          </w:tcPr>
          <w:p w14:paraId="169FDC81" w14:textId="77777777" w:rsidR="00465E6C" w:rsidRPr="00BF291F" w:rsidRDefault="00465E6C" w:rsidP="002C48FE">
            <w:pPr>
              <w:spacing w:after="0" w:line="252" w:lineRule="auto"/>
              <w:rPr>
                <w:szCs w:val="21"/>
              </w:rPr>
            </w:pPr>
          </w:p>
        </w:tc>
        <w:tc>
          <w:tcPr>
            <w:tcW w:w="1777" w:type="dxa"/>
            <w:tcBorders>
              <w:top w:val="single" w:sz="8" w:space="0" w:color="7F8C8D"/>
              <w:left w:val="single" w:sz="8" w:space="0" w:color="7F8C8D"/>
              <w:bottom w:val="single" w:sz="8" w:space="0" w:color="7F8C8D"/>
              <w:right w:val="single" w:sz="8" w:space="0" w:color="7F8C8D"/>
            </w:tcBorders>
            <w:vAlign w:val="center"/>
          </w:tcPr>
          <w:p w14:paraId="0DDB0CC5" w14:textId="77777777" w:rsidR="00465E6C" w:rsidRPr="00BF291F" w:rsidRDefault="00465E6C" w:rsidP="002C48FE">
            <w:pPr>
              <w:spacing w:after="0" w:line="252" w:lineRule="auto"/>
              <w:rPr>
                <w:szCs w:val="21"/>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2785951E" w14:textId="77777777" w:rsidR="00465E6C" w:rsidRPr="00BF291F" w:rsidRDefault="00465E6C" w:rsidP="002C48FE">
            <w:pPr>
              <w:spacing w:after="0" w:line="252" w:lineRule="auto"/>
              <w:rPr>
                <w:szCs w:val="21"/>
              </w:rPr>
            </w:pPr>
          </w:p>
        </w:tc>
        <w:tc>
          <w:tcPr>
            <w:tcW w:w="2287" w:type="dxa"/>
            <w:tcBorders>
              <w:top w:val="single" w:sz="8" w:space="0" w:color="7F8C8D"/>
              <w:left w:val="single" w:sz="8" w:space="0" w:color="7F8C8D"/>
              <w:bottom w:val="single" w:sz="8" w:space="0" w:color="7F8C8D"/>
              <w:right w:val="single" w:sz="8" w:space="0" w:color="7F8C8D"/>
            </w:tcBorders>
            <w:vAlign w:val="center"/>
          </w:tcPr>
          <w:p w14:paraId="4AB6788A" w14:textId="77777777" w:rsidR="00465E6C" w:rsidRPr="00BF291F" w:rsidRDefault="00465E6C" w:rsidP="002C48FE">
            <w:pPr>
              <w:spacing w:after="0" w:line="252" w:lineRule="auto"/>
              <w:rPr>
                <w:szCs w:val="21"/>
              </w:rPr>
            </w:pPr>
          </w:p>
        </w:tc>
      </w:tr>
    </w:tbl>
    <w:p w14:paraId="57970D04" w14:textId="77777777" w:rsidR="00465E6C" w:rsidRPr="00945779" w:rsidRDefault="00465E6C" w:rsidP="00465E6C">
      <w:pPr>
        <w:keepNext/>
        <w:spacing w:before="140" w:after="80"/>
        <w:rPr>
          <w:lang w:eastAsia="ja-JP"/>
        </w:rPr>
      </w:pPr>
      <w:r w:rsidRPr="00945779">
        <w:rPr>
          <w:rFonts w:ascii="Yu Gothic" w:eastAsia="Yu Gothic" w:hAnsi="Yu Gothic"/>
          <w:b/>
          <w:sz w:val="24"/>
          <w:lang w:eastAsia="ja-JP"/>
        </w:rPr>
        <w:t>3－5　導入後の業務プロセスの改善内容</w:t>
      </w:r>
    </w:p>
    <w:p w14:paraId="58DB410C" w14:textId="77777777" w:rsidR="00465E6C" w:rsidRPr="00FD447A" w:rsidRDefault="00465E6C" w:rsidP="00465E6C">
      <w:pPr>
        <w:spacing w:after="40" w:line="264" w:lineRule="auto"/>
        <w:ind w:left="113"/>
        <w:rPr>
          <w:sz w:val="20"/>
          <w:szCs w:val="20"/>
          <w:lang w:eastAsia="ja-JP"/>
        </w:rPr>
      </w:pPr>
      <w:r w:rsidRPr="00FD447A">
        <w:rPr>
          <w:rFonts w:ascii="Yu Gothic" w:eastAsia="Yu Gothic" w:hAnsi="Yu Gothic"/>
          <w:sz w:val="20"/>
          <w:szCs w:val="20"/>
          <w:lang w:eastAsia="ja-JP"/>
        </w:rPr>
        <w:t>※　現行業務と導入後業務の違い、受発注、需給調整、在庫配置、配送、関係者間の情報共有等がどのように改善するかを記載してください。</w:t>
      </w:r>
    </w:p>
    <w:tbl>
      <w:tblPr>
        <w:tblW w:w="0" w:type="auto"/>
        <w:jc w:val="center"/>
        <w:tblLayout w:type="fixed"/>
        <w:tblLook w:val="04A0" w:firstRow="1" w:lastRow="0" w:firstColumn="1" w:lastColumn="0" w:noHBand="0" w:noVBand="1"/>
      </w:tblPr>
      <w:tblGrid>
        <w:gridCol w:w="1800"/>
        <w:gridCol w:w="2808"/>
        <w:gridCol w:w="2808"/>
        <w:gridCol w:w="2232"/>
      </w:tblGrid>
      <w:tr w:rsidR="00945779" w:rsidRPr="00FD447A" w14:paraId="6DF8434D" w14:textId="77777777" w:rsidTr="002C48FE">
        <w:trPr>
          <w:trHeight w:val="425"/>
          <w:tblHeader/>
          <w:jc w:val="center"/>
        </w:trPr>
        <w:tc>
          <w:tcPr>
            <w:tcW w:w="180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E5B4718"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対象業務</w:t>
            </w:r>
            <w:proofErr w:type="spellEnd"/>
          </w:p>
        </w:tc>
        <w:tc>
          <w:tcPr>
            <w:tcW w:w="280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EC3467A"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現行プロセス・課題</w:t>
            </w:r>
            <w:proofErr w:type="spellEnd"/>
          </w:p>
        </w:tc>
        <w:tc>
          <w:tcPr>
            <w:tcW w:w="280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4737961"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導入後プロセス</w:t>
            </w:r>
            <w:proofErr w:type="spellEnd"/>
          </w:p>
        </w:tc>
        <w:tc>
          <w:tcPr>
            <w:tcW w:w="223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D046DE2"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改善効果</w:t>
            </w:r>
            <w:proofErr w:type="spellEnd"/>
          </w:p>
        </w:tc>
      </w:tr>
      <w:tr w:rsidR="00945779" w:rsidRPr="00FD447A" w14:paraId="43CA4F25" w14:textId="77777777" w:rsidTr="002C48FE">
        <w:trPr>
          <w:trHeight w:val="765"/>
          <w:jc w:val="center"/>
        </w:trPr>
        <w:tc>
          <w:tcPr>
            <w:tcW w:w="1800" w:type="dxa"/>
            <w:tcBorders>
              <w:top w:val="single" w:sz="8" w:space="0" w:color="7F8C8D"/>
              <w:left w:val="single" w:sz="8" w:space="0" w:color="7F8C8D"/>
              <w:bottom w:val="single" w:sz="8" w:space="0" w:color="7F8C8D"/>
              <w:right w:val="single" w:sz="8" w:space="0" w:color="7F8C8D"/>
            </w:tcBorders>
            <w:vAlign w:val="center"/>
          </w:tcPr>
          <w:p w14:paraId="683AD6C2" w14:textId="77777777" w:rsidR="00465E6C" w:rsidRPr="00BF291F" w:rsidRDefault="00465E6C" w:rsidP="002C48FE">
            <w:pPr>
              <w:spacing w:after="0" w:line="252" w:lineRule="auto"/>
              <w:rPr>
                <w:szCs w:val="21"/>
              </w:rPr>
            </w:pPr>
          </w:p>
        </w:tc>
        <w:tc>
          <w:tcPr>
            <w:tcW w:w="2808" w:type="dxa"/>
            <w:tcBorders>
              <w:top w:val="single" w:sz="8" w:space="0" w:color="7F8C8D"/>
              <w:left w:val="single" w:sz="8" w:space="0" w:color="7F8C8D"/>
              <w:bottom w:val="single" w:sz="8" w:space="0" w:color="7F8C8D"/>
              <w:right w:val="single" w:sz="8" w:space="0" w:color="7F8C8D"/>
            </w:tcBorders>
            <w:vAlign w:val="center"/>
          </w:tcPr>
          <w:p w14:paraId="344DBEFF" w14:textId="77777777" w:rsidR="00465E6C" w:rsidRPr="00BF291F" w:rsidRDefault="00465E6C" w:rsidP="002C48FE">
            <w:pPr>
              <w:spacing w:after="0" w:line="252" w:lineRule="auto"/>
              <w:rPr>
                <w:szCs w:val="21"/>
              </w:rPr>
            </w:pPr>
          </w:p>
        </w:tc>
        <w:tc>
          <w:tcPr>
            <w:tcW w:w="2808" w:type="dxa"/>
            <w:tcBorders>
              <w:top w:val="single" w:sz="8" w:space="0" w:color="7F8C8D"/>
              <w:left w:val="single" w:sz="8" w:space="0" w:color="7F8C8D"/>
              <w:bottom w:val="single" w:sz="8" w:space="0" w:color="7F8C8D"/>
              <w:right w:val="single" w:sz="8" w:space="0" w:color="7F8C8D"/>
            </w:tcBorders>
            <w:vAlign w:val="center"/>
          </w:tcPr>
          <w:p w14:paraId="25A51368" w14:textId="77777777" w:rsidR="00465E6C" w:rsidRPr="00BF291F" w:rsidRDefault="00465E6C" w:rsidP="002C48FE">
            <w:pPr>
              <w:spacing w:after="0" w:line="252" w:lineRule="auto"/>
              <w:rPr>
                <w:szCs w:val="21"/>
              </w:rPr>
            </w:pPr>
          </w:p>
        </w:tc>
        <w:tc>
          <w:tcPr>
            <w:tcW w:w="2232" w:type="dxa"/>
            <w:tcBorders>
              <w:top w:val="single" w:sz="8" w:space="0" w:color="7F8C8D"/>
              <w:left w:val="single" w:sz="8" w:space="0" w:color="7F8C8D"/>
              <w:bottom w:val="single" w:sz="8" w:space="0" w:color="7F8C8D"/>
              <w:right w:val="single" w:sz="8" w:space="0" w:color="7F8C8D"/>
            </w:tcBorders>
            <w:vAlign w:val="center"/>
          </w:tcPr>
          <w:p w14:paraId="48E63D4B" w14:textId="77777777" w:rsidR="00465E6C" w:rsidRPr="00BF291F" w:rsidRDefault="00465E6C" w:rsidP="002C48FE">
            <w:pPr>
              <w:spacing w:after="0" w:line="252" w:lineRule="auto"/>
              <w:rPr>
                <w:szCs w:val="21"/>
              </w:rPr>
            </w:pPr>
          </w:p>
        </w:tc>
      </w:tr>
      <w:tr w:rsidR="00945779" w:rsidRPr="00FD447A" w14:paraId="23E7F992" w14:textId="77777777" w:rsidTr="002C48FE">
        <w:trPr>
          <w:trHeight w:val="765"/>
          <w:jc w:val="center"/>
        </w:trPr>
        <w:tc>
          <w:tcPr>
            <w:tcW w:w="1800" w:type="dxa"/>
            <w:tcBorders>
              <w:top w:val="single" w:sz="8" w:space="0" w:color="7F8C8D"/>
              <w:left w:val="single" w:sz="8" w:space="0" w:color="7F8C8D"/>
              <w:bottom w:val="single" w:sz="8" w:space="0" w:color="7F8C8D"/>
              <w:right w:val="single" w:sz="8" w:space="0" w:color="7F8C8D"/>
            </w:tcBorders>
            <w:vAlign w:val="center"/>
          </w:tcPr>
          <w:p w14:paraId="434B23AB" w14:textId="77777777" w:rsidR="00465E6C" w:rsidRPr="00BF291F" w:rsidRDefault="00465E6C" w:rsidP="002C48FE">
            <w:pPr>
              <w:spacing w:after="0" w:line="252" w:lineRule="auto"/>
              <w:rPr>
                <w:szCs w:val="21"/>
              </w:rPr>
            </w:pPr>
          </w:p>
        </w:tc>
        <w:tc>
          <w:tcPr>
            <w:tcW w:w="2808" w:type="dxa"/>
            <w:tcBorders>
              <w:top w:val="single" w:sz="8" w:space="0" w:color="7F8C8D"/>
              <w:left w:val="single" w:sz="8" w:space="0" w:color="7F8C8D"/>
              <w:bottom w:val="single" w:sz="8" w:space="0" w:color="7F8C8D"/>
              <w:right w:val="single" w:sz="8" w:space="0" w:color="7F8C8D"/>
            </w:tcBorders>
            <w:vAlign w:val="center"/>
          </w:tcPr>
          <w:p w14:paraId="34A4402C" w14:textId="77777777" w:rsidR="00465E6C" w:rsidRPr="00BF291F" w:rsidRDefault="00465E6C" w:rsidP="002C48FE">
            <w:pPr>
              <w:spacing w:after="0" w:line="252" w:lineRule="auto"/>
              <w:rPr>
                <w:szCs w:val="21"/>
              </w:rPr>
            </w:pPr>
          </w:p>
        </w:tc>
        <w:tc>
          <w:tcPr>
            <w:tcW w:w="2808" w:type="dxa"/>
            <w:tcBorders>
              <w:top w:val="single" w:sz="8" w:space="0" w:color="7F8C8D"/>
              <w:left w:val="single" w:sz="8" w:space="0" w:color="7F8C8D"/>
              <w:bottom w:val="single" w:sz="8" w:space="0" w:color="7F8C8D"/>
              <w:right w:val="single" w:sz="8" w:space="0" w:color="7F8C8D"/>
            </w:tcBorders>
            <w:vAlign w:val="center"/>
          </w:tcPr>
          <w:p w14:paraId="1C3EA4CA" w14:textId="77777777" w:rsidR="00465E6C" w:rsidRPr="00BF291F" w:rsidRDefault="00465E6C" w:rsidP="002C48FE">
            <w:pPr>
              <w:spacing w:after="0" w:line="252" w:lineRule="auto"/>
              <w:rPr>
                <w:szCs w:val="21"/>
              </w:rPr>
            </w:pPr>
          </w:p>
        </w:tc>
        <w:tc>
          <w:tcPr>
            <w:tcW w:w="2232" w:type="dxa"/>
            <w:tcBorders>
              <w:top w:val="single" w:sz="8" w:space="0" w:color="7F8C8D"/>
              <w:left w:val="single" w:sz="8" w:space="0" w:color="7F8C8D"/>
              <w:bottom w:val="single" w:sz="8" w:space="0" w:color="7F8C8D"/>
              <w:right w:val="single" w:sz="8" w:space="0" w:color="7F8C8D"/>
            </w:tcBorders>
            <w:vAlign w:val="center"/>
          </w:tcPr>
          <w:p w14:paraId="2A4493D4" w14:textId="77777777" w:rsidR="00465E6C" w:rsidRPr="00BF291F" w:rsidRDefault="00465E6C" w:rsidP="002C48FE">
            <w:pPr>
              <w:spacing w:after="0" w:line="252" w:lineRule="auto"/>
              <w:rPr>
                <w:szCs w:val="21"/>
              </w:rPr>
            </w:pPr>
          </w:p>
        </w:tc>
      </w:tr>
      <w:tr w:rsidR="00945779" w:rsidRPr="00FD447A" w14:paraId="33CD5818" w14:textId="77777777" w:rsidTr="002C48FE">
        <w:trPr>
          <w:trHeight w:val="765"/>
          <w:jc w:val="center"/>
        </w:trPr>
        <w:tc>
          <w:tcPr>
            <w:tcW w:w="1800" w:type="dxa"/>
            <w:tcBorders>
              <w:top w:val="single" w:sz="8" w:space="0" w:color="7F8C8D"/>
              <w:left w:val="single" w:sz="8" w:space="0" w:color="7F8C8D"/>
              <w:bottom w:val="single" w:sz="8" w:space="0" w:color="7F8C8D"/>
              <w:right w:val="single" w:sz="8" w:space="0" w:color="7F8C8D"/>
            </w:tcBorders>
            <w:vAlign w:val="center"/>
          </w:tcPr>
          <w:p w14:paraId="155E0971" w14:textId="77777777" w:rsidR="00465E6C" w:rsidRPr="00BF291F" w:rsidRDefault="00465E6C" w:rsidP="002C48FE">
            <w:pPr>
              <w:spacing w:after="0" w:line="252" w:lineRule="auto"/>
              <w:rPr>
                <w:szCs w:val="21"/>
              </w:rPr>
            </w:pPr>
          </w:p>
        </w:tc>
        <w:tc>
          <w:tcPr>
            <w:tcW w:w="2808" w:type="dxa"/>
            <w:tcBorders>
              <w:top w:val="single" w:sz="8" w:space="0" w:color="7F8C8D"/>
              <w:left w:val="single" w:sz="8" w:space="0" w:color="7F8C8D"/>
              <w:bottom w:val="single" w:sz="8" w:space="0" w:color="7F8C8D"/>
              <w:right w:val="single" w:sz="8" w:space="0" w:color="7F8C8D"/>
            </w:tcBorders>
            <w:vAlign w:val="center"/>
          </w:tcPr>
          <w:p w14:paraId="539CFEC1" w14:textId="77777777" w:rsidR="00465E6C" w:rsidRPr="00BF291F" w:rsidRDefault="00465E6C" w:rsidP="002C48FE">
            <w:pPr>
              <w:spacing w:after="0" w:line="252" w:lineRule="auto"/>
              <w:rPr>
                <w:szCs w:val="21"/>
              </w:rPr>
            </w:pPr>
          </w:p>
        </w:tc>
        <w:tc>
          <w:tcPr>
            <w:tcW w:w="2808" w:type="dxa"/>
            <w:tcBorders>
              <w:top w:val="single" w:sz="8" w:space="0" w:color="7F8C8D"/>
              <w:left w:val="single" w:sz="8" w:space="0" w:color="7F8C8D"/>
              <w:bottom w:val="single" w:sz="8" w:space="0" w:color="7F8C8D"/>
              <w:right w:val="single" w:sz="8" w:space="0" w:color="7F8C8D"/>
            </w:tcBorders>
            <w:vAlign w:val="center"/>
          </w:tcPr>
          <w:p w14:paraId="48E60FA0" w14:textId="77777777" w:rsidR="00465E6C" w:rsidRPr="00BF291F" w:rsidRDefault="00465E6C" w:rsidP="002C48FE">
            <w:pPr>
              <w:spacing w:after="0" w:line="252" w:lineRule="auto"/>
              <w:rPr>
                <w:szCs w:val="21"/>
              </w:rPr>
            </w:pPr>
          </w:p>
        </w:tc>
        <w:tc>
          <w:tcPr>
            <w:tcW w:w="2232" w:type="dxa"/>
            <w:tcBorders>
              <w:top w:val="single" w:sz="8" w:space="0" w:color="7F8C8D"/>
              <w:left w:val="single" w:sz="8" w:space="0" w:color="7F8C8D"/>
              <w:bottom w:val="single" w:sz="8" w:space="0" w:color="7F8C8D"/>
              <w:right w:val="single" w:sz="8" w:space="0" w:color="7F8C8D"/>
            </w:tcBorders>
            <w:vAlign w:val="center"/>
          </w:tcPr>
          <w:p w14:paraId="3CF23AFA" w14:textId="77777777" w:rsidR="00465E6C" w:rsidRPr="00BF291F" w:rsidRDefault="00465E6C" w:rsidP="002C48FE">
            <w:pPr>
              <w:spacing w:after="0" w:line="252" w:lineRule="auto"/>
              <w:rPr>
                <w:szCs w:val="21"/>
              </w:rPr>
            </w:pPr>
          </w:p>
        </w:tc>
      </w:tr>
    </w:tbl>
    <w:p w14:paraId="67B9714D" w14:textId="77777777" w:rsidR="00465E6C" w:rsidRPr="00945779" w:rsidRDefault="00465E6C" w:rsidP="00465E6C">
      <w:pPr>
        <w:spacing w:after="0"/>
      </w:pPr>
      <w:r w:rsidRPr="00945779">
        <w:rPr>
          <w:rFonts w:ascii="Yu Gothic" w:eastAsia="Yu Gothic" w:hAnsi="Yu Gothic"/>
          <w:sz w:val="2"/>
        </w:rPr>
        <w:br w:type="page"/>
      </w:r>
    </w:p>
    <w:p w14:paraId="1B67B4E5" w14:textId="3ECB1753" w:rsidR="00465E6C" w:rsidRPr="00945779" w:rsidRDefault="00465E6C" w:rsidP="00465E6C">
      <w:pPr>
        <w:keepNext/>
        <w:spacing w:before="140" w:after="80"/>
        <w:rPr>
          <w:lang w:eastAsia="ja-JP"/>
        </w:rPr>
      </w:pPr>
      <w:r w:rsidRPr="00945779">
        <w:rPr>
          <w:rFonts w:ascii="Yu Gothic" w:eastAsia="Yu Gothic" w:hAnsi="Yu Gothic"/>
          <w:b/>
          <w:sz w:val="24"/>
          <w:lang w:eastAsia="ja-JP"/>
        </w:rPr>
        <w:lastRenderedPageBreak/>
        <w:t>3－</w:t>
      </w:r>
      <w:r w:rsidR="009F34CD" w:rsidRPr="00945779">
        <w:rPr>
          <w:rFonts w:ascii="Yu Gothic" w:eastAsia="Yu Gothic" w:hAnsi="Yu Gothic" w:hint="eastAsia"/>
          <w:b/>
          <w:sz w:val="24"/>
          <w:lang w:eastAsia="ja-JP"/>
        </w:rPr>
        <w:t>７</w:t>
      </w:r>
      <w:r w:rsidRPr="00945779">
        <w:rPr>
          <w:rFonts w:ascii="Yu Gothic" w:eastAsia="Yu Gothic" w:hAnsi="Yu Gothic"/>
          <w:b/>
          <w:sz w:val="24"/>
          <w:lang w:eastAsia="ja-JP"/>
        </w:rPr>
        <w:t xml:space="preserve">　サイバーセキュリティ対策</w:t>
      </w:r>
    </w:p>
    <w:p w14:paraId="74937999" w14:textId="77777777" w:rsidR="00465E6C" w:rsidRPr="00FD447A" w:rsidRDefault="00465E6C" w:rsidP="00465E6C">
      <w:pPr>
        <w:spacing w:after="40" w:line="264" w:lineRule="auto"/>
        <w:ind w:left="113"/>
        <w:rPr>
          <w:sz w:val="20"/>
          <w:szCs w:val="20"/>
          <w:lang w:eastAsia="ja-JP"/>
        </w:rPr>
      </w:pPr>
      <w:r w:rsidRPr="00FD447A">
        <w:rPr>
          <w:rFonts w:ascii="Yu Gothic" w:eastAsia="Yu Gothic" w:hAnsi="Yu Gothic"/>
          <w:sz w:val="20"/>
          <w:szCs w:val="20"/>
          <w:lang w:eastAsia="ja-JP"/>
        </w:rPr>
        <w:t>※　システム又はデータベース等を構築・改修する場合は、アクセス管理、認証、バックアップ、脆弱性対策、インシデント対応等、事業内容に応じて講じる対策を記載してください。</w:t>
      </w:r>
    </w:p>
    <w:tbl>
      <w:tblPr>
        <w:tblW w:w="0" w:type="auto"/>
        <w:jc w:val="center"/>
        <w:tblLayout w:type="fixed"/>
        <w:tblLook w:val="04A0" w:firstRow="1" w:lastRow="0" w:firstColumn="1" w:lastColumn="0" w:noHBand="0" w:noVBand="1"/>
      </w:tblPr>
      <w:tblGrid>
        <w:gridCol w:w="2304"/>
        <w:gridCol w:w="4896"/>
        <w:gridCol w:w="2448"/>
      </w:tblGrid>
      <w:tr w:rsidR="00945779" w:rsidRPr="00FD447A" w14:paraId="68A7B0D8" w14:textId="77777777" w:rsidTr="002C48FE">
        <w:trPr>
          <w:trHeight w:val="425"/>
          <w:tblHeader/>
          <w:jc w:val="center"/>
        </w:trPr>
        <w:tc>
          <w:tcPr>
            <w:tcW w:w="230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8ACDC90"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対策項目</w:t>
            </w:r>
            <w:proofErr w:type="spellEnd"/>
          </w:p>
        </w:tc>
        <w:tc>
          <w:tcPr>
            <w:tcW w:w="489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A96756C"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具体的な対策内容</w:t>
            </w:r>
            <w:proofErr w:type="spellEnd"/>
          </w:p>
        </w:tc>
        <w:tc>
          <w:tcPr>
            <w:tcW w:w="244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923ACC3"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実施主体・運用方法</w:t>
            </w:r>
            <w:proofErr w:type="spellEnd"/>
          </w:p>
        </w:tc>
      </w:tr>
      <w:tr w:rsidR="00945779" w:rsidRPr="00FD447A" w14:paraId="4A13BD4B" w14:textId="77777777" w:rsidTr="002C48FE">
        <w:trPr>
          <w:trHeight w:val="652"/>
          <w:jc w:val="center"/>
        </w:trPr>
        <w:tc>
          <w:tcPr>
            <w:tcW w:w="2304" w:type="dxa"/>
            <w:tcBorders>
              <w:top w:val="single" w:sz="8" w:space="0" w:color="7F8C8D"/>
              <w:left w:val="single" w:sz="8" w:space="0" w:color="7F8C8D"/>
              <w:bottom w:val="single" w:sz="8" w:space="0" w:color="7F8C8D"/>
              <w:right w:val="single" w:sz="8" w:space="0" w:color="7F8C8D"/>
            </w:tcBorders>
            <w:vAlign w:val="center"/>
          </w:tcPr>
          <w:p w14:paraId="04383FFD" w14:textId="77777777" w:rsidR="00465E6C" w:rsidRPr="00BF291F" w:rsidRDefault="00465E6C" w:rsidP="002C48FE">
            <w:pPr>
              <w:spacing w:after="0" w:line="252" w:lineRule="auto"/>
              <w:rPr>
                <w:szCs w:val="21"/>
              </w:rPr>
            </w:pPr>
          </w:p>
        </w:tc>
        <w:tc>
          <w:tcPr>
            <w:tcW w:w="4896" w:type="dxa"/>
            <w:tcBorders>
              <w:top w:val="single" w:sz="8" w:space="0" w:color="7F8C8D"/>
              <w:left w:val="single" w:sz="8" w:space="0" w:color="7F8C8D"/>
              <w:bottom w:val="single" w:sz="8" w:space="0" w:color="7F8C8D"/>
              <w:right w:val="single" w:sz="8" w:space="0" w:color="7F8C8D"/>
            </w:tcBorders>
            <w:vAlign w:val="center"/>
          </w:tcPr>
          <w:p w14:paraId="7CFB8780" w14:textId="77777777" w:rsidR="00465E6C" w:rsidRPr="00BF291F" w:rsidRDefault="00465E6C" w:rsidP="002C48FE">
            <w:pPr>
              <w:spacing w:after="0" w:line="252" w:lineRule="auto"/>
              <w:rPr>
                <w:szCs w:val="21"/>
              </w:rPr>
            </w:pPr>
          </w:p>
        </w:tc>
        <w:tc>
          <w:tcPr>
            <w:tcW w:w="2448" w:type="dxa"/>
            <w:tcBorders>
              <w:top w:val="single" w:sz="8" w:space="0" w:color="7F8C8D"/>
              <w:left w:val="single" w:sz="8" w:space="0" w:color="7F8C8D"/>
              <w:bottom w:val="single" w:sz="8" w:space="0" w:color="7F8C8D"/>
              <w:right w:val="single" w:sz="8" w:space="0" w:color="7F8C8D"/>
            </w:tcBorders>
            <w:vAlign w:val="center"/>
          </w:tcPr>
          <w:p w14:paraId="588A3B59" w14:textId="77777777" w:rsidR="00465E6C" w:rsidRPr="00BF291F" w:rsidRDefault="00465E6C" w:rsidP="002C48FE">
            <w:pPr>
              <w:spacing w:after="0" w:line="252" w:lineRule="auto"/>
              <w:rPr>
                <w:szCs w:val="21"/>
              </w:rPr>
            </w:pPr>
          </w:p>
        </w:tc>
      </w:tr>
      <w:tr w:rsidR="00945779" w:rsidRPr="00FD447A" w14:paraId="037907D5" w14:textId="77777777" w:rsidTr="002C48FE">
        <w:trPr>
          <w:trHeight w:val="652"/>
          <w:jc w:val="center"/>
        </w:trPr>
        <w:tc>
          <w:tcPr>
            <w:tcW w:w="2304" w:type="dxa"/>
            <w:tcBorders>
              <w:top w:val="single" w:sz="8" w:space="0" w:color="7F8C8D"/>
              <w:left w:val="single" w:sz="8" w:space="0" w:color="7F8C8D"/>
              <w:bottom w:val="single" w:sz="8" w:space="0" w:color="7F8C8D"/>
              <w:right w:val="single" w:sz="8" w:space="0" w:color="7F8C8D"/>
            </w:tcBorders>
            <w:vAlign w:val="center"/>
          </w:tcPr>
          <w:p w14:paraId="7251B8AA" w14:textId="77777777" w:rsidR="00465E6C" w:rsidRPr="00BF291F" w:rsidRDefault="00465E6C" w:rsidP="002C48FE">
            <w:pPr>
              <w:spacing w:after="0" w:line="252" w:lineRule="auto"/>
              <w:rPr>
                <w:szCs w:val="21"/>
              </w:rPr>
            </w:pPr>
          </w:p>
        </w:tc>
        <w:tc>
          <w:tcPr>
            <w:tcW w:w="4896" w:type="dxa"/>
            <w:tcBorders>
              <w:top w:val="single" w:sz="8" w:space="0" w:color="7F8C8D"/>
              <w:left w:val="single" w:sz="8" w:space="0" w:color="7F8C8D"/>
              <w:bottom w:val="single" w:sz="8" w:space="0" w:color="7F8C8D"/>
              <w:right w:val="single" w:sz="8" w:space="0" w:color="7F8C8D"/>
            </w:tcBorders>
            <w:vAlign w:val="center"/>
          </w:tcPr>
          <w:p w14:paraId="44264A78" w14:textId="77777777" w:rsidR="00465E6C" w:rsidRPr="00BF291F" w:rsidRDefault="00465E6C" w:rsidP="002C48FE">
            <w:pPr>
              <w:spacing w:after="0" w:line="252" w:lineRule="auto"/>
              <w:rPr>
                <w:szCs w:val="21"/>
              </w:rPr>
            </w:pPr>
          </w:p>
        </w:tc>
        <w:tc>
          <w:tcPr>
            <w:tcW w:w="2448" w:type="dxa"/>
            <w:tcBorders>
              <w:top w:val="single" w:sz="8" w:space="0" w:color="7F8C8D"/>
              <w:left w:val="single" w:sz="8" w:space="0" w:color="7F8C8D"/>
              <w:bottom w:val="single" w:sz="8" w:space="0" w:color="7F8C8D"/>
              <w:right w:val="single" w:sz="8" w:space="0" w:color="7F8C8D"/>
            </w:tcBorders>
            <w:vAlign w:val="center"/>
          </w:tcPr>
          <w:p w14:paraId="0C03A90D" w14:textId="77777777" w:rsidR="00465E6C" w:rsidRPr="00BF291F" w:rsidRDefault="00465E6C" w:rsidP="002C48FE">
            <w:pPr>
              <w:spacing w:after="0" w:line="252" w:lineRule="auto"/>
              <w:rPr>
                <w:szCs w:val="21"/>
              </w:rPr>
            </w:pPr>
          </w:p>
        </w:tc>
      </w:tr>
      <w:tr w:rsidR="00945779" w:rsidRPr="00FD447A" w14:paraId="47421CBB" w14:textId="77777777" w:rsidTr="002C48FE">
        <w:trPr>
          <w:trHeight w:val="652"/>
          <w:jc w:val="center"/>
        </w:trPr>
        <w:tc>
          <w:tcPr>
            <w:tcW w:w="2304" w:type="dxa"/>
            <w:tcBorders>
              <w:top w:val="single" w:sz="8" w:space="0" w:color="7F8C8D"/>
              <w:left w:val="single" w:sz="8" w:space="0" w:color="7F8C8D"/>
              <w:bottom w:val="single" w:sz="8" w:space="0" w:color="7F8C8D"/>
              <w:right w:val="single" w:sz="8" w:space="0" w:color="7F8C8D"/>
            </w:tcBorders>
            <w:vAlign w:val="center"/>
          </w:tcPr>
          <w:p w14:paraId="552E1B05" w14:textId="77777777" w:rsidR="00465E6C" w:rsidRPr="00BF291F" w:rsidRDefault="00465E6C" w:rsidP="002C48FE">
            <w:pPr>
              <w:spacing w:after="0" w:line="252" w:lineRule="auto"/>
              <w:rPr>
                <w:szCs w:val="21"/>
              </w:rPr>
            </w:pPr>
          </w:p>
        </w:tc>
        <w:tc>
          <w:tcPr>
            <w:tcW w:w="4896" w:type="dxa"/>
            <w:tcBorders>
              <w:top w:val="single" w:sz="8" w:space="0" w:color="7F8C8D"/>
              <w:left w:val="single" w:sz="8" w:space="0" w:color="7F8C8D"/>
              <w:bottom w:val="single" w:sz="8" w:space="0" w:color="7F8C8D"/>
              <w:right w:val="single" w:sz="8" w:space="0" w:color="7F8C8D"/>
            </w:tcBorders>
            <w:vAlign w:val="center"/>
          </w:tcPr>
          <w:p w14:paraId="64CF61D6" w14:textId="77777777" w:rsidR="00465E6C" w:rsidRPr="00BF291F" w:rsidRDefault="00465E6C" w:rsidP="002C48FE">
            <w:pPr>
              <w:spacing w:after="0" w:line="252" w:lineRule="auto"/>
              <w:rPr>
                <w:szCs w:val="21"/>
              </w:rPr>
            </w:pPr>
          </w:p>
        </w:tc>
        <w:tc>
          <w:tcPr>
            <w:tcW w:w="2448" w:type="dxa"/>
            <w:tcBorders>
              <w:top w:val="single" w:sz="8" w:space="0" w:color="7F8C8D"/>
              <w:left w:val="single" w:sz="8" w:space="0" w:color="7F8C8D"/>
              <w:bottom w:val="single" w:sz="8" w:space="0" w:color="7F8C8D"/>
              <w:right w:val="single" w:sz="8" w:space="0" w:color="7F8C8D"/>
            </w:tcBorders>
            <w:vAlign w:val="center"/>
          </w:tcPr>
          <w:p w14:paraId="02E9327A" w14:textId="77777777" w:rsidR="00465E6C" w:rsidRPr="00BF291F" w:rsidRDefault="00465E6C" w:rsidP="002C48FE">
            <w:pPr>
              <w:spacing w:after="0" w:line="252" w:lineRule="auto"/>
              <w:rPr>
                <w:szCs w:val="21"/>
              </w:rPr>
            </w:pPr>
          </w:p>
        </w:tc>
      </w:tr>
    </w:tbl>
    <w:p w14:paraId="4E55046E" w14:textId="77777777" w:rsidR="00465E6C" w:rsidRPr="00945779" w:rsidRDefault="00465E6C" w:rsidP="00465E6C">
      <w:pPr>
        <w:spacing w:after="0"/>
      </w:pPr>
      <w:r w:rsidRPr="00945779">
        <w:rPr>
          <w:rFonts w:ascii="Yu Gothic" w:eastAsia="Yu Gothic" w:hAnsi="Yu Gothic"/>
          <w:sz w:val="2"/>
        </w:rPr>
        <w:br w:type="page"/>
      </w:r>
    </w:p>
    <w:p w14:paraId="2E97E048" w14:textId="75960694" w:rsidR="00465E6C" w:rsidRPr="00945779" w:rsidRDefault="00465E6C" w:rsidP="00465E6C">
      <w:pPr>
        <w:keepNext/>
        <w:spacing w:before="140" w:after="80"/>
        <w:rPr>
          <w:lang w:eastAsia="ja-JP"/>
        </w:rPr>
      </w:pPr>
      <w:r w:rsidRPr="00945779">
        <w:rPr>
          <w:rFonts w:ascii="Yu Gothic" w:eastAsia="Yu Gothic" w:hAnsi="Yu Gothic"/>
          <w:b/>
          <w:sz w:val="24"/>
          <w:lang w:eastAsia="ja-JP"/>
        </w:rPr>
        <w:lastRenderedPageBreak/>
        <w:t>3－</w:t>
      </w:r>
      <w:r w:rsidR="009F34CD" w:rsidRPr="00945779">
        <w:rPr>
          <w:rFonts w:ascii="Yu Gothic" w:eastAsia="Yu Gothic" w:hAnsi="Yu Gothic" w:hint="eastAsia"/>
          <w:b/>
          <w:sz w:val="24"/>
          <w:lang w:eastAsia="ja-JP"/>
        </w:rPr>
        <w:t>８</w:t>
      </w:r>
      <w:r w:rsidRPr="00945779">
        <w:rPr>
          <w:rFonts w:ascii="Yu Gothic" w:eastAsia="Yu Gothic" w:hAnsi="Yu Gothic"/>
          <w:b/>
          <w:sz w:val="24"/>
          <w:lang w:eastAsia="ja-JP"/>
        </w:rPr>
        <w:t xml:space="preserve">　令和8年度に履行する範囲、成果物及び成果確認方法</w:t>
      </w:r>
    </w:p>
    <w:p w14:paraId="1383E85A" w14:textId="77777777" w:rsidR="00465E6C" w:rsidRPr="00FD447A" w:rsidRDefault="00465E6C" w:rsidP="00465E6C">
      <w:pPr>
        <w:spacing w:after="40" w:line="264" w:lineRule="auto"/>
        <w:ind w:left="113"/>
        <w:rPr>
          <w:sz w:val="20"/>
          <w:szCs w:val="20"/>
          <w:lang w:eastAsia="ja-JP"/>
        </w:rPr>
      </w:pPr>
      <w:r w:rsidRPr="00FD447A">
        <w:rPr>
          <w:rFonts w:ascii="Yu Gothic" w:eastAsia="Yu Gothic" w:hAnsi="Yu Gothic"/>
          <w:sz w:val="20"/>
          <w:szCs w:val="20"/>
          <w:lang w:eastAsia="ja-JP"/>
        </w:rPr>
        <w:t>※　複数年度計画全体から令和8年度分を明確に区分し、令和8年度中に契約、履行、支払及び成果確認が可能な範囲を記載してください。</w:t>
      </w:r>
    </w:p>
    <w:p w14:paraId="46756F08" w14:textId="77777777" w:rsidR="00465E6C" w:rsidRPr="00FD447A" w:rsidRDefault="00465E6C" w:rsidP="00465E6C">
      <w:pPr>
        <w:spacing w:after="40" w:line="264" w:lineRule="auto"/>
        <w:ind w:left="113"/>
        <w:rPr>
          <w:sz w:val="20"/>
          <w:szCs w:val="20"/>
          <w:lang w:eastAsia="ja-JP"/>
        </w:rPr>
      </w:pPr>
      <w:r w:rsidRPr="00FD447A">
        <w:rPr>
          <w:rFonts w:ascii="Yu Gothic" w:eastAsia="Yu Gothic" w:hAnsi="Yu Gothic"/>
          <w:sz w:val="20"/>
          <w:szCs w:val="20"/>
          <w:lang w:eastAsia="ja-JP"/>
        </w:rPr>
        <w:t>※　令和9年度以降の工程に係る前払金、予約金又は年度内に完了しない役務は補助対象外です。</w:t>
      </w:r>
    </w:p>
    <w:tbl>
      <w:tblPr>
        <w:tblW w:w="0" w:type="auto"/>
        <w:jc w:val="center"/>
        <w:tblLayout w:type="fixed"/>
        <w:tblLook w:val="04A0" w:firstRow="1" w:lastRow="0" w:firstColumn="1" w:lastColumn="0" w:noHBand="0" w:noVBand="1"/>
      </w:tblPr>
      <w:tblGrid>
        <w:gridCol w:w="2684"/>
        <w:gridCol w:w="1984"/>
        <w:gridCol w:w="1956"/>
        <w:gridCol w:w="1944"/>
        <w:gridCol w:w="1080"/>
      </w:tblGrid>
      <w:tr w:rsidR="00945779" w:rsidRPr="00FD447A" w14:paraId="55E7F1B3" w14:textId="77777777" w:rsidTr="00FD447A">
        <w:trPr>
          <w:trHeight w:val="482"/>
          <w:tblHeader/>
          <w:jc w:val="center"/>
        </w:trPr>
        <w:tc>
          <w:tcPr>
            <w:tcW w:w="268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22315170" w14:textId="77777777" w:rsidR="00465E6C" w:rsidRPr="00FD447A" w:rsidRDefault="00465E6C" w:rsidP="002C48FE">
            <w:pPr>
              <w:spacing w:after="0" w:line="252" w:lineRule="auto"/>
              <w:jc w:val="center"/>
              <w:rPr>
                <w:sz w:val="20"/>
                <w:szCs w:val="20"/>
                <w:lang w:eastAsia="ja-JP"/>
              </w:rPr>
            </w:pPr>
            <w:r w:rsidRPr="00FD447A">
              <w:rPr>
                <w:rFonts w:ascii="Yu Gothic" w:eastAsia="Yu Gothic" w:hAnsi="Yu Gothic"/>
                <w:b/>
                <w:sz w:val="20"/>
                <w:szCs w:val="20"/>
                <w:lang w:eastAsia="ja-JP"/>
              </w:rPr>
              <w:t>令和8年度の工程・作業</w:t>
            </w:r>
          </w:p>
        </w:tc>
        <w:tc>
          <w:tcPr>
            <w:tcW w:w="198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90DECC2"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具体的な成果物</w:t>
            </w:r>
            <w:proofErr w:type="spellEnd"/>
          </w:p>
        </w:tc>
        <w:tc>
          <w:tcPr>
            <w:tcW w:w="195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640BBBA"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完成・検収基準</w:t>
            </w:r>
            <w:proofErr w:type="spellEnd"/>
          </w:p>
        </w:tc>
        <w:tc>
          <w:tcPr>
            <w:tcW w:w="194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C6E7B99"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成果確認方法</w:t>
            </w:r>
            <w:proofErr w:type="spellEnd"/>
          </w:p>
        </w:tc>
        <w:tc>
          <w:tcPr>
            <w:tcW w:w="108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588A327"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年度内完了予定日</w:t>
            </w:r>
            <w:proofErr w:type="spellEnd"/>
          </w:p>
        </w:tc>
      </w:tr>
      <w:tr w:rsidR="00945779" w:rsidRPr="00FD447A" w14:paraId="683B7B5B" w14:textId="77777777" w:rsidTr="00FD447A">
        <w:trPr>
          <w:trHeight w:val="709"/>
          <w:jc w:val="center"/>
        </w:trPr>
        <w:tc>
          <w:tcPr>
            <w:tcW w:w="2684" w:type="dxa"/>
            <w:tcBorders>
              <w:top w:val="single" w:sz="8" w:space="0" w:color="7F8C8D"/>
              <w:left w:val="single" w:sz="8" w:space="0" w:color="7F8C8D"/>
              <w:bottom w:val="single" w:sz="8" w:space="0" w:color="7F8C8D"/>
              <w:right w:val="single" w:sz="8" w:space="0" w:color="7F8C8D"/>
            </w:tcBorders>
            <w:vAlign w:val="center"/>
          </w:tcPr>
          <w:p w14:paraId="3E303466" w14:textId="77777777" w:rsidR="00465E6C" w:rsidRPr="00BF291F" w:rsidRDefault="00465E6C" w:rsidP="002C48FE">
            <w:pPr>
              <w:spacing w:after="0" w:line="252" w:lineRule="auto"/>
              <w:rPr>
                <w:szCs w:val="21"/>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5A56F4C3" w14:textId="77777777" w:rsidR="00465E6C" w:rsidRPr="00BF291F" w:rsidRDefault="00465E6C" w:rsidP="002C48FE">
            <w:pPr>
              <w:spacing w:after="0" w:line="252" w:lineRule="auto"/>
              <w:rPr>
                <w:szCs w:val="21"/>
              </w:rPr>
            </w:pPr>
          </w:p>
        </w:tc>
        <w:tc>
          <w:tcPr>
            <w:tcW w:w="1956" w:type="dxa"/>
            <w:tcBorders>
              <w:top w:val="single" w:sz="8" w:space="0" w:color="7F8C8D"/>
              <w:left w:val="single" w:sz="8" w:space="0" w:color="7F8C8D"/>
              <w:bottom w:val="single" w:sz="8" w:space="0" w:color="7F8C8D"/>
              <w:right w:val="single" w:sz="8" w:space="0" w:color="7F8C8D"/>
            </w:tcBorders>
            <w:vAlign w:val="center"/>
          </w:tcPr>
          <w:p w14:paraId="54F8B029" w14:textId="77777777" w:rsidR="00465E6C" w:rsidRPr="00BF291F" w:rsidRDefault="00465E6C" w:rsidP="002C48FE">
            <w:pPr>
              <w:spacing w:after="0" w:line="252" w:lineRule="auto"/>
              <w:rPr>
                <w:szCs w:val="21"/>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638AEE22" w14:textId="77777777" w:rsidR="00465E6C" w:rsidRPr="00BF291F" w:rsidRDefault="00465E6C" w:rsidP="002C48FE">
            <w:pPr>
              <w:spacing w:after="0" w:line="252" w:lineRule="auto"/>
              <w:rPr>
                <w:szCs w:val="21"/>
              </w:rPr>
            </w:pPr>
          </w:p>
        </w:tc>
        <w:tc>
          <w:tcPr>
            <w:tcW w:w="1080" w:type="dxa"/>
            <w:tcBorders>
              <w:top w:val="single" w:sz="8" w:space="0" w:color="7F8C8D"/>
              <w:left w:val="single" w:sz="8" w:space="0" w:color="7F8C8D"/>
              <w:bottom w:val="single" w:sz="8" w:space="0" w:color="7F8C8D"/>
              <w:right w:val="single" w:sz="8" w:space="0" w:color="7F8C8D"/>
            </w:tcBorders>
            <w:vAlign w:val="center"/>
          </w:tcPr>
          <w:p w14:paraId="63DE7500" w14:textId="77777777" w:rsidR="00465E6C" w:rsidRPr="00BF291F" w:rsidRDefault="00465E6C" w:rsidP="002C48FE">
            <w:pPr>
              <w:spacing w:after="0" w:line="252" w:lineRule="auto"/>
              <w:rPr>
                <w:szCs w:val="21"/>
              </w:rPr>
            </w:pPr>
          </w:p>
        </w:tc>
      </w:tr>
      <w:tr w:rsidR="00945779" w:rsidRPr="00FD447A" w14:paraId="1EDB2E0F" w14:textId="77777777" w:rsidTr="00FD447A">
        <w:trPr>
          <w:trHeight w:val="709"/>
          <w:jc w:val="center"/>
        </w:trPr>
        <w:tc>
          <w:tcPr>
            <w:tcW w:w="2684" w:type="dxa"/>
            <w:tcBorders>
              <w:top w:val="single" w:sz="8" w:space="0" w:color="7F8C8D"/>
              <w:left w:val="single" w:sz="8" w:space="0" w:color="7F8C8D"/>
              <w:bottom w:val="single" w:sz="8" w:space="0" w:color="7F8C8D"/>
              <w:right w:val="single" w:sz="8" w:space="0" w:color="7F8C8D"/>
            </w:tcBorders>
            <w:vAlign w:val="center"/>
          </w:tcPr>
          <w:p w14:paraId="4CF843A6" w14:textId="77777777" w:rsidR="00465E6C" w:rsidRPr="00BF291F" w:rsidRDefault="00465E6C" w:rsidP="002C48FE">
            <w:pPr>
              <w:spacing w:after="0" w:line="252" w:lineRule="auto"/>
              <w:rPr>
                <w:szCs w:val="21"/>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6B481F3A" w14:textId="77777777" w:rsidR="00465E6C" w:rsidRPr="00BF291F" w:rsidRDefault="00465E6C" w:rsidP="002C48FE">
            <w:pPr>
              <w:spacing w:after="0" w:line="252" w:lineRule="auto"/>
              <w:rPr>
                <w:szCs w:val="21"/>
              </w:rPr>
            </w:pPr>
          </w:p>
        </w:tc>
        <w:tc>
          <w:tcPr>
            <w:tcW w:w="1956" w:type="dxa"/>
            <w:tcBorders>
              <w:top w:val="single" w:sz="8" w:space="0" w:color="7F8C8D"/>
              <w:left w:val="single" w:sz="8" w:space="0" w:color="7F8C8D"/>
              <w:bottom w:val="single" w:sz="8" w:space="0" w:color="7F8C8D"/>
              <w:right w:val="single" w:sz="8" w:space="0" w:color="7F8C8D"/>
            </w:tcBorders>
            <w:vAlign w:val="center"/>
          </w:tcPr>
          <w:p w14:paraId="48E2F1CD" w14:textId="77777777" w:rsidR="00465E6C" w:rsidRPr="00BF291F" w:rsidRDefault="00465E6C" w:rsidP="002C48FE">
            <w:pPr>
              <w:spacing w:after="0" w:line="252" w:lineRule="auto"/>
              <w:rPr>
                <w:szCs w:val="21"/>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45631785" w14:textId="77777777" w:rsidR="00465E6C" w:rsidRPr="00BF291F" w:rsidRDefault="00465E6C" w:rsidP="002C48FE">
            <w:pPr>
              <w:spacing w:after="0" w:line="252" w:lineRule="auto"/>
              <w:rPr>
                <w:szCs w:val="21"/>
              </w:rPr>
            </w:pPr>
          </w:p>
        </w:tc>
        <w:tc>
          <w:tcPr>
            <w:tcW w:w="1080" w:type="dxa"/>
            <w:tcBorders>
              <w:top w:val="single" w:sz="8" w:space="0" w:color="7F8C8D"/>
              <w:left w:val="single" w:sz="8" w:space="0" w:color="7F8C8D"/>
              <w:bottom w:val="single" w:sz="8" w:space="0" w:color="7F8C8D"/>
              <w:right w:val="single" w:sz="8" w:space="0" w:color="7F8C8D"/>
            </w:tcBorders>
            <w:vAlign w:val="center"/>
          </w:tcPr>
          <w:p w14:paraId="058A1F30" w14:textId="77777777" w:rsidR="00465E6C" w:rsidRPr="00BF291F" w:rsidRDefault="00465E6C" w:rsidP="002C48FE">
            <w:pPr>
              <w:spacing w:after="0" w:line="252" w:lineRule="auto"/>
              <w:rPr>
                <w:szCs w:val="21"/>
              </w:rPr>
            </w:pPr>
          </w:p>
        </w:tc>
      </w:tr>
      <w:tr w:rsidR="00945779" w:rsidRPr="00FD447A" w14:paraId="60DF9AC3" w14:textId="77777777" w:rsidTr="00FD447A">
        <w:trPr>
          <w:trHeight w:val="709"/>
          <w:jc w:val="center"/>
        </w:trPr>
        <w:tc>
          <w:tcPr>
            <w:tcW w:w="2684" w:type="dxa"/>
            <w:tcBorders>
              <w:top w:val="single" w:sz="8" w:space="0" w:color="7F8C8D"/>
              <w:left w:val="single" w:sz="8" w:space="0" w:color="7F8C8D"/>
              <w:bottom w:val="single" w:sz="8" w:space="0" w:color="7F8C8D"/>
              <w:right w:val="single" w:sz="8" w:space="0" w:color="7F8C8D"/>
            </w:tcBorders>
            <w:vAlign w:val="center"/>
          </w:tcPr>
          <w:p w14:paraId="5982C313" w14:textId="77777777" w:rsidR="00465E6C" w:rsidRPr="00BF291F" w:rsidRDefault="00465E6C" w:rsidP="002C48FE">
            <w:pPr>
              <w:spacing w:after="0" w:line="252" w:lineRule="auto"/>
              <w:rPr>
                <w:szCs w:val="21"/>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088290A3" w14:textId="77777777" w:rsidR="00465E6C" w:rsidRPr="00BF291F" w:rsidRDefault="00465E6C" w:rsidP="002C48FE">
            <w:pPr>
              <w:spacing w:after="0" w:line="252" w:lineRule="auto"/>
              <w:rPr>
                <w:szCs w:val="21"/>
              </w:rPr>
            </w:pPr>
          </w:p>
        </w:tc>
        <w:tc>
          <w:tcPr>
            <w:tcW w:w="1956" w:type="dxa"/>
            <w:tcBorders>
              <w:top w:val="single" w:sz="8" w:space="0" w:color="7F8C8D"/>
              <w:left w:val="single" w:sz="8" w:space="0" w:color="7F8C8D"/>
              <w:bottom w:val="single" w:sz="8" w:space="0" w:color="7F8C8D"/>
              <w:right w:val="single" w:sz="8" w:space="0" w:color="7F8C8D"/>
            </w:tcBorders>
            <w:vAlign w:val="center"/>
          </w:tcPr>
          <w:p w14:paraId="13F383CD" w14:textId="77777777" w:rsidR="00465E6C" w:rsidRPr="00BF291F" w:rsidRDefault="00465E6C" w:rsidP="002C48FE">
            <w:pPr>
              <w:spacing w:after="0" w:line="252" w:lineRule="auto"/>
              <w:rPr>
                <w:szCs w:val="21"/>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00140700" w14:textId="77777777" w:rsidR="00465E6C" w:rsidRPr="00BF291F" w:rsidRDefault="00465E6C" w:rsidP="002C48FE">
            <w:pPr>
              <w:spacing w:after="0" w:line="252" w:lineRule="auto"/>
              <w:rPr>
                <w:szCs w:val="21"/>
              </w:rPr>
            </w:pPr>
          </w:p>
        </w:tc>
        <w:tc>
          <w:tcPr>
            <w:tcW w:w="1080" w:type="dxa"/>
            <w:tcBorders>
              <w:top w:val="single" w:sz="8" w:space="0" w:color="7F8C8D"/>
              <w:left w:val="single" w:sz="8" w:space="0" w:color="7F8C8D"/>
              <w:bottom w:val="single" w:sz="8" w:space="0" w:color="7F8C8D"/>
              <w:right w:val="single" w:sz="8" w:space="0" w:color="7F8C8D"/>
            </w:tcBorders>
            <w:vAlign w:val="center"/>
          </w:tcPr>
          <w:p w14:paraId="1B5D2EF8" w14:textId="77777777" w:rsidR="00465E6C" w:rsidRPr="00BF291F" w:rsidRDefault="00465E6C" w:rsidP="002C48FE">
            <w:pPr>
              <w:spacing w:after="0" w:line="252" w:lineRule="auto"/>
              <w:rPr>
                <w:szCs w:val="21"/>
              </w:rPr>
            </w:pPr>
          </w:p>
        </w:tc>
      </w:tr>
      <w:tr w:rsidR="00945779" w:rsidRPr="00FD447A" w14:paraId="70311882" w14:textId="77777777" w:rsidTr="00FD447A">
        <w:trPr>
          <w:trHeight w:val="709"/>
          <w:jc w:val="center"/>
        </w:trPr>
        <w:tc>
          <w:tcPr>
            <w:tcW w:w="2684" w:type="dxa"/>
            <w:tcBorders>
              <w:top w:val="single" w:sz="8" w:space="0" w:color="7F8C8D"/>
              <w:left w:val="single" w:sz="8" w:space="0" w:color="7F8C8D"/>
              <w:bottom w:val="single" w:sz="8" w:space="0" w:color="7F8C8D"/>
              <w:right w:val="single" w:sz="8" w:space="0" w:color="7F8C8D"/>
            </w:tcBorders>
            <w:vAlign w:val="center"/>
          </w:tcPr>
          <w:p w14:paraId="7D411AEE" w14:textId="77777777" w:rsidR="00465E6C" w:rsidRPr="00BF291F" w:rsidRDefault="00465E6C" w:rsidP="002C48FE">
            <w:pPr>
              <w:spacing w:after="0" w:line="252" w:lineRule="auto"/>
              <w:rPr>
                <w:szCs w:val="21"/>
              </w:rPr>
            </w:pPr>
          </w:p>
        </w:tc>
        <w:tc>
          <w:tcPr>
            <w:tcW w:w="1984" w:type="dxa"/>
            <w:tcBorders>
              <w:top w:val="single" w:sz="8" w:space="0" w:color="7F8C8D"/>
              <w:left w:val="single" w:sz="8" w:space="0" w:color="7F8C8D"/>
              <w:bottom w:val="single" w:sz="8" w:space="0" w:color="7F8C8D"/>
              <w:right w:val="single" w:sz="8" w:space="0" w:color="7F8C8D"/>
            </w:tcBorders>
            <w:vAlign w:val="center"/>
          </w:tcPr>
          <w:p w14:paraId="45B31279" w14:textId="77777777" w:rsidR="00465E6C" w:rsidRPr="00BF291F" w:rsidRDefault="00465E6C" w:rsidP="002C48FE">
            <w:pPr>
              <w:spacing w:after="0" w:line="252" w:lineRule="auto"/>
              <w:rPr>
                <w:szCs w:val="21"/>
              </w:rPr>
            </w:pPr>
          </w:p>
        </w:tc>
        <w:tc>
          <w:tcPr>
            <w:tcW w:w="1956" w:type="dxa"/>
            <w:tcBorders>
              <w:top w:val="single" w:sz="8" w:space="0" w:color="7F8C8D"/>
              <w:left w:val="single" w:sz="8" w:space="0" w:color="7F8C8D"/>
              <w:bottom w:val="single" w:sz="8" w:space="0" w:color="7F8C8D"/>
              <w:right w:val="single" w:sz="8" w:space="0" w:color="7F8C8D"/>
            </w:tcBorders>
            <w:vAlign w:val="center"/>
          </w:tcPr>
          <w:p w14:paraId="01D88919" w14:textId="77777777" w:rsidR="00465E6C" w:rsidRPr="00BF291F" w:rsidRDefault="00465E6C" w:rsidP="002C48FE">
            <w:pPr>
              <w:spacing w:after="0" w:line="252" w:lineRule="auto"/>
              <w:rPr>
                <w:szCs w:val="21"/>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6B102F17" w14:textId="77777777" w:rsidR="00465E6C" w:rsidRPr="00BF291F" w:rsidRDefault="00465E6C" w:rsidP="002C48FE">
            <w:pPr>
              <w:spacing w:after="0" w:line="252" w:lineRule="auto"/>
              <w:rPr>
                <w:szCs w:val="21"/>
              </w:rPr>
            </w:pPr>
          </w:p>
        </w:tc>
        <w:tc>
          <w:tcPr>
            <w:tcW w:w="1080" w:type="dxa"/>
            <w:tcBorders>
              <w:top w:val="single" w:sz="8" w:space="0" w:color="7F8C8D"/>
              <w:left w:val="single" w:sz="8" w:space="0" w:color="7F8C8D"/>
              <w:bottom w:val="single" w:sz="8" w:space="0" w:color="7F8C8D"/>
              <w:right w:val="single" w:sz="8" w:space="0" w:color="7F8C8D"/>
            </w:tcBorders>
            <w:vAlign w:val="center"/>
          </w:tcPr>
          <w:p w14:paraId="66EB693C" w14:textId="77777777" w:rsidR="00465E6C" w:rsidRPr="00BF291F" w:rsidRDefault="00465E6C" w:rsidP="002C48FE">
            <w:pPr>
              <w:spacing w:after="0" w:line="252" w:lineRule="auto"/>
              <w:rPr>
                <w:szCs w:val="21"/>
              </w:rPr>
            </w:pPr>
          </w:p>
        </w:tc>
      </w:tr>
    </w:tbl>
    <w:p w14:paraId="26861AC8" w14:textId="65F796D0" w:rsidR="00465E6C" w:rsidRPr="00945779" w:rsidRDefault="00465E6C" w:rsidP="00465E6C">
      <w:pPr>
        <w:keepNext/>
        <w:spacing w:before="140" w:after="80"/>
        <w:rPr>
          <w:lang w:eastAsia="ja-JP"/>
        </w:rPr>
      </w:pPr>
      <w:r w:rsidRPr="00945779">
        <w:rPr>
          <w:rFonts w:ascii="Yu Gothic" w:eastAsia="Yu Gothic" w:hAnsi="Yu Gothic"/>
          <w:b/>
          <w:sz w:val="24"/>
          <w:lang w:eastAsia="ja-JP"/>
        </w:rPr>
        <w:t>3－</w:t>
      </w:r>
      <w:r w:rsidR="009F34CD" w:rsidRPr="00945779">
        <w:rPr>
          <w:rFonts w:ascii="Yu Gothic" w:eastAsia="Yu Gothic" w:hAnsi="Yu Gothic" w:hint="eastAsia"/>
          <w:b/>
          <w:sz w:val="24"/>
          <w:lang w:eastAsia="ja-JP"/>
        </w:rPr>
        <w:t>９</w:t>
      </w:r>
      <w:r w:rsidRPr="00945779">
        <w:rPr>
          <w:rFonts w:ascii="Yu Gothic" w:eastAsia="Yu Gothic" w:hAnsi="Yu Gothic"/>
          <w:b/>
          <w:sz w:val="24"/>
          <w:lang w:eastAsia="ja-JP"/>
        </w:rPr>
        <w:t xml:space="preserve">　事業スケジュール</w:t>
      </w:r>
    </w:p>
    <w:p w14:paraId="01BE1F56" w14:textId="77777777" w:rsidR="00465E6C" w:rsidRPr="00945779" w:rsidRDefault="00465E6C" w:rsidP="00465E6C">
      <w:pPr>
        <w:spacing w:after="40" w:line="264" w:lineRule="auto"/>
        <w:ind w:left="113"/>
        <w:rPr>
          <w:lang w:eastAsia="ja-JP"/>
        </w:rPr>
      </w:pPr>
      <w:r w:rsidRPr="00945779">
        <w:rPr>
          <w:rFonts w:ascii="Yu Gothic" w:eastAsia="Yu Gothic" w:hAnsi="Yu Gothic"/>
          <w:sz w:val="18"/>
          <w:lang w:eastAsia="ja-JP"/>
        </w:rPr>
        <w:t>※　採択日から令和9年3月31日までの範囲で、取組内容ごとにガントチャート等により実施時期が把握できるよう記載してください。</w:t>
      </w:r>
    </w:p>
    <w:tbl>
      <w:tblPr>
        <w:tblW w:w="0" w:type="auto"/>
        <w:jc w:val="center"/>
        <w:tblLayout w:type="fixed"/>
        <w:tblLook w:val="04A0" w:firstRow="1" w:lastRow="0" w:firstColumn="1" w:lastColumn="0" w:noHBand="0" w:noVBand="1"/>
      </w:tblPr>
      <w:tblGrid>
        <w:gridCol w:w="2232"/>
        <w:gridCol w:w="821"/>
        <w:gridCol w:w="821"/>
        <w:gridCol w:w="821"/>
        <w:gridCol w:w="821"/>
        <w:gridCol w:w="821"/>
        <w:gridCol w:w="821"/>
        <w:gridCol w:w="821"/>
        <w:gridCol w:w="821"/>
        <w:gridCol w:w="821"/>
      </w:tblGrid>
      <w:tr w:rsidR="00945779" w:rsidRPr="00945779" w14:paraId="4E3B578D" w14:textId="77777777" w:rsidTr="002C48FE">
        <w:trPr>
          <w:trHeight w:val="408"/>
          <w:tblHeader/>
          <w:jc w:val="center"/>
        </w:trPr>
        <w:tc>
          <w:tcPr>
            <w:tcW w:w="223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5C4CDF4"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取組内容</w:t>
            </w:r>
            <w:proofErr w:type="spellEnd"/>
          </w:p>
        </w:tc>
        <w:tc>
          <w:tcPr>
            <w:tcW w:w="82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A1DEDD3"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採択後</w:t>
            </w:r>
            <w:proofErr w:type="spellEnd"/>
          </w:p>
        </w:tc>
        <w:tc>
          <w:tcPr>
            <w:tcW w:w="82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9397C84" w14:textId="77777777" w:rsidR="00465E6C" w:rsidRPr="00FD447A" w:rsidRDefault="00465E6C" w:rsidP="002C48FE">
            <w:pPr>
              <w:spacing w:after="0" w:line="252" w:lineRule="auto"/>
              <w:jc w:val="center"/>
              <w:rPr>
                <w:sz w:val="20"/>
                <w:szCs w:val="20"/>
              </w:rPr>
            </w:pPr>
            <w:r w:rsidRPr="00FD447A">
              <w:rPr>
                <w:rFonts w:ascii="Yu Gothic" w:eastAsia="Yu Gothic" w:hAnsi="Yu Gothic"/>
                <w:b/>
                <w:sz w:val="20"/>
                <w:szCs w:val="20"/>
              </w:rPr>
              <w:t>8月</w:t>
            </w:r>
          </w:p>
        </w:tc>
        <w:tc>
          <w:tcPr>
            <w:tcW w:w="82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D6A84A7" w14:textId="77777777" w:rsidR="00465E6C" w:rsidRPr="00FD447A" w:rsidRDefault="00465E6C" w:rsidP="002C48FE">
            <w:pPr>
              <w:spacing w:after="0" w:line="252" w:lineRule="auto"/>
              <w:jc w:val="center"/>
              <w:rPr>
                <w:sz w:val="20"/>
                <w:szCs w:val="20"/>
              </w:rPr>
            </w:pPr>
            <w:r w:rsidRPr="00FD447A">
              <w:rPr>
                <w:rFonts w:ascii="Yu Gothic" w:eastAsia="Yu Gothic" w:hAnsi="Yu Gothic"/>
                <w:b/>
                <w:sz w:val="20"/>
                <w:szCs w:val="20"/>
              </w:rPr>
              <w:t>9月</w:t>
            </w:r>
          </w:p>
        </w:tc>
        <w:tc>
          <w:tcPr>
            <w:tcW w:w="82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A6FFD6A" w14:textId="77777777" w:rsidR="00465E6C" w:rsidRPr="00FD447A" w:rsidRDefault="00465E6C" w:rsidP="002C48FE">
            <w:pPr>
              <w:spacing w:after="0" w:line="252" w:lineRule="auto"/>
              <w:jc w:val="center"/>
              <w:rPr>
                <w:sz w:val="20"/>
                <w:szCs w:val="20"/>
              </w:rPr>
            </w:pPr>
            <w:r w:rsidRPr="00FD447A">
              <w:rPr>
                <w:rFonts w:ascii="Yu Gothic" w:eastAsia="Yu Gothic" w:hAnsi="Yu Gothic"/>
                <w:b/>
                <w:sz w:val="20"/>
                <w:szCs w:val="20"/>
              </w:rPr>
              <w:t>10月</w:t>
            </w:r>
          </w:p>
        </w:tc>
        <w:tc>
          <w:tcPr>
            <w:tcW w:w="82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559CA5D" w14:textId="77777777" w:rsidR="00465E6C" w:rsidRPr="00FD447A" w:rsidRDefault="00465E6C" w:rsidP="002C48FE">
            <w:pPr>
              <w:spacing w:after="0" w:line="252" w:lineRule="auto"/>
              <w:jc w:val="center"/>
              <w:rPr>
                <w:sz w:val="20"/>
                <w:szCs w:val="20"/>
              </w:rPr>
            </w:pPr>
            <w:r w:rsidRPr="00FD447A">
              <w:rPr>
                <w:rFonts w:ascii="Yu Gothic" w:eastAsia="Yu Gothic" w:hAnsi="Yu Gothic"/>
                <w:b/>
                <w:sz w:val="20"/>
                <w:szCs w:val="20"/>
              </w:rPr>
              <w:t>11月</w:t>
            </w:r>
          </w:p>
        </w:tc>
        <w:tc>
          <w:tcPr>
            <w:tcW w:w="82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0B51931" w14:textId="77777777" w:rsidR="00465E6C" w:rsidRPr="00FD447A" w:rsidRDefault="00465E6C" w:rsidP="002C48FE">
            <w:pPr>
              <w:spacing w:after="0" w:line="252" w:lineRule="auto"/>
              <w:jc w:val="center"/>
              <w:rPr>
                <w:sz w:val="20"/>
                <w:szCs w:val="20"/>
              </w:rPr>
            </w:pPr>
            <w:r w:rsidRPr="00FD447A">
              <w:rPr>
                <w:rFonts w:ascii="Yu Gothic" w:eastAsia="Yu Gothic" w:hAnsi="Yu Gothic"/>
                <w:b/>
                <w:sz w:val="20"/>
                <w:szCs w:val="20"/>
              </w:rPr>
              <w:t>12月</w:t>
            </w:r>
          </w:p>
        </w:tc>
        <w:tc>
          <w:tcPr>
            <w:tcW w:w="82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E944A9C" w14:textId="77777777" w:rsidR="00465E6C" w:rsidRPr="00FD447A" w:rsidRDefault="00465E6C" w:rsidP="002C48FE">
            <w:pPr>
              <w:spacing w:after="0" w:line="252" w:lineRule="auto"/>
              <w:jc w:val="center"/>
              <w:rPr>
                <w:sz w:val="20"/>
                <w:szCs w:val="20"/>
              </w:rPr>
            </w:pPr>
            <w:r w:rsidRPr="00FD447A">
              <w:rPr>
                <w:rFonts w:ascii="Yu Gothic" w:eastAsia="Yu Gothic" w:hAnsi="Yu Gothic"/>
                <w:b/>
                <w:sz w:val="20"/>
                <w:szCs w:val="20"/>
              </w:rPr>
              <w:t>1月</w:t>
            </w:r>
          </w:p>
        </w:tc>
        <w:tc>
          <w:tcPr>
            <w:tcW w:w="82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29FF2C66" w14:textId="77777777" w:rsidR="00465E6C" w:rsidRPr="00FD447A" w:rsidRDefault="00465E6C" w:rsidP="002C48FE">
            <w:pPr>
              <w:spacing w:after="0" w:line="252" w:lineRule="auto"/>
              <w:jc w:val="center"/>
              <w:rPr>
                <w:sz w:val="20"/>
                <w:szCs w:val="20"/>
              </w:rPr>
            </w:pPr>
            <w:r w:rsidRPr="00FD447A">
              <w:rPr>
                <w:rFonts w:ascii="Yu Gothic" w:eastAsia="Yu Gothic" w:hAnsi="Yu Gothic"/>
                <w:b/>
                <w:sz w:val="20"/>
                <w:szCs w:val="20"/>
              </w:rPr>
              <w:t>2月</w:t>
            </w:r>
          </w:p>
        </w:tc>
        <w:tc>
          <w:tcPr>
            <w:tcW w:w="82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3D5703D8" w14:textId="77777777" w:rsidR="00465E6C" w:rsidRPr="00FD447A" w:rsidRDefault="00465E6C" w:rsidP="002C48FE">
            <w:pPr>
              <w:spacing w:after="0" w:line="252" w:lineRule="auto"/>
              <w:jc w:val="center"/>
              <w:rPr>
                <w:sz w:val="20"/>
                <w:szCs w:val="20"/>
              </w:rPr>
            </w:pPr>
            <w:r w:rsidRPr="00FD447A">
              <w:rPr>
                <w:rFonts w:ascii="Yu Gothic" w:eastAsia="Yu Gothic" w:hAnsi="Yu Gothic"/>
                <w:b/>
                <w:sz w:val="20"/>
                <w:szCs w:val="20"/>
              </w:rPr>
              <w:t>3月</w:t>
            </w:r>
          </w:p>
        </w:tc>
      </w:tr>
      <w:tr w:rsidR="00945779" w:rsidRPr="00945779" w14:paraId="0CBE7F0A" w14:textId="77777777" w:rsidTr="002C48FE">
        <w:trPr>
          <w:trHeight w:val="454"/>
          <w:jc w:val="center"/>
        </w:trPr>
        <w:tc>
          <w:tcPr>
            <w:tcW w:w="2232" w:type="dxa"/>
            <w:tcBorders>
              <w:top w:val="single" w:sz="8" w:space="0" w:color="7F8C8D"/>
              <w:left w:val="single" w:sz="8" w:space="0" w:color="7F8C8D"/>
              <w:bottom w:val="single" w:sz="8" w:space="0" w:color="7F8C8D"/>
              <w:right w:val="single" w:sz="8" w:space="0" w:color="7F8C8D"/>
            </w:tcBorders>
            <w:vAlign w:val="center"/>
          </w:tcPr>
          <w:p w14:paraId="559A8D25"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2525A4E0"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3032F673"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2E2561C9"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6B2524D9"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0B0387F4"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21835D81"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47A6EABD"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69883C6F"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2A835E1E" w14:textId="77777777" w:rsidR="00465E6C" w:rsidRPr="00BF291F" w:rsidRDefault="00465E6C" w:rsidP="002C48FE">
            <w:pPr>
              <w:spacing w:after="0" w:line="252" w:lineRule="auto"/>
              <w:rPr>
                <w:szCs w:val="21"/>
              </w:rPr>
            </w:pPr>
          </w:p>
        </w:tc>
      </w:tr>
      <w:tr w:rsidR="00945779" w:rsidRPr="00945779" w14:paraId="3084F704" w14:textId="77777777" w:rsidTr="002C48FE">
        <w:trPr>
          <w:trHeight w:val="454"/>
          <w:jc w:val="center"/>
        </w:trPr>
        <w:tc>
          <w:tcPr>
            <w:tcW w:w="2232" w:type="dxa"/>
            <w:tcBorders>
              <w:top w:val="single" w:sz="8" w:space="0" w:color="7F8C8D"/>
              <w:left w:val="single" w:sz="8" w:space="0" w:color="7F8C8D"/>
              <w:bottom w:val="single" w:sz="8" w:space="0" w:color="7F8C8D"/>
              <w:right w:val="single" w:sz="8" w:space="0" w:color="7F8C8D"/>
            </w:tcBorders>
            <w:vAlign w:val="center"/>
          </w:tcPr>
          <w:p w14:paraId="031C69D2"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74143FD4"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47E19E1B"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357B468E"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554E79C5"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3EA25FA5"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763C180D"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7A73A620"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41B9201F"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761220E5" w14:textId="77777777" w:rsidR="00465E6C" w:rsidRPr="00BF291F" w:rsidRDefault="00465E6C" w:rsidP="002C48FE">
            <w:pPr>
              <w:spacing w:after="0" w:line="252" w:lineRule="auto"/>
              <w:rPr>
                <w:szCs w:val="21"/>
              </w:rPr>
            </w:pPr>
          </w:p>
        </w:tc>
      </w:tr>
      <w:tr w:rsidR="00945779" w:rsidRPr="00945779" w14:paraId="26D9A347" w14:textId="77777777" w:rsidTr="002C48FE">
        <w:trPr>
          <w:trHeight w:val="454"/>
          <w:jc w:val="center"/>
        </w:trPr>
        <w:tc>
          <w:tcPr>
            <w:tcW w:w="2232" w:type="dxa"/>
            <w:tcBorders>
              <w:top w:val="single" w:sz="8" w:space="0" w:color="7F8C8D"/>
              <w:left w:val="single" w:sz="8" w:space="0" w:color="7F8C8D"/>
              <w:bottom w:val="single" w:sz="8" w:space="0" w:color="7F8C8D"/>
              <w:right w:val="single" w:sz="8" w:space="0" w:color="7F8C8D"/>
            </w:tcBorders>
            <w:vAlign w:val="center"/>
          </w:tcPr>
          <w:p w14:paraId="780517D0"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766F6BB6"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2B842DB7"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08DA7E0E"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412297E2"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672986CD"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3F254E2C"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1534D6D0"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2721A176"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503BF2AC" w14:textId="77777777" w:rsidR="00465E6C" w:rsidRPr="00BF291F" w:rsidRDefault="00465E6C" w:rsidP="002C48FE">
            <w:pPr>
              <w:spacing w:after="0" w:line="252" w:lineRule="auto"/>
              <w:rPr>
                <w:szCs w:val="21"/>
              </w:rPr>
            </w:pPr>
          </w:p>
        </w:tc>
      </w:tr>
      <w:tr w:rsidR="00945779" w:rsidRPr="00945779" w14:paraId="3576D100" w14:textId="77777777" w:rsidTr="002C48FE">
        <w:trPr>
          <w:trHeight w:val="454"/>
          <w:jc w:val="center"/>
        </w:trPr>
        <w:tc>
          <w:tcPr>
            <w:tcW w:w="2232" w:type="dxa"/>
            <w:tcBorders>
              <w:top w:val="single" w:sz="8" w:space="0" w:color="7F8C8D"/>
              <w:left w:val="single" w:sz="8" w:space="0" w:color="7F8C8D"/>
              <w:bottom w:val="single" w:sz="8" w:space="0" w:color="7F8C8D"/>
              <w:right w:val="single" w:sz="8" w:space="0" w:color="7F8C8D"/>
            </w:tcBorders>
            <w:vAlign w:val="center"/>
          </w:tcPr>
          <w:p w14:paraId="065998C3"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36462CA2"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3D2B1ABE"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39ADC756"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5AC4FFB0"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5291EDC9"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435C129C"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3E42B54D"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20322184"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3E3C96ED" w14:textId="77777777" w:rsidR="00465E6C" w:rsidRPr="00BF291F" w:rsidRDefault="00465E6C" w:rsidP="002C48FE">
            <w:pPr>
              <w:spacing w:after="0" w:line="252" w:lineRule="auto"/>
              <w:rPr>
                <w:szCs w:val="21"/>
              </w:rPr>
            </w:pPr>
          </w:p>
        </w:tc>
      </w:tr>
      <w:tr w:rsidR="00945779" w:rsidRPr="00945779" w14:paraId="4ADEE690" w14:textId="77777777" w:rsidTr="002C48FE">
        <w:trPr>
          <w:trHeight w:val="454"/>
          <w:jc w:val="center"/>
        </w:trPr>
        <w:tc>
          <w:tcPr>
            <w:tcW w:w="2232" w:type="dxa"/>
            <w:tcBorders>
              <w:top w:val="single" w:sz="8" w:space="0" w:color="7F8C8D"/>
              <w:left w:val="single" w:sz="8" w:space="0" w:color="7F8C8D"/>
              <w:bottom w:val="single" w:sz="8" w:space="0" w:color="7F8C8D"/>
              <w:right w:val="single" w:sz="8" w:space="0" w:color="7F8C8D"/>
            </w:tcBorders>
            <w:vAlign w:val="center"/>
          </w:tcPr>
          <w:p w14:paraId="2A3CAABE"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746F0846"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629D49AF"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472099E9"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48BD6998"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2588BFEA"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0A3749BB"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0614369F"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50802144" w14:textId="77777777" w:rsidR="00465E6C" w:rsidRPr="00BF291F" w:rsidRDefault="00465E6C" w:rsidP="002C48FE">
            <w:pPr>
              <w:spacing w:after="0" w:line="252" w:lineRule="auto"/>
              <w:rPr>
                <w:szCs w:val="21"/>
              </w:rPr>
            </w:pPr>
          </w:p>
        </w:tc>
        <w:tc>
          <w:tcPr>
            <w:tcW w:w="821" w:type="dxa"/>
            <w:tcBorders>
              <w:top w:val="single" w:sz="8" w:space="0" w:color="7F8C8D"/>
              <w:left w:val="single" w:sz="8" w:space="0" w:color="7F8C8D"/>
              <w:bottom w:val="single" w:sz="8" w:space="0" w:color="7F8C8D"/>
              <w:right w:val="single" w:sz="8" w:space="0" w:color="7F8C8D"/>
            </w:tcBorders>
            <w:vAlign w:val="center"/>
          </w:tcPr>
          <w:p w14:paraId="5E890DAF" w14:textId="77777777" w:rsidR="00465E6C" w:rsidRPr="00BF291F" w:rsidRDefault="00465E6C" w:rsidP="002C48FE">
            <w:pPr>
              <w:spacing w:after="0" w:line="252" w:lineRule="auto"/>
              <w:rPr>
                <w:szCs w:val="21"/>
              </w:rPr>
            </w:pPr>
          </w:p>
        </w:tc>
      </w:tr>
    </w:tbl>
    <w:p w14:paraId="6440030B" w14:textId="77777777" w:rsidR="00465E6C" w:rsidRPr="00945779" w:rsidRDefault="00465E6C" w:rsidP="00465E6C">
      <w:pPr>
        <w:spacing w:after="0"/>
      </w:pPr>
      <w:r w:rsidRPr="00945779">
        <w:rPr>
          <w:rFonts w:ascii="Yu Gothic" w:eastAsia="Yu Gothic" w:hAnsi="Yu Gothic"/>
          <w:sz w:val="2"/>
        </w:rPr>
        <w:br w:type="page"/>
      </w:r>
    </w:p>
    <w:p w14:paraId="06C1A9F2" w14:textId="7E53DCB1" w:rsidR="00465E6C" w:rsidRPr="00945779" w:rsidRDefault="00465E6C" w:rsidP="00465E6C">
      <w:pPr>
        <w:keepNext/>
        <w:spacing w:before="140" w:after="80"/>
      </w:pPr>
      <w:r w:rsidRPr="00945779">
        <w:rPr>
          <w:rFonts w:ascii="Yu Gothic" w:eastAsia="Yu Gothic" w:hAnsi="Yu Gothic"/>
          <w:b/>
          <w:sz w:val="24"/>
        </w:rPr>
        <w:lastRenderedPageBreak/>
        <w:t>3－</w:t>
      </w:r>
      <w:r w:rsidR="009F34CD" w:rsidRPr="00945779">
        <w:rPr>
          <w:rFonts w:ascii="Yu Gothic" w:eastAsia="Yu Gothic" w:hAnsi="Yu Gothic" w:hint="eastAsia"/>
          <w:b/>
          <w:sz w:val="24"/>
          <w:lang w:eastAsia="ja-JP"/>
        </w:rPr>
        <w:t>10</w:t>
      </w:r>
      <w:r w:rsidRPr="00945779">
        <w:rPr>
          <w:rFonts w:ascii="Yu Gothic" w:eastAsia="Yu Gothic" w:hAnsi="Yu Gothic"/>
          <w:b/>
          <w:sz w:val="24"/>
        </w:rPr>
        <w:t xml:space="preserve">　</w:t>
      </w:r>
      <w:proofErr w:type="spellStart"/>
      <w:r w:rsidRPr="00945779">
        <w:rPr>
          <w:rFonts w:ascii="Yu Gothic" w:eastAsia="Yu Gothic" w:hAnsi="Yu Gothic"/>
          <w:b/>
          <w:sz w:val="24"/>
        </w:rPr>
        <w:t>実施体制</w:t>
      </w:r>
      <w:proofErr w:type="spellEnd"/>
    </w:p>
    <w:p w14:paraId="4EA1606F" w14:textId="77777777" w:rsidR="00465E6C" w:rsidRPr="00FD447A" w:rsidRDefault="00465E6C" w:rsidP="00465E6C">
      <w:pPr>
        <w:spacing w:after="40" w:line="264" w:lineRule="auto"/>
        <w:ind w:left="113"/>
        <w:rPr>
          <w:sz w:val="20"/>
          <w:szCs w:val="20"/>
          <w:lang w:eastAsia="ja-JP"/>
        </w:rPr>
      </w:pPr>
      <w:r w:rsidRPr="00FD447A">
        <w:rPr>
          <w:rFonts w:ascii="Yu Gothic" w:eastAsia="Yu Gothic" w:hAnsi="Yu Gothic"/>
          <w:sz w:val="20"/>
          <w:szCs w:val="20"/>
          <w:lang w:eastAsia="ja-JP"/>
        </w:rPr>
        <w:t>※　事業責任者、担当者、外部委託先、連携先等について、役割分担、知見、意思決定及び進捗管理の体制が分かるよう記載してください。</w:t>
      </w:r>
    </w:p>
    <w:tbl>
      <w:tblPr>
        <w:tblW w:w="0" w:type="auto"/>
        <w:jc w:val="center"/>
        <w:tblLayout w:type="fixed"/>
        <w:tblLook w:val="04A0" w:firstRow="1" w:lastRow="0" w:firstColumn="1" w:lastColumn="0" w:noHBand="0" w:noVBand="1"/>
      </w:tblPr>
      <w:tblGrid>
        <w:gridCol w:w="2088"/>
        <w:gridCol w:w="2232"/>
        <w:gridCol w:w="2952"/>
        <w:gridCol w:w="2376"/>
      </w:tblGrid>
      <w:tr w:rsidR="00945779" w:rsidRPr="00FD447A" w14:paraId="1E220A9C" w14:textId="77777777" w:rsidTr="002C48FE">
        <w:trPr>
          <w:trHeight w:val="425"/>
          <w:tblHeader/>
          <w:jc w:val="center"/>
        </w:trPr>
        <w:tc>
          <w:tcPr>
            <w:tcW w:w="208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FFD7305"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所属・組織</w:t>
            </w:r>
            <w:proofErr w:type="spellEnd"/>
          </w:p>
        </w:tc>
        <w:tc>
          <w:tcPr>
            <w:tcW w:w="223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932417C"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氏名・役職</w:t>
            </w:r>
            <w:proofErr w:type="spellEnd"/>
          </w:p>
        </w:tc>
        <w:tc>
          <w:tcPr>
            <w:tcW w:w="295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8071480"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本事業における役割</w:t>
            </w:r>
            <w:proofErr w:type="spellEnd"/>
          </w:p>
        </w:tc>
        <w:tc>
          <w:tcPr>
            <w:tcW w:w="237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2AA6644" w14:textId="77777777" w:rsidR="00465E6C" w:rsidRPr="00FD447A" w:rsidRDefault="00465E6C" w:rsidP="002C48FE">
            <w:pPr>
              <w:spacing w:after="0" w:line="252" w:lineRule="auto"/>
              <w:jc w:val="center"/>
              <w:rPr>
                <w:sz w:val="20"/>
                <w:szCs w:val="20"/>
              </w:rPr>
            </w:pPr>
            <w:proofErr w:type="spellStart"/>
            <w:r w:rsidRPr="00FD447A">
              <w:rPr>
                <w:rFonts w:ascii="Yu Gothic" w:eastAsia="Yu Gothic" w:hAnsi="Yu Gothic"/>
                <w:b/>
                <w:sz w:val="20"/>
                <w:szCs w:val="20"/>
              </w:rPr>
              <w:t>主な経験・知見</w:t>
            </w:r>
            <w:proofErr w:type="spellEnd"/>
          </w:p>
        </w:tc>
      </w:tr>
      <w:tr w:rsidR="00945779" w:rsidRPr="00FD447A" w14:paraId="2C202517" w14:textId="77777777" w:rsidTr="002C48FE">
        <w:trPr>
          <w:trHeight w:val="595"/>
          <w:jc w:val="center"/>
        </w:trPr>
        <w:tc>
          <w:tcPr>
            <w:tcW w:w="2088" w:type="dxa"/>
            <w:tcBorders>
              <w:top w:val="single" w:sz="8" w:space="0" w:color="7F8C8D"/>
              <w:left w:val="single" w:sz="8" w:space="0" w:color="7F8C8D"/>
              <w:bottom w:val="single" w:sz="8" w:space="0" w:color="7F8C8D"/>
              <w:right w:val="single" w:sz="8" w:space="0" w:color="7F8C8D"/>
            </w:tcBorders>
            <w:vAlign w:val="center"/>
          </w:tcPr>
          <w:p w14:paraId="1AFDB63A" w14:textId="77777777" w:rsidR="00465E6C" w:rsidRPr="00BF291F" w:rsidRDefault="00465E6C" w:rsidP="002C48FE">
            <w:pPr>
              <w:spacing w:after="0" w:line="252" w:lineRule="auto"/>
              <w:rPr>
                <w:szCs w:val="21"/>
              </w:rPr>
            </w:pPr>
          </w:p>
        </w:tc>
        <w:tc>
          <w:tcPr>
            <w:tcW w:w="2232" w:type="dxa"/>
            <w:tcBorders>
              <w:top w:val="single" w:sz="8" w:space="0" w:color="7F8C8D"/>
              <w:left w:val="single" w:sz="8" w:space="0" w:color="7F8C8D"/>
              <w:bottom w:val="single" w:sz="8" w:space="0" w:color="7F8C8D"/>
              <w:right w:val="single" w:sz="8" w:space="0" w:color="7F8C8D"/>
            </w:tcBorders>
            <w:vAlign w:val="center"/>
          </w:tcPr>
          <w:p w14:paraId="1244815A" w14:textId="77777777" w:rsidR="00465E6C" w:rsidRPr="00BF291F" w:rsidRDefault="00465E6C" w:rsidP="002C48FE">
            <w:pPr>
              <w:spacing w:after="0" w:line="252" w:lineRule="auto"/>
              <w:rPr>
                <w:szCs w:val="21"/>
              </w:rPr>
            </w:pPr>
          </w:p>
        </w:tc>
        <w:tc>
          <w:tcPr>
            <w:tcW w:w="2952" w:type="dxa"/>
            <w:tcBorders>
              <w:top w:val="single" w:sz="8" w:space="0" w:color="7F8C8D"/>
              <w:left w:val="single" w:sz="8" w:space="0" w:color="7F8C8D"/>
              <w:bottom w:val="single" w:sz="8" w:space="0" w:color="7F8C8D"/>
              <w:right w:val="single" w:sz="8" w:space="0" w:color="7F8C8D"/>
            </w:tcBorders>
            <w:vAlign w:val="center"/>
          </w:tcPr>
          <w:p w14:paraId="69230899" w14:textId="77777777" w:rsidR="00465E6C" w:rsidRPr="00BF291F" w:rsidRDefault="00465E6C" w:rsidP="002C48FE">
            <w:pPr>
              <w:spacing w:after="0" w:line="252" w:lineRule="auto"/>
              <w:rPr>
                <w:szCs w:val="21"/>
              </w:rPr>
            </w:pPr>
          </w:p>
        </w:tc>
        <w:tc>
          <w:tcPr>
            <w:tcW w:w="2376" w:type="dxa"/>
            <w:tcBorders>
              <w:top w:val="single" w:sz="8" w:space="0" w:color="7F8C8D"/>
              <w:left w:val="single" w:sz="8" w:space="0" w:color="7F8C8D"/>
              <w:bottom w:val="single" w:sz="8" w:space="0" w:color="7F8C8D"/>
              <w:right w:val="single" w:sz="8" w:space="0" w:color="7F8C8D"/>
            </w:tcBorders>
            <w:vAlign w:val="center"/>
          </w:tcPr>
          <w:p w14:paraId="000DCA8D" w14:textId="77777777" w:rsidR="00465E6C" w:rsidRPr="00BF291F" w:rsidRDefault="00465E6C" w:rsidP="002C48FE">
            <w:pPr>
              <w:spacing w:after="0" w:line="252" w:lineRule="auto"/>
              <w:rPr>
                <w:szCs w:val="21"/>
              </w:rPr>
            </w:pPr>
          </w:p>
        </w:tc>
      </w:tr>
      <w:tr w:rsidR="00945779" w:rsidRPr="00FD447A" w14:paraId="6265A69C" w14:textId="77777777" w:rsidTr="002C48FE">
        <w:trPr>
          <w:trHeight w:val="595"/>
          <w:jc w:val="center"/>
        </w:trPr>
        <w:tc>
          <w:tcPr>
            <w:tcW w:w="2088" w:type="dxa"/>
            <w:tcBorders>
              <w:top w:val="single" w:sz="8" w:space="0" w:color="7F8C8D"/>
              <w:left w:val="single" w:sz="8" w:space="0" w:color="7F8C8D"/>
              <w:bottom w:val="single" w:sz="8" w:space="0" w:color="7F8C8D"/>
              <w:right w:val="single" w:sz="8" w:space="0" w:color="7F8C8D"/>
            </w:tcBorders>
            <w:vAlign w:val="center"/>
          </w:tcPr>
          <w:p w14:paraId="683BC117" w14:textId="77777777" w:rsidR="00465E6C" w:rsidRPr="00BF291F" w:rsidRDefault="00465E6C" w:rsidP="002C48FE">
            <w:pPr>
              <w:spacing w:after="0" w:line="252" w:lineRule="auto"/>
              <w:rPr>
                <w:szCs w:val="21"/>
              </w:rPr>
            </w:pPr>
          </w:p>
        </w:tc>
        <w:tc>
          <w:tcPr>
            <w:tcW w:w="2232" w:type="dxa"/>
            <w:tcBorders>
              <w:top w:val="single" w:sz="8" w:space="0" w:color="7F8C8D"/>
              <w:left w:val="single" w:sz="8" w:space="0" w:color="7F8C8D"/>
              <w:bottom w:val="single" w:sz="8" w:space="0" w:color="7F8C8D"/>
              <w:right w:val="single" w:sz="8" w:space="0" w:color="7F8C8D"/>
            </w:tcBorders>
            <w:vAlign w:val="center"/>
          </w:tcPr>
          <w:p w14:paraId="576B7FBF" w14:textId="77777777" w:rsidR="00465E6C" w:rsidRPr="00BF291F" w:rsidRDefault="00465E6C" w:rsidP="002C48FE">
            <w:pPr>
              <w:spacing w:after="0" w:line="252" w:lineRule="auto"/>
              <w:rPr>
                <w:szCs w:val="21"/>
              </w:rPr>
            </w:pPr>
          </w:p>
        </w:tc>
        <w:tc>
          <w:tcPr>
            <w:tcW w:w="2952" w:type="dxa"/>
            <w:tcBorders>
              <w:top w:val="single" w:sz="8" w:space="0" w:color="7F8C8D"/>
              <w:left w:val="single" w:sz="8" w:space="0" w:color="7F8C8D"/>
              <w:bottom w:val="single" w:sz="8" w:space="0" w:color="7F8C8D"/>
              <w:right w:val="single" w:sz="8" w:space="0" w:color="7F8C8D"/>
            </w:tcBorders>
            <w:vAlign w:val="center"/>
          </w:tcPr>
          <w:p w14:paraId="5210ADE8" w14:textId="77777777" w:rsidR="00465E6C" w:rsidRPr="00BF291F" w:rsidRDefault="00465E6C" w:rsidP="002C48FE">
            <w:pPr>
              <w:spacing w:after="0" w:line="252" w:lineRule="auto"/>
              <w:rPr>
                <w:szCs w:val="21"/>
              </w:rPr>
            </w:pPr>
          </w:p>
        </w:tc>
        <w:tc>
          <w:tcPr>
            <w:tcW w:w="2376" w:type="dxa"/>
            <w:tcBorders>
              <w:top w:val="single" w:sz="8" w:space="0" w:color="7F8C8D"/>
              <w:left w:val="single" w:sz="8" w:space="0" w:color="7F8C8D"/>
              <w:bottom w:val="single" w:sz="8" w:space="0" w:color="7F8C8D"/>
              <w:right w:val="single" w:sz="8" w:space="0" w:color="7F8C8D"/>
            </w:tcBorders>
            <w:vAlign w:val="center"/>
          </w:tcPr>
          <w:p w14:paraId="64EC9038" w14:textId="77777777" w:rsidR="00465E6C" w:rsidRPr="00BF291F" w:rsidRDefault="00465E6C" w:rsidP="002C48FE">
            <w:pPr>
              <w:spacing w:after="0" w:line="252" w:lineRule="auto"/>
              <w:rPr>
                <w:szCs w:val="21"/>
              </w:rPr>
            </w:pPr>
          </w:p>
        </w:tc>
      </w:tr>
      <w:tr w:rsidR="00945779" w:rsidRPr="00FD447A" w14:paraId="3D3F97C7" w14:textId="77777777" w:rsidTr="002C48FE">
        <w:trPr>
          <w:trHeight w:val="595"/>
          <w:jc w:val="center"/>
        </w:trPr>
        <w:tc>
          <w:tcPr>
            <w:tcW w:w="2088" w:type="dxa"/>
            <w:tcBorders>
              <w:top w:val="single" w:sz="8" w:space="0" w:color="7F8C8D"/>
              <w:left w:val="single" w:sz="8" w:space="0" w:color="7F8C8D"/>
              <w:bottom w:val="single" w:sz="8" w:space="0" w:color="7F8C8D"/>
              <w:right w:val="single" w:sz="8" w:space="0" w:color="7F8C8D"/>
            </w:tcBorders>
            <w:vAlign w:val="center"/>
          </w:tcPr>
          <w:p w14:paraId="70B58895" w14:textId="77777777" w:rsidR="00465E6C" w:rsidRPr="00BF291F" w:rsidRDefault="00465E6C" w:rsidP="002C48FE">
            <w:pPr>
              <w:spacing w:after="0" w:line="252" w:lineRule="auto"/>
              <w:rPr>
                <w:szCs w:val="21"/>
              </w:rPr>
            </w:pPr>
          </w:p>
        </w:tc>
        <w:tc>
          <w:tcPr>
            <w:tcW w:w="2232" w:type="dxa"/>
            <w:tcBorders>
              <w:top w:val="single" w:sz="8" w:space="0" w:color="7F8C8D"/>
              <w:left w:val="single" w:sz="8" w:space="0" w:color="7F8C8D"/>
              <w:bottom w:val="single" w:sz="8" w:space="0" w:color="7F8C8D"/>
              <w:right w:val="single" w:sz="8" w:space="0" w:color="7F8C8D"/>
            </w:tcBorders>
            <w:vAlign w:val="center"/>
          </w:tcPr>
          <w:p w14:paraId="7F45BB21" w14:textId="77777777" w:rsidR="00465E6C" w:rsidRPr="00BF291F" w:rsidRDefault="00465E6C" w:rsidP="002C48FE">
            <w:pPr>
              <w:spacing w:after="0" w:line="252" w:lineRule="auto"/>
              <w:rPr>
                <w:szCs w:val="21"/>
              </w:rPr>
            </w:pPr>
          </w:p>
        </w:tc>
        <w:tc>
          <w:tcPr>
            <w:tcW w:w="2952" w:type="dxa"/>
            <w:tcBorders>
              <w:top w:val="single" w:sz="8" w:space="0" w:color="7F8C8D"/>
              <w:left w:val="single" w:sz="8" w:space="0" w:color="7F8C8D"/>
              <w:bottom w:val="single" w:sz="8" w:space="0" w:color="7F8C8D"/>
              <w:right w:val="single" w:sz="8" w:space="0" w:color="7F8C8D"/>
            </w:tcBorders>
            <w:vAlign w:val="center"/>
          </w:tcPr>
          <w:p w14:paraId="3128DCB2" w14:textId="77777777" w:rsidR="00465E6C" w:rsidRPr="00BF291F" w:rsidRDefault="00465E6C" w:rsidP="002C48FE">
            <w:pPr>
              <w:spacing w:after="0" w:line="252" w:lineRule="auto"/>
              <w:rPr>
                <w:szCs w:val="21"/>
              </w:rPr>
            </w:pPr>
          </w:p>
        </w:tc>
        <w:tc>
          <w:tcPr>
            <w:tcW w:w="2376" w:type="dxa"/>
            <w:tcBorders>
              <w:top w:val="single" w:sz="8" w:space="0" w:color="7F8C8D"/>
              <w:left w:val="single" w:sz="8" w:space="0" w:color="7F8C8D"/>
              <w:bottom w:val="single" w:sz="8" w:space="0" w:color="7F8C8D"/>
              <w:right w:val="single" w:sz="8" w:space="0" w:color="7F8C8D"/>
            </w:tcBorders>
            <w:vAlign w:val="center"/>
          </w:tcPr>
          <w:p w14:paraId="07A76E50" w14:textId="77777777" w:rsidR="00465E6C" w:rsidRPr="00BF291F" w:rsidRDefault="00465E6C" w:rsidP="002C48FE">
            <w:pPr>
              <w:spacing w:after="0" w:line="252" w:lineRule="auto"/>
              <w:rPr>
                <w:szCs w:val="21"/>
              </w:rPr>
            </w:pPr>
          </w:p>
        </w:tc>
      </w:tr>
      <w:tr w:rsidR="00945779" w:rsidRPr="00FD447A" w14:paraId="54B109BB" w14:textId="77777777" w:rsidTr="002C48FE">
        <w:trPr>
          <w:trHeight w:val="595"/>
          <w:jc w:val="center"/>
        </w:trPr>
        <w:tc>
          <w:tcPr>
            <w:tcW w:w="2088" w:type="dxa"/>
            <w:tcBorders>
              <w:top w:val="single" w:sz="8" w:space="0" w:color="7F8C8D"/>
              <w:left w:val="single" w:sz="8" w:space="0" w:color="7F8C8D"/>
              <w:bottom w:val="single" w:sz="8" w:space="0" w:color="7F8C8D"/>
              <w:right w:val="single" w:sz="8" w:space="0" w:color="7F8C8D"/>
            </w:tcBorders>
            <w:vAlign w:val="center"/>
          </w:tcPr>
          <w:p w14:paraId="4BAE8748" w14:textId="77777777" w:rsidR="00465E6C" w:rsidRPr="00BF291F" w:rsidRDefault="00465E6C" w:rsidP="002C48FE">
            <w:pPr>
              <w:spacing w:after="0" w:line="252" w:lineRule="auto"/>
              <w:rPr>
                <w:szCs w:val="21"/>
              </w:rPr>
            </w:pPr>
          </w:p>
        </w:tc>
        <w:tc>
          <w:tcPr>
            <w:tcW w:w="2232" w:type="dxa"/>
            <w:tcBorders>
              <w:top w:val="single" w:sz="8" w:space="0" w:color="7F8C8D"/>
              <w:left w:val="single" w:sz="8" w:space="0" w:color="7F8C8D"/>
              <w:bottom w:val="single" w:sz="8" w:space="0" w:color="7F8C8D"/>
              <w:right w:val="single" w:sz="8" w:space="0" w:color="7F8C8D"/>
            </w:tcBorders>
            <w:vAlign w:val="center"/>
          </w:tcPr>
          <w:p w14:paraId="0188B4C5" w14:textId="77777777" w:rsidR="00465E6C" w:rsidRPr="00BF291F" w:rsidRDefault="00465E6C" w:rsidP="002C48FE">
            <w:pPr>
              <w:spacing w:after="0" w:line="252" w:lineRule="auto"/>
              <w:rPr>
                <w:szCs w:val="21"/>
              </w:rPr>
            </w:pPr>
          </w:p>
        </w:tc>
        <w:tc>
          <w:tcPr>
            <w:tcW w:w="2952" w:type="dxa"/>
            <w:tcBorders>
              <w:top w:val="single" w:sz="8" w:space="0" w:color="7F8C8D"/>
              <w:left w:val="single" w:sz="8" w:space="0" w:color="7F8C8D"/>
              <w:bottom w:val="single" w:sz="8" w:space="0" w:color="7F8C8D"/>
              <w:right w:val="single" w:sz="8" w:space="0" w:color="7F8C8D"/>
            </w:tcBorders>
            <w:vAlign w:val="center"/>
          </w:tcPr>
          <w:p w14:paraId="748B9459" w14:textId="77777777" w:rsidR="00465E6C" w:rsidRPr="00BF291F" w:rsidRDefault="00465E6C" w:rsidP="002C48FE">
            <w:pPr>
              <w:spacing w:after="0" w:line="252" w:lineRule="auto"/>
              <w:rPr>
                <w:szCs w:val="21"/>
              </w:rPr>
            </w:pPr>
          </w:p>
        </w:tc>
        <w:tc>
          <w:tcPr>
            <w:tcW w:w="2376" w:type="dxa"/>
            <w:tcBorders>
              <w:top w:val="single" w:sz="8" w:space="0" w:color="7F8C8D"/>
              <w:left w:val="single" w:sz="8" w:space="0" w:color="7F8C8D"/>
              <w:bottom w:val="single" w:sz="8" w:space="0" w:color="7F8C8D"/>
              <w:right w:val="single" w:sz="8" w:space="0" w:color="7F8C8D"/>
            </w:tcBorders>
            <w:vAlign w:val="center"/>
          </w:tcPr>
          <w:p w14:paraId="29C70FAC" w14:textId="77777777" w:rsidR="00465E6C" w:rsidRPr="00BF291F" w:rsidRDefault="00465E6C" w:rsidP="002C48FE">
            <w:pPr>
              <w:spacing w:after="0" w:line="252" w:lineRule="auto"/>
              <w:rPr>
                <w:szCs w:val="21"/>
              </w:rPr>
            </w:pPr>
          </w:p>
        </w:tc>
      </w:tr>
    </w:tbl>
    <w:p w14:paraId="26CF3961" w14:textId="305D8754" w:rsidR="00465E6C" w:rsidRPr="00945779" w:rsidRDefault="00465E6C" w:rsidP="00465E6C">
      <w:pPr>
        <w:keepNext/>
        <w:spacing w:before="140" w:after="80"/>
        <w:rPr>
          <w:lang w:eastAsia="ja-JP"/>
        </w:rPr>
      </w:pPr>
      <w:r w:rsidRPr="00945779">
        <w:rPr>
          <w:rFonts w:ascii="Yu Gothic" w:eastAsia="Yu Gothic" w:hAnsi="Yu Gothic"/>
          <w:b/>
          <w:sz w:val="24"/>
          <w:lang w:eastAsia="ja-JP"/>
        </w:rPr>
        <w:t>3－1</w:t>
      </w:r>
      <w:r w:rsidR="009F34CD" w:rsidRPr="00945779">
        <w:rPr>
          <w:rFonts w:ascii="Yu Gothic" w:eastAsia="Yu Gothic" w:hAnsi="Yu Gothic" w:hint="eastAsia"/>
          <w:b/>
          <w:sz w:val="24"/>
          <w:lang w:eastAsia="ja-JP"/>
        </w:rPr>
        <w:t>1</w:t>
      </w:r>
      <w:r w:rsidRPr="00945779">
        <w:rPr>
          <w:rFonts w:ascii="Yu Gothic" w:eastAsia="Yu Gothic" w:hAnsi="Yu Gothic"/>
          <w:b/>
          <w:sz w:val="24"/>
          <w:lang w:eastAsia="ja-JP"/>
        </w:rPr>
        <w:t xml:space="preserve">　補助事業終了後の運用及び継続性</w:t>
      </w:r>
    </w:p>
    <w:p w14:paraId="76D90E09" w14:textId="77777777" w:rsidR="00465E6C" w:rsidRPr="00FD447A" w:rsidRDefault="00465E6C" w:rsidP="00465E6C">
      <w:pPr>
        <w:spacing w:after="40" w:line="264" w:lineRule="auto"/>
        <w:ind w:left="113"/>
        <w:rPr>
          <w:sz w:val="22"/>
          <w:szCs w:val="24"/>
          <w:lang w:eastAsia="ja-JP"/>
        </w:rPr>
      </w:pPr>
      <w:r w:rsidRPr="00FD447A">
        <w:rPr>
          <w:rFonts w:ascii="Yu Gothic" w:eastAsia="Yu Gothic" w:hAnsi="Yu Gothic"/>
          <w:sz w:val="20"/>
          <w:szCs w:val="24"/>
          <w:lang w:eastAsia="ja-JP"/>
        </w:rPr>
        <w:t>※　補助事業終了後の運営主体、維持管理、費用負担、更新・改修等を記載してください。様式第6号の運営計画と整合させてください。</w:t>
      </w:r>
    </w:p>
    <w:tbl>
      <w:tblPr>
        <w:tblW w:w="0" w:type="auto"/>
        <w:jc w:val="center"/>
        <w:tblLayout w:type="fixed"/>
        <w:tblLook w:val="04A0" w:firstRow="1" w:lastRow="0" w:firstColumn="1" w:lastColumn="0" w:noHBand="0" w:noVBand="1"/>
      </w:tblPr>
      <w:tblGrid>
        <w:gridCol w:w="2258"/>
        <w:gridCol w:w="7390"/>
      </w:tblGrid>
      <w:tr w:rsidR="00945779" w:rsidRPr="00945779" w14:paraId="51C458E5" w14:textId="77777777" w:rsidTr="002C48FE">
        <w:trPr>
          <w:trHeight w:val="397"/>
          <w:tblHeader/>
          <w:jc w:val="center"/>
        </w:trPr>
        <w:tc>
          <w:tcPr>
            <w:tcW w:w="225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FFC5A43"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b/>
                <w:sz w:val="20"/>
                <w:szCs w:val="24"/>
              </w:rPr>
              <w:t>項目</w:t>
            </w:r>
            <w:proofErr w:type="spellEnd"/>
          </w:p>
        </w:tc>
        <w:tc>
          <w:tcPr>
            <w:tcW w:w="739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F1FCB3B"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b/>
                <w:sz w:val="20"/>
                <w:szCs w:val="24"/>
              </w:rPr>
              <w:t>記載内容</w:t>
            </w:r>
            <w:proofErr w:type="spellEnd"/>
          </w:p>
        </w:tc>
      </w:tr>
      <w:tr w:rsidR="00945779" w:rsidRPr="00945779" w14:paraId="336A5DC8" w14:textId="77777777" w:rsidTr="002C48FE">
        <w:trPr>
          <w:trHeight w:val="567"/>
          <w:jc w:val="center"/>
        </w:trPr>
        <w:tc>
          <w:tcPr>
            <w:tcW w:w="2258" w:type="dxa"/>
            <w:tcBorders>
              <w:top w:val="single" w:sz="8" w:space="0" w:color="7F8C8D"/>
              <w:left w:val="single" w:sz="8" w:space="0" w:color="7F8C8D"/>
              <w:bottom w:val="single" w:sz="8" w:space="0" w:color="7F8C8D"/>
              <w:right w:val="single" w:sz="8" w:space="0" w:color="7F8C8D"/>
            </w:tcBorders>
            <w:vAlign w:val="center"/>
          </w:tcPr>
          <w:p w14:paraId="74932773"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sz w:val="20"/>
                <w:szCs w:val="24"/>
              </w:rPr>
              <w:t>運営主体・責任体制</w:t>
            </w:r>
            <w:proofErr w:type="spellEnd"/>
          </w:p>
        </w:tc>
        <w:tc>
          <w:tcPr>
            <w:tcW w:w="7390" w:type="dxa"/>
            <w:tcBorders>
              <w:top w:val="single" w:sz="8" w:space="0" w:color="7F8C8D"/>
              <w:left w:val="single" w:sz="8" w:space="0" w:color="7F8C8D"/>
              <w:bottom w:val="single" w:sz="8" w:space="0" w:color="7F8C8D"/>
              <w:right w:val="single" w:sz="8" w:space="0" w:color="7F8C8D"/>
            </w:tcBorders>
            <w:vAlign w:val="center"/>
          </w:tcPr>
          <w:p w14:paraId="4C5D53F3" w14:textId="77777777" w:rsidR="00465E6C" w:rsidRPr="00BF291F" w:rsidRDefault="00465E6C" w:rsidP="002C48FE">
            <w:pPr>
              <w:spacing w:after="0" w:line="252" w:lineRule="auto"/>
              <w:rPr>
                <w:szCs w:val="28"/>
              </w:rPr>
            </w:pPr>
          </w:p>
        </w:tc>
      </w:tr>
      <w:tr w:rsidR="00945779" w:rsidRPr="00945779" w14:paraId="619AFF18" w14:textId="77777777" w:rsidTr="002C48FE">
        <w:trPr>
          <w:trHeight w:val="567"/>
          <w:jc w:val="center"/>
        </w:trPr>
        <w:tc>
          <w:tcPr>
            <w:tcW w:w="2258" w:type="dxa"/>
            <w:tcBorders>
              <w:top w:val="single" w:sz="8" w:space="0" w:color="7F8C8D"/>
              <w:left w:val="single" w:sz="8" w:space="0" w:color="7F8C8D"/>
              <w:bottom w:val="single" w:sz="8" w:space="0" w:color="7F8C8D"/>
              <w:right w:val="single" w:sz="8" w:space="0" w:color="7F8C8D"/>
            </w:tcBorders>
            <w:vAlign w:val="center"/>
          </w:tcPr>
          <w:p w14:paraId="129C8698"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sz w:val="20"/>
                <w:szCs w:val="24"/>
              </w:rPr>
              <w:t>維持管理・運用方法</w:t>
            </w:r>
            <w:proofErr w:type="spellEnd"/>
          </w:p>
        </w:tc>
        <w:tc>
          <w:tcPr>
            <w:tcW w:w="7390" w:type="dxa"/>
            <w:tcBorders>
              <w:top w:val="single" w:sz="8" w:space="0" w:color="7F8C8D"/>
              <w:left w:val="single" w:sz="8" w:space="0" w:color="7F8C8D"/>
              <w:bottom w:val="single" w:sz="8" w:space="0" w:color="7F8C8D"/>
              <w:right w:val="single" w:sz="8" w:space="0" w:color="7F8C8D"/>
            </w:tcBorders>
            <w:vAlign w:val="center"/>
          </w:tcPr>
          <w:p w14:paraId="19E42CE5" w14:textId="77777777" w:rsidR="00465E6C" w:rsidRPr="00BF291F" w:rsidRDefault="00465E6C" w:rsidP="002C48FE">
            <w:pPr>
              <w:spacing w:after="0" w:line="252" w:lineRule="auto"/>
              <w:rPr>
                <w:szCs w:val="28"/>
              </w:rPr>
            </w:pPr>
          </w:p>
        </w:tc>
      </w:tr>
      <w:tr w:rsidR="00945779" w:rsidRPr="00945779" w14:paraId="226842AF" w14:textId="77777777" w:rsidTr="002C48FE">
        <w:trPr>
          <w:trHeight w:val="567"/>
          <w:jc w:val="center"/>
        </w:trPr>
        <w:tc>
          <w:tcPr>
            <w:tcW w:w="2258" w:type="dxa"/>
            <w:tcBorders>
              <w:top w:val="single" w:sz="8" w:space="0" w:color="7F8C8D"/>
              <w:left w:val="single" w:sz="8" w:space="0" w:color="7F8C8D"/>
              <w:bottom w:val="single" w:sz="8" w:space="0" w:color="7F8C8D"/>
              <w:right w:val="single" w:sz="8" w:space="0" w:color="7F8C8D"/>
            </w:tcBorders>
            <w:vAlign w:val="center"/>
          </w:tcPr>
          <w:p w14:paraId="12391483"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sz w:val="20"/>
                <w:szCs w:val="24"/>
              </w:rPr>
              <w:t>費用負担・財源</w:t>
            </w:r>
            <w:proofErr w:type="spellEnd"/>
          </w:p>
        </w:tc>
        <w:tc>
          <w:tcPr>
            <w:tcW w:w="7390" w:type="dxa"/>
            <w:tcBorders>
              <w:top w:val="single" w:sz="8" w:space="0" w:color="7F8C8D"/>
              <w:left w:val="single" w:sz="8" w:space="0" w:color="7F8C8D"/>
              <w:bottom w:val="single" w:sz="8" w:space="0" w:color="7F8C8D"/>
              <w:right w:val="single" w:sz="8" w:space="0" w:color="7F8C8D"/>
            </w:tcBorders>
            <w:vAlign w:val="center"/>
          </w:tcPr>
          <w:p w14:paraId="32D4A26F" w14:textId="77777777" w:rsidR="00465E6C" w:rsidRPr="00BF291F" w:rsidRDefault="00465E6C" w:rsidP="002C48FE">
            <w:pPr>
              <w:spacing w:after="0" w:line="252" w:lineRule="auto"/>
              <w:rPr>
                <w:szCs w:val="28"/>
              </w:rPr>
            </w:pPr>
          </w:p>
        </w:tc>
      </w:tr>
      <w:tr w:rsidR="00945779" w:rsidRPr="00945779" w14:paraId="28A445B4" w14:textId="77777777" w:rsidTr="002C48FE">
        <w:trPr>
          <w:trHeight w:val="567"/>
          <w:jc w:val="center"/>
        </w:trPr>
        <w:tc>
          <w:tcPr>
            <w:tcW w:w="2258" w:type="dxa"/>
            <w:tcBorders>
              <w:top w:val="single" w:sz="8" w:space="0" w:color="7F8C8D"/>
              <w:left w:val="single" w:sz="8" w:space="0" w:color="7F8C8D"/>
              <w:bottom w:val="single" w:sz="8" w:space="0" w:color="7F8C8D"/>
              <w:right w:val="single" w:sz="8" w:space="0" w:color="7F8C8D"/>
            </w:tcBorders>
            <w:vAlign w:val="center"/>
          </w:tcPr>
          <w:p w14:paraId="14D2FC8F" w14:textId="77777777" w:rsidR="00465E6C" w:rsidRPr="00FD447A" w:rsidRDefault="00465E6C" w:rsidP="002C48FE">
            <w:pPr>
              <w:spacing w:after="0" w:line="252" w:lineRule="auto"/>
              <w:jc w:val="center"/>
              <w:rPr>
                <w:sz w:val="20"/>
                <w:szCs w:val="24"/>
              </w:rPr>
            </w:pPr>
            <w:proofErr w:type="spellStart"/>
            <w:r w:rsidRPr="00FD447A">
              <w:rPr>
                <w:rFonts w:ascii="Yu Gothic" w:eastAsia="Yu Gothic" w:hAnsi="Yu Gothic"/>
                <w:sz w:val="20"/>
                <w:szCs w:val="24"/>
              </w:rPr>
              <w:t>更新・改修の考え方</w:t>
            </w:r>
            <w:proofErr w:type="spellEnd"/>
          </w:p>
        </w:tc>
        <w:tc>
          <w:tcPr>
            <w:tcW w:w="7390" w:type="dxa"/>
            <w:tcBorders>
              <w:top w:val="single" w:sz="8" w:space="0" w:color="7F8C8D"/>
              <w:left w:val="single" w:sz="8" w:space="0" w:color="7F8C8D"/>
              <w:bottom w:val="single" w:sz="8" w:space="0" w:color="7F8C8D"/>
              <w:right w:val="single" w:sz="8" w:space="0" w:color="7F8C8D"/>
            </w:tcBorders>
            <w:vAlign w:val="center"/>
          </w:tcPr>
          <w:p w14:paraId="7D2FAA46" w14:textId="77777777" w:rsidR="00465E6C" w:rsidRPr="00BF291F" w:rsidRDefault="00465E6C" w:rsidP="002C48FE">
            <w:pPr>
              <w:spacing w:after="0" w:line="252" w:lineRule="auto"/>
              <w:rPr>
                <w:szCs w:val="28"/>
              </w:rPr>
            </w:pPr>
          </w:p>
        </w:tc>
      </w:tr>
      <w:tr w:rsidR="00945779" w:rsidRPr="00945779" w14:paraId="722A94D7" w14:textId="77777777" w:rsidTr="002C48FE">
        <w:trPr>
          <w:trHeight w:val="765"/>
          <w:jc w:val="center"/>
        </w:trPr>
        <w:tc>
          <w:tcPr>
            <w:tcW w:w="2258" w:type="dxa"/>
            <w:tcBorders>
              <w:top w:val="single" w:sz="8" w:space="0" w:color="7F8C8D"/>
              <w:left w:val="single" w:sz="8" w:space="0" w:color="7F8C8D"/>
              <w:bottom w:val="single" w:sz="8" w:space="0" w:color="7F8C8D"/>
              <w:right w:val="single" w:sz="8" w:space="0" w:color="7F8C8D"/>
            </w:tcBorders>
            <w:vAlign w:val="center"/>
          </w:tcPr>
          <w:p w14:paraId="4112D10C" w14:textId="77777777" w:rsidR="00465E6C" w:rsidRPr="00FD447A" w:rsidRDefault="00465E6C" w:rsidP="002C48FE">
            <w:pPr>
              <w:spacing w:after="0" w:line="252" w:lineRule="auto"/>
              <w:jc w:val="center"/>
              <w:rPr>
                <w:rFonts w:ascii="Yu Gothic" w:eastAsia="Yu Gothic" w:hAnsi="Yu Gothic"/>
                <w:sz w:val="20"/>
                <w:szCs w:val="24"/>
                <w:lang w:eastAsia="ja-JP"/>
              </w:rPr>
            </w:pPr>
            <w:r w:rsidRPr="00FD447A">
              <w:rPr>
                <w:rFonts w:ascii="Yu Gothic" w:eastAsia="Yu Gothic" w:hAnsi="Yu Gothic"/>
                <w:sz w:val="20"/>
                <w:szCs w:val="24"/>
                <w:lang w:eastAsia="ja-JP"/>
              </w:rPr>
              <w:t>補助終了後も</w:t>
            </w:r>
          </w:p>
          <w:p w14:paraId="09EA9E37" w14:textId="77777777" w:rsidR="00465E6C" w:rsidRPr="00FD447A" w:rsidRDefault="00465E6C" w:rsidP="002C48FE">
            <w:pPr>
              <w:spacing w:after="0" w:line="252" w:lineRule="auto"/>
              <w:jc w:val="center"/>
              <w:rPr>
                <w:sz w:val="20"/>
                <w:szCs w:val="24"/>
                <w:lang w:eastAsia="ja-JP"/>
              </w:rPr>
            </w:pPr>
            <w:r w:rsidRPr="00FD447A">
              <w:rPr>
                <w:rFonts w:ascii="Yu Gothic" w:eastAsia="Yu Gothic" w:hAnsi="Yu Gothic"/>
                <w:sz w:val="20"/>
                <w:szCs w:val="24"/>
                <w:lang w:eastAsia="ja-JP"/>
              </w:rPr>
              <w:t>継続できる理由</w:t>
            </w:r>
          </w:p>
        </w:tc>
        <w:tc>
          <w:tcPr>
            <w:tcW w:w="7390" w:type="dxa"/>
            <w:tcBorders>
              <w:top w:val="single" w:sz="8" w:space="0" w:color="7F8C8D"/>
              <w:left w:val="single" w:sz="8" w:space="0" w:color="7F8C8D"/>
              <w:bottom w:val="single" w:sz="8" w:space="0" w:color="7F8C8D"/>
              <w:right w:val="single" w:sz="8" w:space="0" w:color="7F8C8D"/>
            </w:tcBorders>
            <w:vAlign w:val="center"/>
          </w:tcPr>
          <w:p w14:paraId="08C46A31" w14:textId="77777777" w:rsidR="00465E6C" w:rsidRPr="00BF291F" w:rsidRDefault="00465E6C" w:rsidP="002C48FE">
            <w:pPr>
              <w:spacing w:after="0" w:line="252" w:lineRule="auto"/>
              <w:rPr>
                <w:szCs w:val="28"/>
                <w:lang w:eastAsia="ja-JP"/>
              </w:rPr>
            </w:pPr>
          </w:p>
        </w:tc>
      </w:tr>
    </w:tbl>
    <w:p w14:paraId="669D0167" w14:textId="77777777" w:rsidR="00465E6C" w:rsidRPr="00945779" w:rsidRDefault="00465E6C" w:rsidP="00465E6C">
      <w:pPr>
        <w:spacing w:after="0"/>
        <w:rPr>
          <w:lang w:eastAsia="ja-JP"/>
        </w:rPr>
      </w:pPr>
      <w:r w:rsidRPr="00945779">
        <w:rPr>
          <w:rFonts w:ascii="Yu Gothic" w:eastAsia="Yu Gothic" w:hAnsi="Yu Gothic"/>
          <w:sz w:val="2"/>
          <w:lang w:eastAsia="ja-JP"/>
        </w:rPr>
        <w:br w:type="page"/>
      </w:r>
    </w:p>
    <w:p w14:paraId="304BABA7" w14:textId="693DA29D" w:rsidR="00465E6C" w:rsidRPr="00945779" w:rsidRDefault="00465E6C" w:rsidP="00465E6C">
      <w:pPr>
        <w:keepNext/>
        <w:spacing w:before="140" w:after="80"/>
        <w:rPr>
          <w:lang w:eastAsia="ja-JP"/>
        </w:rPr>
      </w:pPr>
      <w:r w:rsidRPr="00945779">
        <w:rPr>
          <w:rFonts w:ascii="Yu Gothic" w:eastAsia="Yu Gothic" w:hAnsi="Yu Gothic"/>
          <w:b/>
          <w:sz w:val="24"/>
          <w:lang w:eastAsia="ja-JP"/>
        </w:rPr>
        <w:lastRenderedPageBreak/>
        <w:t>3－1</w:t>
      </w:r>
      <w:r w:rsidR="009F34CD" w:rsidRPr="00945779">
        <w:rPr>
          <w:rFonts w:ascii="Yu Gothic" w:eastAsia="Yu Gothic" w:hAnsi="Yu Gothic" w:hint="eastAsia"/>
          <w:b/>
          <w:sz w:val="24"/>
          <w:lang w:eastAsia="ja-JP"/>
        </w:rPr>
        <w:t>2</w:t>
      </w:r>
      <w:r w:rsidRPr="00945779">
        <w:rPr>
          <w:rFonts w:ascii="Yu Gothic" w:eastAsia="Yu Gothic" w:hAnsi="Yu Gothic"/>
          <w:b/>
          <w:sz w:val="24"/>
          <w:lang w:eastAsia="ja-JP"/>
        </w:rPr>
        <w:t xml:space="preserve">　第一次公募との相違点</w:t>
      </w:r>
    </w:p>
    <w:p w14:paraId="6204FA56" w14:textId="77777777" w:rsidR="00465E6C" w:rsidRPr="002E535A" w:rsidRDefault="00465E6C" w:rsidP="00465E6C">
      <w:pPr>
        <w:spacing w:after="40" w:line="264" w:lineRule="auto"/>
        <w:ind w:left="113"/>
        <w:rPr>
          <w:sz w:val="22"/>
          <w:szCs w:val="24"/>
          <w:lang w:eastAsia="ja-JP"/>
        </w:rPr>
      </w:pPr>
      <w:r w:rsidRPr="002E535A">
        <w:rPr>
          <w:rFonts w:ascii="Yu Gothic" w:eastAsia="Yu Gothic" w:hAnsi="Yu Gothic"/>
          <w:sz w:val="20"/>
          <w:szCs w:val="24"/>
          <w:lang w:eastAsia="ja-JP"/>
        </w:rPr>
        <w:t>※　第一次公募に応募又は採択された事業がある場合は、本事業との目的、対象、工程、成果物及び効果の違いを具体的に記載してください。</w:t>
      </w:r>
    </w:p>
    <w:p w14:paraId="740498D2" w14:textId="77777777" w:rsidR="00465E6C" w:rsidRPr="002E535A" w:rsidRDefault="00465E6C" w:rsidP="00465E6C">
      <w:pPr>
        <w:spacing w:after="40" w:line="264" w:lineRule="auto"/>
        <w:ind w:left="113"/>
        <w:rPr>
          <w:sz w:val="22"/>
          <w:szCs w:val="24"/>
          <w:lang w:eastAsia="ja-JP"/>
        </w:rPr>
      </w:pPr>
      <w:r w:rsidRPr="002E535A">
        <w:rPr>
          <w:rFonts w:ascii="Yu Gothic" w:eastAsia="Yu Gothic" w:hAnsi="Yu Gothic"/>
          <w:sz w:val="20"/>
          <w:szCs w:val="24"/>
          <w:lang w:eastAsia="ja-JP"/>
        </w:rPr>
        <w:t>※　第一次公募で採択された設備・システム等の単なる追加購入、数量増、補助額の補填又は単なる横展開ではないことが分かるよう記載してください。第一次公募への応募がない場合は、その旨を記載してください。</w:t>
      </w:r>
    </w:p>
    <w:tbl>
      <w:tblPr>
        <w:tblW w:w="0" w:type="auto"/>
        <w:jc w:val="center"/>
        <w:tblLayout w:type="fixed"/>
        <w:tblLook w:val="04A0" w:firstRow="1" w:lastRow="0" w:firstColumn="1" w:lastColumn="0" w:noHBand="0" w:noVBand="1"/>
      </w:tblPr>
      <w:tblGrid>
        <w:gridCol w:w="2400"/>
        <w:gridCol w:w="2268"/>
        <w:gridCol w:w="2552"/>
        <w:gridCol w:w="2428"/>
      </w:tblGrid>
      <w:tr w:rsidR="00945779" w:rsidRPr="00945779" w14:paraId="66251B0B" w14:textId="77777777" w:rsidTr="002E535A">
        <w:trPr>
          <w:trHeight w:val="442"/>
          <w:tblHeader/>
          <w:jc w:val="center"/>
        </w:trPr>
        <w:tc>
          <w:tcPr>
            <w:tcW w:w="240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F67997C" w14:textId="77777777" w:rsidR="00465E6C" w:rsidRPr="002E535A" w:rsidRDefault="00465E6C" w:rsidP="002C48FE">
            <w:pPr>
              <w:spacing w:after="0" w:line="252" w:lineRule="auto"/>
              <w:jc w:val="center"/>
              <w:rPr>
                <w:sz w:val="20"/>
                <w:szCs w:val="28"/>
              </w:rPr>
            </w:pPr>
            <w:proofErr w:type="spellStart"/>
            <w:r w:rsidRPr="002E535A">
              <w:rPr>
                <w:rFonts w:ascii="Yu Gothic" w:eastAsia="Yu Gothic" w:hAnsi="Yu Gothic"/>
                <w:b/>
                <w:sz w:val="20"/>
                <w:szCs w:val="28"/>
              </w:rPr>
              <w:t>比較項目</w:t>
            </w:r>
            <w:proofErr w:type="spellEnd"/>
          </w:p>
        </w:tc>
        <w:tc>
          <w:tcPr>
            <w:tcW w:w="226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4782B25" w14:textId="77777777" w:rsidR="00465E6C" w:rsidRPr="002E535A" w:rsidRDefault="00465E6C" w:rsidP="002C48FE">
            <w:pPr>
              <w:spacing w:after="0" w:line="252" w:lineRule="auto"/>
              <w:jc w:val="center"/>
              <w:rPr>
                <w:sz w:val="20"/>
                <w:szCs w:val="28"/>
              </w:rPr>
            </w:pPr>
            <w:proofErr w:type="spellStart"/>
            <w:r w:rsidRPr="002E535A">
              <w:rPr>
                <w:rFonts w:ascii="Yu Gothic" w:eastAsia="Yu Gothic" w:hAnsi="Yu Gothic"/>
                <w:b/>
                <w:sz w:val="20"/>
                <w:szCs w:val="28"/>
              </w:rPr>
              <w:t>第一次公募事業</w:t>
            </w:r>
            <w:proofErr w:type="spellEnd"/>
          </w:p>
        </w:tc>
        <w:tc>
          <w:tcPr>
            <w:tcW w:w="255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11C2972" w14:textId="77777777" w:rsidR="00465E6C" w:rsidRPr="002E535A" w:rsidRDefault="00465E6C" w:rsidP="002C48FE">
            <w:pPr>
              <w:spacing w:after="0" w:line="252" w:lineRule="auto"/>
              <w:jc w:val="center"/>
              <w:rPr>
                <w:sz w:val="20"/>
                <w:szCs w:val="28"/>
              </w:rPr>
            </w:pPr>
            <w:proofErr w:type="spellStart"/>
            <w:r w:rsidRPr="002E535A">
              <w:rPr>
                <w:rFonts w:ascii="Yu Gothic" w:eastAsia="Yu Gothic" w:hAnsi="Yu Gothic"/>
                <w:b/>
                <w:sz w:val="20"/>
                <w:szCs w:val="28"/>
              </w:rPr>
              <w:t>今回の高度化事業</w:t>
            </w:r>
            <w:proofErr w:type="spellEnd"/>
          </w:p>
        </w:tc>
        <w:tc>
          <w:tcPr>
            <w:tcW w:w="242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06ECFC1" w14:textId="2C4404B2" w:rsidR="00465E6C" w:rsidRPr="002E535A" w:rsidRDefault="00465E6C" w:rsidP="002C48FE">
            <w:pPr>
              <w:spacing w:after="0" w:line="252" w:lineRule="auto"/>
              <w:jc w:val="center"/>
              <w:rPr>
                <w:sz w:val="20"/>
                <w:szCs w:val="28"/>
                <w:lang w:eastAsia="ja-JP"/>
              </w:rPr>
            </w:pPr>
            <w:r w:rsidRPr="002E535A">
              <w:rPr>
                <w:rFonts w:ascii="Yu Gothic" w:eastAsia="Yu Gothic" w:hAnsi="Yu Gothic"/>
                <w:b/>
                <w:sz w:val="20"/>
                <w:szCs w:val="28"/>
                <w:lang w:eastAsia="ja-JP"/>
              </w:rPr>
              <w:t>相違点</w:t>
            </w:r>
          </w:p>
        </w:tc>
      </w:tr>
      <w:tr w:rsidR="00945779" w:rsidRPr="00945779" w14:paraId="79443810" w14:textId="77777777" w:rsidTr="002E535A">
        <w:trPr>
          <w:trHeight w:val="680"/>
          <w:jc w:val="center"/>
        </w:trPr>
        <w:tc>
          <w:tcPr>
            <w:tcW w:w="2400" w:type="dxa"/>
            <w:tcBorders>
              <w:top w:val="single" w:sz="8" w:space="0" w:color="7F8C8D"/>
              <w:left w:val="single" w:sz="8" w:space="0" w:color="7F8C8D"/>
              <w:bottom w:val="single" w:sz="8" w:space="0" w:color="7F8C8D"/>
              <w:right w:val="single" w:sz="8" w:space="0" w:color="7F8C8D"/>
            </w:tcBorders>
            <w:vAlign w:val="center"/>
          </w:tcPr>
          <w:p w14:paraId="388B5F9F" w14:textId="77777777" w:rsidR="00465E6C" w:rsidRPr="002E535A" w:rsidRDefault="00465E6C" w:rsidP="002C48FE">
            <w:pPr>
              <w:spacing w:after="0" w:line="252" w:lineRule="auto"/>
              <w:jc w:val="center"/>
              <w:rPr>
                <w:sz w:val="20"/>
                <w:szCs w:val="28"/>
              </w:rPr>
            </w:pPr>
            <w:proofErr w:type="spellStart"/>
            <w:r w:rsidRPr="002E535A">
              <w:rPr>
                <w:rFonts w:ascii="Yu Gothic" w:eastAsia="Yu Gothic" w:hAnsi="Yu Gothic"/>
                <w:sz w:val="20"/>
                <w:szCs w:val="28"/>
              </w:rPr>
              <w:t>目的</w:t>
            </w:r>
            <w:proofErr w:type="spellEnd"/>
          </w:p>
        </w:tc>
        <w:tc>
          <w:tcPr>
            <w:tcW w:w="2268" w:type="dxa"/>
            <w:tcBorders>
              <w:top w:val="single" w:sz="8" w:space="0" w:color="7F8C8D"/>
              <w:left w:val="single" w:sz="8" w:space="0" w:color="7F8C8D"/>
              <w:bottom w:val="single" w:sz="8" w:space="0" w:color="7F8C8D"/>
              <w:right w:val="single" w:sz="8" w:space="0" w:color="7F8C8D"/>
            </w:tcBorders>
            <w:vAlign w:val="center"/>
          </w:tcPr>
          <w:p w14:paraId="55E01C72" w14:textId="77777777" w:rsidR="00465E6C" w:rsidRPr="00BF291F" w:rsidRDefault="00465E6C" w:rsidP="002C48FE">
            <w:pPr>
              <w:spacing w:after="0" w:line="252" w:lineRule="auto"/>
              <w:rPr>
                <w:szCs w:val="32"/>
              </w:rPr>
            </w:pPr>
          </w:p>
        </w:tc>
        <w:tc>
          <w:tcPr>
            <w:tcW w:w="2552" w:type="dxa"/>
            <w:tcBorders>
              <w:top w:val="single" w:sz="8" w:space="0" w:color="7F8C8D"/>
              <w:left w:val="single" w:sz="8" w:space="0" w:color="7F8C8D"/>
              <w:bottom w:val="single" w:sz="8" w:space="0" w:color="7F8C8D"/>
              <w:right w:val="single" w:sz="8" w:space="0" w:color="7F8C8D"/>
            </w:tcBorders>
            <w:vAlign w:val="center"/>
          </w:tcPr>
          <w:p w14:paraId="11B01869" w14:textId="77777777" w:rsidR="00465E6C" w:rsidRPr="00BF291F" w:rsidRDefault="00465E6C" w:rsidP="002C48FE">
            <w:pPr>
              <w:spacing w:after="0" w:line="252" w:lineRule="auto"/>
              <w:rPr>
                <w:szCs w:val="32"/>
              </w:rPr>
            </w:pPr>
          </w:p>
        </w:tc>
        <w:tc>
          <w:tcPr>
            <w:tcW w:w="2428" w:type="dxa"/>
            <w:tcBorders>
              <w:top w:val="single" w:sz="8" w:space="0" w:color="7F8C8D"/>
              <w:left w:val="single" w:sz="8" w:space="0" w:color="7F8C8D"/>
              <w:bottom w:val="single" w:sz="8" w:space="0" w:color="7F8C8D"/>
              <w:right w:val="single" w:sz="8" w:space="0" w:color="7F8C8D"/>
            </w:tcBorders>
            <w:vAlign w:val="center"/>
          </w:tcPr>
          <w:p w14:paraId="2BA52333" w14:textId="77777777" w:rsidR="00465E6C" w:rsidRPr="00BF291F" w:rsidRDefault="00465E6C" w:rsidP="002C48FE">
            <w:pPr>
              <w:spacing w:after="0" w:line="252" w:lineRule="auto"/>
              <w:rPr>
                <w:szCs w:val="32"/>
              </w:rPr>
            </w:pPr>
          </w:p>
        </w:tc>
      </w:tr>
      <w:tr w:rsidR="00945779" w:rsidRPr="00945779" w14:paraId="11906E12" w14:textId="77777777" w:rsidTr="002E535A">
        <w:trPr>
          <w:trHeight w:val="680"/>
          <w:jc w:val="center"/>
        </w:trPr>
        <w:tc>
          <w:tcPr>
            <w:tcW w:w="2400" w:type="dxa"/>
            <w:tcBorders>
              <w:top w:val="single" w:sz="8" w:space="0" w:color="7F8C8D"/>
              <w:left w:val="single" w:sz="8" w:space="0" w:color="7F8C8D"/>
              <w:bottom w:val="single" w:sz="8" w:space="0" w:color="7F8C8D"/>
              <w:right w:val="single" w:sz="8" w:space="0" w:color="7F8C8D"/>
            </w:tcBorders>
            <w:vAlign w:val="center"/>
          </w:tcPr>
          <w:p w14:paraId="4927A42A" w14:textId="77777777" w:rsidR="00465E6C" w:rsidRPr="002E535A" w:rsidRDefault="00465E6C" w:rsidP="002C48FE">
            <w:pPr>
              <w:spacing w:after="0" w:line="252" w:lineRule="auto"/>
              <w:jc w:val="center"/>
              <w:rPr>
                <w:sz w:val="20"/>
                <w:szCs w:val="28"/>
              </w:rPr>
            </w:pPr>
            <w:proofErr w:type="spellStart"/>
            <w:r w:rsidRPr="002E535A">
              <w:rPr>
                <w:rFonts w:ascii="Yu Gothic" w:eastAsia="Yu Gothic" w:hAnsi="Yu Gothic"/>
                <w:sz w:val="20"/>
                <w:szCs w:val="28"/>
              </w:rPr>
              <w:t>対象地域・対象者</w:t>
            </w:r>
            <w:proofErr w:type="spellEnd"/>
          </w:p>
        </w:tc>
        <w:tc>
          <w:tcPr>
            <w:tcW w:w="2268" w:type="dxa"/>
            <w:tcBorders>
              <w:top w:val="single" w:sz="8" w:space="0" w:color="7F8C8D"/>
              <w:left w:val="single" w:sz="8" w:space="0" w:color="7F8C8D"/>
              <w:bottom w:val="single" w:sz="8" w:space="0" w:color="7F8C8D"/>
              <w:right w:val="single" w:sz="8" w:space="0" w:color="7F8C8D"/>
            </w:tcBorders>
            <w:vAlign w:val="center"/>
          </w:tcPr>
          <w:p w14:paraId="10D1BDE5" w14:textId="77777777" w:rsidR="00465E6C" w:rsidRPr="00BF291F" w:rsidRDefault="00465E6C" w:rsidP="002C48FE">
            <w:pPr>
              <w:spacing w:after="0" w:line="252" w:lineRule="auto"/>
              <w:rPr>
                <w:szCs w:val="32"/>
              </w:rPr>
            </w:pPr>
          </w:p>
        </w:tc>
        <w:tc>
          <w:tcPr>
            <w:tcW w:w="2552" w:type="dxa"/>
            <w:tcBorders>
              <w:top w:val="single" w:sz="8" w:space="0" w:color="7F8C8D"/>
              <w:left w:val="single" w:sz="8" w:space="0" w:color="7F8C8D"/>
              <w:bottom w:val="single" w:sz="8" w:space="0" w:color="7F8C8D"/>
              <w:right w:val="single" w:sz="8" w:space="0" w:color="7F8C8D"/>
            </w:tcBorders>
            <w:vAlign w:val="center"/>
          </w:tcPr>
          <w:p w14:paraId="596EBD7A" w14:textId="77777777" w:rsidR="00465E6C" w:rsidRPr="00BF291F" w:rsidRDefault="00465E6C" w:rsidP="002C48FE">
            <w:pPr>
              <w:spacing w:after="0" w:line="252" w:lineRule="auto"/>
              <w:rPr>
                <w:szCs w:val="32"/>
              </w:rPr>
            </w:pPr>
          </w:p>
        </w:tc>
        <w:tc>
          <w:tcPr>
            <w:tcW w:w="2428" w:type="dxa"/>
            <w:tcBorders>
              <w:top w:val="single" w:sz="8" w:space="0" w:color="7F8C8D"/>
              <w:left w:val="single" w:sz="8" w:space="0" w:color="7F8C8D"/>
              <w:bottom w:val="single" w:sz="8" w:space="0" w:color="7F8C8D"/>
              <w:right w:val="single" w:sz="8" w:space="0" w:color="7F8C8D"/>
            </w:tcBorders>
            <w:vAlign w:val="center"/>
          </w:tcPr>
          <w:p w14:paraId="0867CF82" w14:textId="77777777" w:rsidR="00465E6C" w:rsidRPr="00BF291F" w:rsidRDefault="00465E6C" w:rsidP="002C48FE">
            <w:pPr>
              <w:spacing w:after="0" w:line="252" w:lineRule="auto"/>
              <w:rPr>
                <w:szCs w:val="32"/>
              </w:rPr>
            </w:pPr>
          </w:p>
        </w:tc>
      </w:tr>
      <w:tr w:rsidR="00945779" w:rsidRPr="00945779" w14:paraId="4A948BFD" w14:textId="77777777" w:rsidTr="002E535A">
        <w:trPr>
          <w:trHeight w:val="680"/>
          <w:jc w:val="center"/>
        </w:trPr>
        <w:tc>
          <w:tcPr>
            <w:tcW w:w="2400" w:type="dxa"/>
            <w:tcBorders>
              <w:top w:val="single" w:sz="8" w:space="0" w:color="7F8C8D"/>
              <w:left w:val="single" w:sz="8" w:space="0" w:color="7F8C8D"/>
              <w:bottom w:val="single" w:sz="8" w:space="0" w:color="7F8C8D"/>
              <w:right w:val="single" w:sz="8" w:space="0" w:color="7F8C8D"/>
            </w:tcBorders>
            <w:vAlign w:val="center"/>
          </w:tcPr>
          <w:p w14:paraId="6CDB52B9" w14:textId="77777777" w:rsidR="00465E6C" w:rsidRPr="002E535A" w:rsidRDefault="00465E6C" w:rsidP="002C48FE">
            <w:pPr>
              <w:spacing w:after="0" w:line="252" w:lineRule="auto"/>
              <w:jc w:val="center"/>
              <w:rPr>
                <w:sz w:val="20"/>
                <w:szCs w:val="28"/>
                <w:lang w:eastAsia="ja-JP"/>
              </w:rPr>
            </w:pPr>
            <w:r w:rsidRPr="002E535A">
              <w:rPr>
                <w:rFonts w:ascii="Yu Gothic" w:eastAsia="Yu Gothic" w:hAnsi="Yu Gothic"/>
                <w:sz w:val="20"/>
                <w:szCs w:val="28"/>
                <w:lang w:eastAsia="ja-JP"/>
              </w:rPr>
              <w:t>導入設備・システム等</w:t>
            </w:r>
          </w:p>
        </w:tc>
        <w:tc>
          <w:tcPr>
            <w:tcW w:w="2268" w:type="dxa"/>
            <w:tcBorders>
              <w:top w:val="single" w:sz="8" w:space="0" w:color="7F8C8D"/>
              <w:left w:val="single" w:sz="8" w:space="0" w:color="7F8C8D"/>
              <w:bottom w:val="single" w:sz="8" w:space="0" w:color="7F8C8D"/>
              <w:right w:val="single" w:sz="8" w:space="0" w:color="7F8C8D"/>
            </w:tcBorders>
            <w:vAlign w:val="center"/>
          </w:tcPr>
          <w:p w14:paraId="3501672A" w14:textId="77777777" w:rsidR="00465E6C" w:rsidRPr="00BF291F" w:rsidRDefault="00465E6C" w:rsidP="002C48FE">
            <w:pPr>
              <w:spacing w:after="0" w:line="252" w:lineRule="auto"/>
              <w:rPr>
                <w:szCs w:val="32"/>
                <w:lang w:eastAsia="ja-JP"/>
              </w:rPr>
            </w:pPr>
          </w:p>
        </w:tc>
        <w:tc>
          <w:tcPr>
            <w:tcW w:w="2552" w:type="dxa"/>
            <w:tcBorders>
              <w:top w:val="single" w:sz="8" w:space="0" w:color="7F8C8D"/>
              <w:left w:val="single" w:sz="8" w:space="0" w:color="7F8C8D"/>
              <w:bottom w:val="single" w:sz="8" w:space="0" w:color="7F8C8D"/>
              <w:right w:val="single" w:sz="8" w:space="0" w:color="7F8C8D"/>
            </w:tcBorders>
            <w:vAlign w:val="center"/>
          </w:tcPr>
          <w:p w14:paraId="11DF75BA" w14:textId="77777777" w:rsidR="00465E6C" w:rsidRPr="00BF291F" w:rsidRDefault="00465E6C" w:rsidP="002C48FE">
            <w:pPr>
              <w:spacing w:after="0" w:line="252" w:lineRule="auto"/>
              <w:rPr>
                <w:szCs w:val="32"/>
                <w:lang w:eastAsia="ja-JP"/>
              </w:rPr>
            </w:pPr>
          </w:p>
        </w:tc>
        <w:tc>
          <w:tcPr>
            <w:tcW w:w="2428" w:type="dxa"/>
            <w:tcBorders>
              <w:top w:val="single" w:sz="8" w:space="0" w:color="7F8C8D"/>
              <w:left w:val="single" w:sz="8" w:space="0" w:color="7F8C8D"/>
              <w:bottom w:val="single" w:sz="8" w:space="0" w:color="7F8C8D"/>
              <w:right w:val="single" w:sz="8" w:space="0" w:color="7F8C8D"/>
            </w:tcBorders>
            <w:vAlign w:val="center"/>
          </w:tcPr>
          <w:p w14:paraId="44B40E47" w14:textId="77777777" w:rsidR="00465E6C" w:rsidRPr="00BF291F" w:rsidRDefault="00465E6C" w:rsidP="002C48FE">
            <w:pPr>
              <w:spacing w:after="0" w:line="252" w:lineRule="auto"/>
              <w:rPr>
                <w:szCs w:val="32"/>
                <w:lang w:eastAsia="ja-JP"/>
              </w:rPr>
            </w:pPr>
          </w:p>
        </w:tc>
      </w:tr>
      <w:tr w:rsidR="00945779" w:rsidRPr="00945779" w14:paraId="26B6B144" w14:textId="77777777" w:rsidTr="002E535A">
        <w:trPr>
          <w:trHeight w:val="680"/>
          <w:jc w:val="center"/>
        </w:trPr>
        <w:tc>
          <w:tcPr>
            <w:tcW w:w="2400" w:type="dxa"/>
            <w:tcBorders>
              <w:top w:val="single" w:sz="8" w:space="0" w:color="7F8C8D"/>
              <w:left w:val="single" w:sz="8" w:space="0" w:color="7F8C8D"/>
              <w:bottom w:val="single" w:sz="8" w:space="0" w:color="7F8C8D"/>
              <w:right w:val="single" w:sz="8" w:space="0" w:color="7F8C8D"/>
            </w:tcBorders>
            <w:vAlign w:val="center"/>
          </w:tcPr>
          <w:p w14:paraId="3FCB4CB7" w14:textId="77777777" w:rsidR="00465E6C" w:rsidRPr="002E535A" w:rsidRDefault="00465E6C" w:rsidP="002C48FE">
            <w:pPr>
              <w:spacing w:after="0" w:line="252" w:lineRule="auto"/>
              <w:jc w:val="center"/>
              <w:rPr>
                <w:sz w:val="20"/>
                <w:szCs w:val="28"/>
              </w:rPr>
            </w:pPr>
            <w:proofErr w:type="spellStart"/>
            <w:r w:rsidRPr="002E535A">
              <w:rPr>
                <w:rFonts w:ascii="Yu Gothic" w:eastAsia="Yu Gothic" w:hAnsi="Yu Gothic"/>
                <w:sz w:val="20"/>
                <w:szCs w:val="28"/>
              </w:rPr>
              <w:t>工程・成果物</w:t>
            </w:r>
            <w:proofErr w:type="spellEnd"/>
          </w:p>
        </w:tc>
        <w:tc>
          <w:tcPr>
            <w:tcW w:w="2268" w:type="dxa"/>
            <w:tcBorders>
              <w:top w:val="single" w:sz="8" w:space="0" w:color="7F8C8D"/>
              <w:left w:val="single" w:sz="8" w:space="0" w:color="7F8C8D"/>
              <w:bottom w:val="single" w:sz="8" w:space="0" w:color="7F8C8D"/>
              <w:right w:val="single" w:sz="8" w:space="0" w:color="7F8C8D"/>
            </w:tcBorders>
            <w:vAlign w:val="center"/>
          </w:tcPr>
          <w:p w14:paraId="754AE038" w14:textId="77777777" w:rsidR="00465E6C" w:rsidRPr="00BF291F" w:rsidRDefault="00465E6C" w:rsidP="002C48FE">
            <w:pPr>
              <w:spacing w:after="0" w:line="252" w:lineRule="auto"/>
              <w:rPr>
                <w:szCs w:val="32"/>
              </w:rPr>
            </w:pPr>
          </w:p>
        </w:tc>
        <w:tc>
          <w:tcPr>
            <w:tcW w:w="2552" w:type="dxa"/>
            <w:tcBorders>
              <w:top w:val="single" w:sz="8" w:space="0" w:color="7F8C8D"/>
              <w:left w:val="single" w:sz="8" w:space="0" w:color="7F8C8D"/>
              <w:bottom w:val="single" w:sz="8" w:space="0" w:color="7F8C8D"/>
              <w:right w:val="single" w:sz="8" w:space="0" w:color="7F8C8D"/>
            </w:tcBorders>
            <w:vAlign w:val="center"/>
          </w:tcPr>
          <w:p w14:paraId="5488B915" w14:textId="77777777" w:rsidR="00465E6C" w:rsidRPr="00BF291F" w:rsidRDefault="00465E6C" w:rsidP="002C48FE">
            <w:pPr>
              <w:spacing w:after="0" w:line="252" w:lineRule="auto"/>
              <w:rPr>
                <w:szCs w:val="32"/>
              </w:rPr>
            </w:pPr>
          </w:p>
        </w:tc>
        <w:tc>
          <w:tcPr>
            <w:tcW w:w="2428" w:type="dxa"/>
            <w:tcBorders>
              <w:top w:val="single" w:sz="8" w:space="0" w:color="7F8C8D"/>
              <w:left w:val="single" w:sz="8" w:space="0" w:color="7F8C8D"/>
              <w:bottom w:val="single" w:sz="8" w:space="0" w:color="7F8C8D"/>
              <w:right w:val="single" w:sz="8" w:space="0" w:color="7F8C8D"/>
            </w:tcBorders>
            <w:vAlign w:val="center"/>
          </w:tcPr>
          <w:p w14:paraId="1C313478" w14:textId="77777777" w:rsidR="00465E6C" w:rsidRPr="00BF291F" w:rsidRDefault="00465E6C" w:rsidP="002C48FE">
            <w:pPr>
              <w:spacing w:after="0" w:line="252" w:lineRule="auto"/>
              <w:rPr>
                <w:szCs w:val="32"/>
              </w:rPr>
            </w:pPr>
          </w:p>
        </w:tc>
      </w:tr>
      <w:tr w:rsidR="00945779" w:rsidRPr="00945779" w14:paraId="499AA81D" w14:textId="77777777" w:rsidTr="002E535A">
        <w:trPr>
          <w:trHeight w:val="680"/>
          <w:jc w:val="center"/>
        </w:trPr>
        <w:tc>
          <w:tcPr>
            <w:tcW w:w="2400" w:type="dxa"/>
            <w:tcBorders>
              <w:top w:val="single" w:sz="8" w:space="0" w:color="7F8C8D"/>
              <w:left w:val="single" w:sz="8" w:space="0" w:color="7F8C8D"/>
              <w:bottom w:val="single" w:sz="8" w:space="0" w:color="7F8C8D"/>
              <w:right w:val="single" w:sz="8" w:space="0" w:color="7F8C8D"/>
            </w:tcBorders>
            <w:vAlign w:val="center"/>
          </w:tcPr>
          <w:p w14:paraId="49BB5718" w14:textId="77777777" w:rsidR="00465E6C" w:rsidRPr="002E535A" w:rsidRDefault="00465E6C" w:rsidP="002C48FE">
            <w:pPr>
              <w:spacing w:after="0" w:line="252" w:lineRule="auto"/>
              <w:jc w:val="center"/>
              <w:rPr>
                <w:sz w:val="20"/>
                <w:szCs w:val="28"/>
              </w:rPr>
            </w:pPr>
            <w:proofErr w:type="spellStart"/>
            <w:r w:rsidRPr="002E535A">
              <w:rPr>
                <w:rFonts w:ascii="Yu Gothic" w:eastAsia="Yu Gothic" w:hAnsi="Yu Gothic"/>
                <w:sz w:val="20"/>
                <w:szCs w:val="28"/>
              </w:rPr>
              <w:t>期待される効果</w:t>
            </w:r>
            <w:proofErr w:type="spellEnd"/>
          </w:p>
        </w:tc>
        <w:tc>
          <w:tcPr>
            <w:tcW w:w="2268" w:type="dxa"/>
            <w:tcBorders>
              <w:top w:val="single" w:sz="8" w:space="0" w:color="7F8C8D"/>
              <w:left w:val="single" w:sz="8" w:space="0" w:color="7F8C8D"/>
              <w:bottom w:val="single" w:sz="8" w:space="0" w:color="7F8C8D"/>
              <w:right w:val="single" w:sz="8" w:space="0" w:color="7F8C8D"/>
            </w:tcBorders>
            <w:vAlign w:val="center"/>
          </w:tcPr>
          <w:p w14:paraId="330901F2" w14:textId="77777777" w:rsidR="00465E6C" w:rsidRPr="00BF291F" w:rsidRDefault="00465E6C" w:rsidP="002C48FE">
            <w:pPr>
              <w:spacing w:after="0" w:line="252" w:lineRule="auto"/>
              <w:rPr>
                <w:szCs w:val="32"/>
              </w:rPr>
            </w:pPr>
          </w:p>
        </w:tc>
        <w:tc>
          <w:tcPr>
            <w:tcW w:w="2552" w:type="dxa"/>
            <w:tcBorders>
              <w:top w:val="single" w:sz="8" w:space="0" w:color="7F8C8D"/>
              <w:left w:val="single" w:sz="8" w:space="0" w:color="7F8C8D"/>
              <w:bottom w:val="single" w:sz="8" w:space="0" w:color="7F8C8D"/>
              <w:right w:val="single" w:sz="8" w:space="0" w:color="7F8C8D"/>
            </w:tcBorders>
            <w:vAlign w:val="center"/>
          </w:tcPr>
          <w:p w14:paraId="7B9C6CAA" w14:textId="77777777" w:rsidR="00465E6C" w:rsidRPr="00BF291F" w:rsidRDefault="00465E6C" w:rsidP="002C48FE">
            <w:pPr>
              <w:spacing w:after="0" w:line="252" w:lineRule="auto"/>
              <w:rPr>
                <w:szCs w:val="32"/>
              </w:rPr>
            </w:pPr>
          </w:p>
        </w:tc>
        <w:tc>
          <w:tcPr>
            <w:tcW w:w="2428" w:type="dxa"/>
            <w:tcBorders>
              <w:top w:val="single" w:sz="8" w:space="0" w:color="7F8C8D"/>
              <w:left w:val="single" w:sz="8" w:space="0" w:color="7F8C8D"/>
              <w:bottom w:val="single" w:sz="8" w:space="0" w:color="7F8C8D"/>
              <w:right w:val="single" w:sz="8" w:space="0" w:color="7F8C8D"/>
            </w:tcBorders>
            <w:vAlign w:val="center"/>
          </w:tcPr>
          <w:p w14:paraId="3B01A819" w14:textId="77777777" w:rsidR="00465E6C" w:rsidRPr="00BF291F" w:rsidRDefault="00465E6C" w:rsidP="002C48FE">
            <w:pPr>
              <w:spacing w:after="0" w:line="252" w:lineRule="auto"/>
              <w:rPr>
                <w:szCs w:val="32"/>
              </w:rPr>
            </w:pPr>
          </w:p>
        </w:tc>
      </w:tr>
    </w:tbl>
    <w:p w14:paraId="4D3042FE" w14:textId="54934966" w:rsidR="00465E6C" w:rsidRPr="00945779" w:rsidRDefault="00465E6C" w:rsidP="00465E6C">
      <w:pPr>
        <w:keepNext/>
        <w:spacing w:before="140" w:after="80"/>
      </w:pPr>
      <w:r w:rsidRPr="00945779">
        <w:rPr>
          <w:rFonts w:ascii="Yu Gothic" w:eastAsia="Yu Gothic" w:hAnsi="Yu Gothic"/>
          <w:b/>
          <w:sz w:val="24"/>
        </w:rPr>
        <w:t>3－1</w:t>
      </w:r>
      <w:r w:rsidR="009F34CD" w:rsidRPr="00945779">
        <w:rPr>
          <w:rFonts w:ascii="Yu Gothic" w:eastAsia="Yu Gothic" w:hAnsi="Yu Gothic" w:hint="eastAsia"/>
          <w:b/>
          <w:sz w:val="24"/>
          <w:lang w:eastAsia="ja-JP"/>
        </w:rPr>
        <w:t>3</w:t>
      </w:r>
      <w:r w:rsidRPr="00945779">
        <w:rPr>
          <w:rFonts w:ascii="Yu Gothic" w:eastAsia="Yu Gothic" w:hAnsi="Yu Gothic"/>
          <w:b/>
          <w:sz w:val="24"/>
        </w:rPr>
        <w:t xml:space="preserve">　</w:t>
      </w:r>
      <w:proofErr w:type="spellStart"/>
      <w:r w:rsidRPr="00945779">
        <w:rPr>
          <w:rFonts w:ascii="Yu Gothic" w:eastAsia="Yu Gothic" w:hAnsi="Yu Gothic"/>
          <w:b/>
          <w:sz w:val="24"/>
        </w:rPr>
        <w:t>その他特記事項</w:t>
      </w:r>
      <w:proofErr w:type="spellEnd"/>
    </w:p>
    <w:p w14:paraId="4F86D7AC" w14:textId="77777777" w:rsidR="00465E6C" w:rsidRPr="002E535A" w:rsidRDefault="00465E6C" w:rsidP="00465E6C">
      <w:pPr>
        <w:spacing w:after="40" w:line="264" w:lineRule="auto"/>
        <w:ind w:left="113"/>
        <w:rPr>
          <w:sz w:val="22"/>
          <w:szCs w:val="24"/>
          <w:lang w:eastAsia="ja-JP"/>
        </w:rPr>
      </w:pPr>
      <w:r w:rsidRPr="002E535A">
        <w:rPr>
          <w:rFonts w:ascii="Yu Gothic" w:eastAsia="Yu Gothic" w:hAnsi="Yu Gothic"/>
          <w:sz w:val="20"/>
          <w:szCs w:val="24"/>
          <w:lang w:eastAsia="ja-JP"/>
        </w:rPr>
        <w:t>※　許認可、関係法令、データ利用、個人情報保護、調達上の制約その他事業実施上の重要事項がある場合は記載してください。</w:t>
      </w:r>
    </w:p>
    <w:tbl>
      <w:tblPr>
        <w:tblW w:w="0" w:type="auto"/>
        <w:jc w:val="center"/>
        <w:tblLayout w:type="fixed"/>
        <w:tblLook w:val="04A0" w:firstRow="1" w:lastRow="0" w:firstColumn="1" w:lastColumn="0" w:noHBand="0" w:noVBand="1"/>
      </w:tblPr>
      <w:tblGrid>
        <w:gridCol w:w="9648"/>
      </w:tblGrid>
      <w:tr w:rsidR="00945779" w:rsidRPr="00945779" w14:paraId="1E2166CC" w14:textId="77777777" w:rsidTr="002E535A">
        <w:trPr>
          <w:trHeight w:val="737"/>
          <w:jc w:val="center"/>
        </w:trPr>
        <w:tc>
          <w:tcPr>
            <w:tcW w:w="9648" w:type="dxa"/>
            <w:tcBorders>
              <w:top w:val="single" w:sz="8" w:space="0" w:color="7F8C8D"/>
              <w:left w:val="single" w:sz="8" w:space="0" w:color="7F8C8D"/>
              <w:bottom w:val="single" w:sz="8" w:space="0" w:color="7F8C8D"/>
              <w:right w:val="single" w:sz="8" w:space="0" w:color="7F8C8D"/>
            </w:tcBorders>
            <w:vAlign w:val="center"/>
          </w:tcPr>
          <w:p w14:paraId="52DFD146" w14:textId="77777777" w:rsidR="002E535A" w:rsidRDefault="002E535A" w:rsidP="002C48FE">
            <w:pPr>
              <w:spacing w:after="0" w:line="252" w:lineRule="auto"/>
              <w:rPr>
                <w:rFonts w:eastAsiaTheme="minorEastAsia" w:hint="eastAsia"/>
                <w:lang w:eastAsia="ja-JP"/>
              </w:rPr>
            </w:pPr>
          </w:p>
          <w:p w14:paraId="294CE82D" w14:textId="77777777" w:rsidR="005D5589" w:rsidRDefault="005D5589" w:rsidP="002C48FE">
            <w:pPr>
              <w:spacing w:after="0" w:line="252" w:lineRule="auto"/>
              <w:rPr>
                <w:rFonts w:eastAsiaTheme="minorEastAsia" w:hint="eastAsia"/>
                <w:lang w:eastAsia="ja-JP"/>
              </w:rPr>
            </w:pPr>
          </w:p>
          <w:p w14:paraId="25E8290F" w14:textId="77777777" w:rsidR="005D5589" w:rsidRDefault="005D5589" w:rsidP="002C48FE">
            <w:pPr>
              <w:spacing w:after="0" w:line="252" w:lineRule="auto"/>
              <w:rPr>
                <w:rFonts w:eastAsiaTheme="minorEastAsia" w:hint="eastAsia"/>
                <w:lang w:eastAsia="ja-JP"/>
              </w:rPr>
            </w:pPr>
          </w:p>
          <w:p w14:paraId="6D6FB335" w14:textId="77777777" w:rsidR="005D5589" w:rsidRDefault="005D5589" w:rsidP="002C48FE">
            <w:pPr>
              <w:spacing w:after="0" w:line="252" w:lineRule="auto"/>
              <w:rPr>
                <w:rFonts w:eastAsiaTheme="minorEastAsia" w:hint="eastAsia"/>
                <w:lang w:eastAsia="ja-JP"/>
              </w:rPr>
            </w:pPr>
          </w:p>
          <w:p w14:paraId="030CD3AE" w14:textId="77777777" w:rsidR="005D5589" w:rsidRPr="002E535A" w:rsidRDefault="005D5589" w:rsidP="002C48FE">
            <w:pPr>
              <w:spacing w:after="0" w:line="252" w:lineRule="auto"/>
              <w:rPr>
                <w:rFonts w:eastAsiaTheme="minorEastAsia" w:hint="eastAsia"/>
                <w:lang w:eastAsia="ja-JP"/>
              </w:rPr>
            </w:pPr>
          </w:p>
        </w:tc>
      </w:tr>
    </w:tbl>
    <w:p w14:paraId="02715684" w14:textId="77777777" w:rsidR="00465E6C" w:rsidRPr="00945779" w:rsidRDefault="00465E6C" w:rsidP="00465E6C">
      <w:pPr>
        <w:spacing w:after="0"/>
        <w:rPr>
          <w:lang w:eastAsia="ja-JP"/>
        </w:rPr>
      </w:pPr>
      <w:r w:rsidRPr="00945779">
        <w:rPr>
          <w:rFonts w:ascii="Yu Gothic" w:eastAsia="Yu Gothic" w:hAnsi="Yu Gothic"/>
          <w:sz w:val="2"/>
          <w:lang w:eastAsia="ja-JP"/>
        </w:rPr>
        <w:br w:type="page"/>
      </w:r>
    </w:p>
    <w:p w14:paraId="5110A51F" w14:textId="77777777" w:rsidR="00465E6C" w:rsidRPr="00945779" w:rsidRDefault="00465E6C" w:rsidP="00465E6C">
      <w:pPr>
        <w:pStyle w:val="1"/>
        <w:spacing w:before="160" w:after="120"/>
        <w:rPr>
          <w:color w:val="auto"/>
          <w:lang w:eastAsia="ja-JP"/>
        </w:rPr>
      </w:pPr>
      <w:r w:rsidRPr="00945779">
        <w:rPr>
          <w:rFonts w:ascii="Yu Gothic" w:eastAsia="Yu Gothic" w:hAnsi="Yu Gothic"/>
          <w:color w:val="auto"/>
          <w:lang w:eastAsia="ja-JP"/>
        </w:rPr>
        <w:lastRenderedPageBreak/>
        <w:t>4　事業に必要な経費</w:t>
      </w:r>
    </w:p>
    <w:p w14:paraId="069B85B0" w14:textId="77777777" w:rsidR="00465E6C" w:rsidRPr="002E535A" w:rsidRDefault="00465E6C" w:rsidP="00465E6C">
      <w:pPr>
        <w:spacing w:after="40" w:line="264" w:lineRule="auto"/>
        <w:ind w:left="113"/>
        <w:rPr>
          <w:sz w:val="22"/>
          <w:szCs w:val="24"/>
          <w:lang w:eastAsia="ja-JP"/>
        </w:rPr>
      </w:pPr>
      <w:r w:rsidRPr="002E535A">
        <w:rPr>
          <w:rFonts w:ascii="Yu Gothic" w:eastAsia="Yu Gothic" w:hAnsi="Yu Gothic"/>
          <w:sz w:val="20"/>
          <w:szCs w:val="24"/>
          <w:lang w:eastAsia="ja-JP"/>
        </w:rPr>
        <w:t>※　共同申請の場合は、事業者ごとの費用負担が分かるよう記載してください。</w:t>
      </w:r>
    </w:p>
    <w:p w14:paraId="176458E1" w14:textId="5A7EA1A2" w:rsidR="00465E6C" w:rsidRPr="002E535A" w:rsidRDefault="00465E6C" w:rsidP="00465E6C">
      <w:pPr>
        <w:keepNext/>
        <w:spacing w:before="140" w:after="80"/>
        <w:rPr>
          <w:sz w:val="22"/>
          <w:szCs w:val="24"/>
        </w:rPr>
      </w:pPr>
      <w:r w:rsidRPr="00945779">
        <w:rPr>
          <w:rFonts w:ascii="Yu Gothic" w:eastAsia="Yu Gothic" w:hAnsi="Yu Gothic"/>
          <w:b/>
          <w:sz w:val="24"/>
        </w:rPr>
        <w:t>（1）収入</w:t>
      </w:r>
      <w:r w:rsidRPr="00945779">
        <w:rPr>
          <w:rFonts w:ascii="Yu Gothic" w:eastAsia="Yu Gothic" w:hAnsi="Yu Gothic" w:hint="eastAsia"/>
          <w:b/>
          <w:sz w:val="24"/>
          <w:lang w:eastAsia="ja-JP"/>
        </w:rPr>
        <w:t xml:space="preserve">　　　　　　　　　　　　　　　　　　　　　　　　　　　　　　　</w:t>
      </w:r>
      <w:r w:rsidRPr="002E535A">
        <w:rPr>
          <w:rFonts w:ascii="Yu Gothic" w:eastAsia="Yu Gothic" w:hAnsi="Yu Gothic"/>
          <w:sz w:val="20"/>
          <w:szCs w:val="24"/>
        </w:rPr>
        <w:t>（</w:t>
      </w:r>
      <w:proofErr w:type="spellStart"/>
      <w:r w:rsidRPr="002E535A">
        <w:rPr>
          <w:rFonts w:ascii="Yu Gothic" w:eastAsia="Yu Gothic" w:hAnsi="Yu Gothic"/>
          <w:sz w:val="20"/>
          <w:szCs w:val="24"/>
        </w:rPr>
        <w:t>単位：円</w:t>
      </w:r>
      <w:proofErr w:type="spellEnd"/>
      <w:r w:rsidRPr="002E535A">
        <w:rPr>
          <w:rFonts w:ascii="Yu Gothic" w:eastAsia="Yu Gothic" w:hAnsi="Yu Gothic"/>
          <w:sz w:val="20"/>
          <w:szCs w:val="24"/>
        </w:rPr>
        <w:t>）</w:t>
      </w:r>
    </w:p>
    <w:tbl>
      <w:tblPr>
        <w:tblW w:w="0" w:type="auto"/>
        <w:jc w:val="center"/>
        <w:tblLayout w:type="fixed"/>
        <w:tblLook w:val="04A0" w:firstRow="1" w:lastRow="0" w:firstColumn="1" w:lastColumn="0" w:noHBand="0" w:noVBand="1"/>
      </w:tblPr>
      <w:tblGrid>
        <w:gridCol w:w="3818"/>
        <w:gridCol w:w="5830"/>
      </w:tblGrid>
      <w:tr w:rsidR="00945779" w:rsidRPr="002E535A" w14:paraId="790BC284" w14:textId="77777777" w:rsidTr="002C48FE">
        <w:trPr>
          <w:trHeight w:val="397"/>
          <w:tblHeader/>
          <w:jc w:val="center"/>
        </w:trPr>
        <w:tc>
          <w:tcPr>
            <w:tcW w:w="381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FB25C18" w14:textId="77777777" w:rsidR="00465E6C" w:rsidRPr="002E535A" w:rsidRDefault="00465E6C" w:rsidP="002C48FE">
            <w:pPr>
              <w:spacing w:after="0" w:line="252" w:lineRule="auto"/>
              <w:jc w:val="center"/>
              <w:rPr>
                <w:sz w:val="22"/>
                <w:szCs w:val="24"/>
              </w:rPr>
            </w:pPr>
            <w:proofErr w:type="spellStart"/>
            <w:r w:rsidRPr="002E535A">
              <w:rPr>
                <w:rFonts w:ascii="Yu Gothic" w:eastAsia="Yu Gothic" w:hAnsi="Yu Gothic"/>
                <w:b/>
                <w:sz w:val="20"/>
                <w:szCs w:val="24"/>
              </w:rPr>
              <w:t>項目</w:t>
            </w:r>
            <w:proofErr w:type="spellEnd"/>
          </w:p>
        </w:tc>
        <w:tc>
          <w:tcPr>
            <w:tcW w:w="583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883F2EF" w14:textId="77777777" w:rsidR="00465E6C" w:rsidRPr="002E535A" w:rsidRDefault="00465E6C" w:rsidP="002C48FE">
            <w:pPr>
              <w:spacing w:after="0" w:line="252" w:lineRule="auto"/>
              <w:jc w:val="center"/>
              <w:rPr>
                <w:sz w:val="22"/>
                <w:szCs w:val="24"/>
                <w:lang w:eastAsia="ja-JP"/>
              </w:rPr>
            </w:pPr>
            <w:proofErr w:type="spellStart"/>
            <w:r w:rsidRPr="002E535A">
              <w:rPr>
                <w:rFonts w:ascii="Yu Gothic" w:eastAsia="Yu Gothic" w:hAnsi="Yu Gothic"/>
                <w:b/>
                <w:sz w:val="20"/>
                <w:szCs w:val="24"/>
              </w:rPr>
              <w:t>金額</w:t>
            </w:r>
            <w:proofErr w:type="spellEnd"/>
          </w:p>
        </w:tc>
      </w:tr>
      <w:tr w:rsidR="00945779" w:rsidRPr="002E535A" w14:paraId="1062F8C7" w14:textId="77777777" w:rsidTr="002C48FE">
        <w:trPr>
          <w:trHeight w:val="425"/>
          <w:jc w:val="center"/>
        </w:trPr>
        <w:tc>
          <w:tcPr>
            <w:tcW w:w="3818" w:type="dxa"/>
            <w:tcBorders>
              <w:top w:val="single" w:sz="8" w:space="0" w:color="7F8C8D"/>
              <w:left w:val="single" w:sz="8" w:space="0" w:color="7F8C8D"/>
              <w:bottom w:val="single" w:sz="8" w:space="0" w:color="7F8C8D"/>
              <w:right w:val="single" w:sz="8" w:space="0" w:color="7F8C8D"/>
            </w:tcBorders>
            <w:vAlign w:val="center"/>
          </w:tcPr>
          <w:p w14:paraId="5332405B" w14:textId="77777777" w:rsidR="00465E6C" w:rsidRPr="002E535A" w:rsidRDefault="00465E6C" w:rsidP="002C48FE">
            <w:pPr>
              <w:spacing w:after="0" w:line="252" w:lineRule="auto"/>
              <w:rPr>
                <w:sz w:val="22"/>
                <w:szCs w:val="24"/>
              </w:rPr>
            </w:pPr>
            <w:proofErr w:type="spellStart"/>
            <w:r w:rsidRPr="002E535A">
              <w:rPr>
                <w:rFonts w:ascii="Yu Gothic" w:eastAsia="Yu Gothic" w:hAnsi="Yu Gothic"/>
                <w:sz w:val="20"/>
                <w:szCs w:val="24"/>
              </w:rPr>
              <w:t>自己資金</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49DBCD62" w14:textId="77777777" w:rsidR="00465E6C" w:rsidRPr="002E535A" w:rsidRDefault="00465E6C" w:rsidP="002C48FE">
            <w:pPr>
              <w:spacing w:after="0" w:line="252" w:lineRule="auto"/>
              <w:rPr>
                <w:sz w:val="22"/>
                <w:szCs w:val="24"/>
              </w:rPr>
            </w:pPr>
          </w:p>
        </w:tc>
      </w:tr>
      <w:tr w:rsidR="00945779" w:rsidRPr="002E535A" w14:paraId="27B325A7" w14:textId="77777777" w:rsidTr="002C48FE">
        <w:trPr>
          <w:trHeight w:val="425"/>
          <w:jc w:val="center"/>
        </w:trPr>
        <w:tc>
          <w:tcPr>
            <w:tcW w:w="3818" w:type="dxa"/>
            <w:tcBorders>
              <w:top w:val="single" w:sz="8" w:space="0" w:color="7F8C8D"/>
              <w:left w:val="single" w:sz="8" w:space="0" w:color="7F8C8D"/>
              <w:bottom w:val="single" w:sz="8" w:space="0" w:color="7F8C8D"/>
              <w:right w:val="single" w:sz="8" w:space="0" w:color="7F8C8D"/>
            </w:tcBorders>
            <w:vAlign w:val="center"/>
          </w:tcPr>
          <w:p w14:paraId="3FEEAB68" w14:textId="77777777" w:rsidR="00465E6C" w:rsidRPr="002E535A" w:rsidRDefault="00465E6C" w:rsidP="002C48FE">
            <w:pPr>
              <w:spacing w:after="0" w:line="252" w:lineRule="auto"/>
              <w:rPr>
                <w:sz w:val="22"/>
                <w:szCs w:val="24"/>
              </w:rPr>
            </w:pPr>
            <w:proofErr w:type="spellStart"/>
            <w:r w:rsidRPr="002E535A">
              <w:rPr>
                <w:rFonts w:ascii="Yu Gothic" w:eastAsia="Yu Gothic" w:hAnsi="Yu Gothic"/>
                <w:sz w:val="20"/>
                <w:szCs w:val="24"/>
              </w:rPr>
              <w:t>起債又は借入金</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423288B3" w14:textId="77777777" w:rsidR="00465E6C" w:rsidRPr="002E535A" w:rsidRDefault="00465E6C" w:rsidP="002C48FE">
            <w:pPr>
              <w:spacing w:after="0" w:line="252" w:lineRule="auto"/>
              <w:rPr>
                <w:sz w:val="22"/>
                <w:szCs w:val="24"/>
              </w:rPr>
            </w:pPr>
          </w:p>
        </w:tc>
      </w:tr>
      <w:tr w:rsidR="00945779" w:rsidRPr="002E535A" w14:paraId="02BA415C" w14:textId="77777777" w:rsidTr="002C48FE">
        <w:trPr>
          <w:trHeight w:val="425"/>
          <w:jc w:val="center"/>
        </w:trPr>
        <w:tc>
          <w:tcPr>
            <w:tcW w:w="3818" w:type="dxa"/>
            <w:tcBorders>
              <w:top w:val="single" w:sz="8" w:space="0" w:color="7F8C8D"/>
              <w:left w:val="single" w:sz="8" w:space="0" w:color="7F8C8D"/>
              <w:bottom w:val="single" w:sz="8" w:space="0" w:color="7F8C8D"/>
              <w:right w:val="single" w:sz="8" w:space="0" w:color="7F8C8D"/>
            </w:tcBorders>
            <w:vAlign w:val="center"/>
          </w:tcPr>
          <w:p w14:paraId="1EB83D5B" w14:textId="77777777" w:rsidR="00465E6C" w:rsidRPr="002E535A" w:rsidRDefault="00465E6C" w:rsidP="002C48FE">
            <w:pPr>
              <w:spacing w:after="0" w:line="252" w:lineRule="auto"/>
              <w:rPr>
                <w:sz w:val="22"/>
                <w:szCs w:val="24"/>
              </w:rPr>
            </w:pPr>
            <w:proofErr w:type="spellStart"/>
            <w:r w:rsidRPr="002E535A">
              <w:rPr>
                <w:rFonts w:ascii="Yu Gothic" w:eastAsia="Yu Gothic" w:hAnsi="Yu Gothic"/>
                <w:sz w:val="20"/>
                <w:szCs w:val="24"/>
              </w:rPr>
              <w:t>その他</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1D167CB1" w14:textId="77777777" w:rsidR="00465E6C" w:rsidRPr="002E535A" w:rsidRDefault="00465E6C" w:rsidP="002C48FE">
            <w:pPr>
              <w:spacing w:after="0" w:line="252" w:lineRule="auto"/>
              <w:rPr>
                <w:sz w:val="22"/>
                <w:szCs w:val="24"/>
              </w:rPr>
            </w:pPr>
          </w:p>
        </w:tc>
      </w:tr>
      <w:tr w:rsidR="00945779" w:rsidRPr="002E535A" w14:paraId="7EC2AB86" w14:textId="77777777" w:rsidTr="002C48FE">
        <w:trPr>
          <w:trHeight w:val="595"/>
          <w:jc w:val="center"/>
        </w:trPr>
        <w:tc>
          <w:tcPr>
            <w:tcW w:w="3818" w:type="dxa"/>
            <w:tcBorders>
              <w:top w:val="single" w:sz="8" w:space="0" w:color="7F8C8D"/>
              <w:left w:val="single" w:sz="8" w:space="0" w:color="7F8C8D"/>
              <w:bottom w:val="single" w:sz="8" w:space="0" w:color="7F8C8D"/>
              <w:right w:val="single" w:sz="8" w:space="0" w:color="7F8C8D"/>
            </w:tcBorders>
            <w:vAlign w:val="center"/>
          </w:tcPr>
          <w:p w14:paraId="3E6A1C98" w14:textId="77777777" w:rsidR="00465E6C" w:rsidRPr="002E535A" w:rsidRDefault="00465E6C" w:rsidP="002C48FE">
            <w:pPr>
              <w:spacing w:after="0" w:line="252" w:lineRule="auto"/>
              <w:rPr>
                <w:sz w:val="22"/>
                <w:szCs w:val="24"/>
                <w:lang w:eastAsia="ja-JP"/>
              </w:rPr>
            </w:pPr>
            <w:r w:rsidRPr="002E535A">
              <w:rPr>
                <w:rFonts w:ascii="Yu Gothic" w:eastAsia="Yu Gothic" w:hAnsi="Yu Gothic"/>
                <w:sz w:val="20"/>
                <w:szCs w:val="24"/>
                <w:lang w:eastAsia="ja-JP"/>
              </w:rPr>
              <w:t>医薬品安定供給支援補助金（医薬品卸業者に対する継続的な安定供給支援事業）</w:t>
            </w:r>
          </w:p>
        </w:tc>
        <w:tc>
          <w:tcPr>
            <w:tcW w:w="5830" w:type="dxa"/>
            <w:tcBorders>
              <w:top w:val="single" w:sz="8" w:space="0" w:color="7F8C8D"/>
              <w:left w:val="single" w:sz="8" w:space="0" w:color="7F8C8D"/>
              <w:bottom w:val="single" w:sz="8" w:space="0" w:color="7F8C8D"/>
              <w:right w:val="single" w:sz="8" w:space="0" w:color="7F8C8D"/>
            </w:tcBorders>
            <w:vAlign w:val="center"/>
          </w:tcPr>
          <w:p w14:paraId="07D7D994" w14:textId="77777777" w:rsidR="00465E6C" w:rsidRPr="002E535A" w:rsidRDefault="00465E6C" w:rsidP="002C48FE">
            <w:pPr>
              <w:spacing w:after="0" w:line="252" w:lineRule="auto"/>
              <w:rPr>
                <w:sz w:val="22"/>
                <w:szCs w:val="24"/>
                <w:lang w:eastAsia="ja-JP"/>
              </w:rPr>
            </w:pPr>
          </w:p>
        </w:tc>
      </w:tr>
      <w:tr w:rsidR="00945779" w:rsidRPr="002E535A" w14:paraId="33D74DB0" w14:textId="77777777" w:rsidTr="002C48FE">
        <w:trPr>
          <w:trHeight w:val="454"/>
          <w:jc w:val="center"/>
        </w:trPr>
        <w:tc>
          <w:tcPr>
            <w:tcW w:w="3818" w:type="dxa"/>
            <w:tcBorders>
              <w:top w:val="single" w:sz="8" w:space="0" w:color="7F8C8D"/>
              <w:left w:val="single" w:sz="8" w:space="0" w:color="7F8C8D"/>
              <w:bottom w:val="single" w:sz="8" w:space="0" w:color="7F8C8D"/>
              <w:right w:val="single" w:sz="8" w:space="0" w:color="7F8C8D"/>
            </w:tcBorders>
            <w:vAlign w:val="center"/>
          </w:tcPr>
          <w:p w14:paraId="0D3B2CB1" w14:textId="77777777" w:rsidR="00465E6C" w:rsidRPr="002E535A" w:rsidRDefault="00465E6C" w:rsidP="002C48FE">
            <w:pPr>
              <w:spacing w:after="0" w:line="252" w:lineRule="auto"/>
              <w:rPr>
                <w:sz w:val="22"/>
                <w:szCs w:val="24"/>
              </w:rPr>
            </w:pPr>
            <w:proofErr w:type="spellStart"/>
            <w:r w:rsidRPr="002E535A">
              <w:rPr>
                <w:rFonts w:ascii="Yu Gothic" w:eastAsia="Yu Gothic" w:hAnsi="Yu Gothic"/>
                <w:sz w:val="20"/>
                <w:szCs w:val="24"/>
              </w:rPr>
              <w:t>上記以外の補助金</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322E4344" w14:textId="77777777" w:rsidR="00465E6C" w:rsidRPr="002E535A" w:rsidRDefault="00465E6C" w:rsidP="002C48FE">
            <w:pPr>
              <w:spacing w:after="0" w:line="252" w:lineRule="auto"/>
              <w:rPr>
                <w:sz w:val="22"/>
                <w:szCs w:val="24"/>
              </w:rPr>
            </w:pPr>
          </w:p>
        </w:tc>
      </w:tr>
      <w:tr w:rsidR="00945779" w:rsidRPr="002E535A" w14:paraId="1D28B596" w14:textId="77777777" w:rsidTr="002C48FE">
        <w:trPr>
          <w:trHeight w:val="454"/>
          <w:jc w:val="center"/>
        </w:trPr>
        <w:tc>
          <w:tcPr>
            <w:tcW w:w="3818" w:type="dxa"/>
            <w:tcBorders>
              <w:top w:val="single" w:sz="8" w:space="0" w:color="7F8C8D"/>
              <w:left w:val="single" w:sz="8" w:space="0" w:color="7F8C8D"/>
              <w:bottom w:val="single" w:sz="8" w:space="0" w:color="7F8C8D"/>
              <w:right w:val="single" w:sz="8" w:space="0" w:color="7F8C8D"/>
            </w:tcBorders>
            <w:vAlign w:val="center"/>
          </w:tcPr>
          <w:p w14:paraId="65CC2570" w14:textId="77777777" w:rsidR="00465E6C" w:rsidRPr="002E535A" w:rsidRDefault="00465E6C" w:rsidP="002C48FE">
            <w:pPr>
              <w:spacing w:after="0" w:line="252" w:lineRule="auto"/>
              <w:rPr>
                <w:sz w:val="22"/>
                <w:szCs w:val="24"/>
              </w:rPr>
            </w:pPr>
            <w:proofErr w:type="spellStart"/>
            <w:r w:rsidRPr="002E535A">
              <w:rPr>
                <w:rFonts w:ascii="Yu Gothic" w:eastAsia="Yu Gothic" w:hAnsi="Yu Gothic"/>
                <w:sz w:val="20"/>
                <w:szCs w:val="24"/>
              </w:rPr>
              <w:t>合計</w:t>
            </w:r>
            <w:proofErr w:type="spellEnd"/>
          </w:p>
        </w:tc>
        <w:tc>
          <w:tcPr>
            <w:tcW w:w="5830" w:type="dxa"/>
            <w:tcBorders>
              <w:top w:val="single" w:sz="8" w:space="0" w:color="7F8C8D"/>
              <w:left w:val="single" w:sz="8" w:space="0" w:color="7F8C8D"/>
              <w:bottom w:val="single" w:sz="8" w:space="0" w:color="7F8C8D"/>
              <w:right w:val="single" w:sz="8" w:space="0" w:color="7F8C8D"/>
            </w:tcBorders>
            <w:vAlign w:val="center"/>
          </w:tcPr>
          <w:p w14:paraId="63C524FC" w14:textId="77777777" w:rsidR="00465E6C" w:rsidRPr="002E535A" w:rsidRDefault="00465E6C" w:rsidP="002C48FE">
            <w:pPr>
              <w:spacing w:after="0" w:line="252" w:lineRule="auto"/>
              <w:rPr>
                <w:sz w:val="22"/>
                <w:szCs w:val="24"/>
              </w:rPr>
            </w:pPr>
          </w:p>
        </w:tc>
      </w:tr>
    </w:tbl>
    <w:p w14:paraId="3DCAED65" w14:textId="77777777" w:rsidR="00465E6C" w:rsidRPr="002E535A" w:rsidRDefault="00465E6C" w:rsidP="00465E6C">
      <w:pPr>
        <w:spacing w:after="40" w:line="264" w:lineRule="auto"/>
        <w:ind w:left="113"/>
        <w:rPr>
          <w:sz w:val="22"/>
          <w:szCs w:val="24"/>
          <w:lang w:eastAsia="ja-JP"/>
        </w:rPr>
      </w:pPr>
      <w:r w:rsidRPr="002E535A">
        <w:rPr>
          <w:rFonts w:ascii="Yu Gothic" w:eastAsia="Yu Gothic" w:hAnsi="Yu Gothic"/>
          <w:sz w:val="20"/>
          <w:szCs w:val="24"/>
          <w:lang w:eastAsia="ja-JP"/>
        </w:rPr>
        <w:t>※　借入を予定する場合は、資金調達先、返済計画等が分かる資料を添付してください。</w:t>
      </w:r>
    </w:p>
    <w:p w14:paraId="2D02147C" w14:textId="77777777" w:rsidR="00465E6C" w:rsidRPr="002E535A" w:rsidRDefault="00465E6C" w:rsidP="00465E6C">
      <w:pPr>
        <w:spacing w:after="40" w:line="264" w:lineRule="auto"/>
        <w:ind w:left="113"/>
        <w:rPr>
          <w:sz w:val="22"/>
          <w:szCs w:val="24"/>
          <w:lang w:eastAsia="ja-JP"/>
        </w:rPr>
      </w:pPr>
      <w:r w:rsidRPr="002E535A">
        <w:rPr>
          <w:rFonts w:ascii="Yu Gothic" w:eastAsia="Yu Gothic" w:hAnsi="Yu Gothic"/>
          <w:sz w:val="20"/>
          <w:szCs w:val="24"/>
          <w:lang w:eastAsia="ja-JP"/>
        </w:rPr>
        <w:t>※　他の補助金等を検討している場合は、助成者、制度名、助成内容等を記載してください。</w:t>
      </w:r>
    </w:p>
    <w:p w14:paraId="43D895E4" w14:textId="77A044DC" w:rsidR="00465E6C" w:rsidRPr="002E535A" w:rsidRDefault="00465E6C" w:rsidP="00465E6C">
      <w:pPr>
        <w:keepNext/>
        <w:spacing w:before="140" w:after="80"/>
        <w:rPr>
          <w:sz w:val="22"/>
          <w:szCs w:val="24"/>
        </w:rPr>
      </w:pPr>
      <w:r w:rsidRPr="00945779">
        <w:rPr>
          <w:rFonts w:ascii="Yu Gothic" w:eastAsia="Yu Gothic" w:hAnsi="Yu Gothic"/>
          <w:b/>
          <w:sz w:val="24"/>
        </w:rPr>
        <w:t>（2）支出</w:t>
      </w:r>
      <w:r w:rsidRPr="00945779">
        <w:rPr>
          <w:rFonts w:ascii="Yu Gothic" w:eastAsia="Yu Gothic" w:hAnsi="Yu Gothic" w:hint="eastAsia"/>
          <w:b/>
          <w:sz w:val="24"/>
          <w:lang w:eastAsia="ja-JP"/>
        </w:rPr>
        <w:t xml:space="preserve">　　　　　　　　　　　　　　　　　　　　　　　　　　　　　　　</w:t>
      </w:r>
      <w:r w:rsidRPr="002E535A">
        <w:rPr>
          <w:rFonts w:ascii="Yu Gothic" w:eastAsia="Yu Gothic" w:hAnsi="Yu Gothic"/>
          <w:sz w:val="20"/>
          <w:szCs w:val="24"/>
        </w:rPr>
        <w:t>（</w:t>
      </w:r>
      <w:proofErr w:type="spellStart"/>
      <w:r w:rsidRPr="002E535A">
        <w:rPr>
          <w:rFonts w:ascii="Yu Gothic" w:eastAsia="Yu Gothic" w:hAnsi="Yu Gothic"/>
          <w:sz w:val="20"/>
          <w:szCs w:val="24"/>
        </w:rPr>
        <w:t>単位：円</w:t>
      </w:r>
      <w:proofErr w:type="spellEnd"/>
      <w:r w:rsidRPr="002E535A">
        <w:rPr>
          <w:rFonts w:ascii="Yu Gothic" w:eastAsia="Yu Gothic" w:hAnsi="Yu Gothic"/>
          <w:sz w:val="20"/>
          <w:szCs w:val="24"/>
        </w:rPr>
        <w:t>）</w:t>
      </w:r>
    </w:p>
    <w:tbl>
      <w:tblPr>
        <w:tblW w:w="0" w:type="auto"/>
        <w:jc w:val="center"/>
        <w:tblLayout w:type="fixed"/>
        <w:tblLook w:val="04A0" w:firstRow="1" w:lastRow="0" w:firstColumn="1" w:lastColumn="0" w:noHBand="0" w:noVBand="1"/>
      </w:tblPr>
      <w:tblGrid>
        <w:gridCol w:w="1691"/>
        <w:gridCol w:w="2268"/>
        <w:gridCol w:w="1729"/>
        <w:gridCol w:w="1944"/>
        <w:gridCol w:w="2016"/>
      </w:tblGrid>
      <w:tr w:rsidR="00945779" w:rsidRPr="002E535A" w14:paraId="20E574A4" w14:textId="77777777" w:rsidTr="002E535A">
        <w:trPr>
          <w:trHeight w:val="482"/>
          <w:tblHeader/>
          <w:jc w:val="center"/>
        </w:trPr>
        <w:tc>
          <w:tcPr>
            <w:tcW w:w="1691"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6FB122F" w14:textId="77777777" w:rsidR="00465E6C" w:rsidRPr="002E535A" w:rsidRDefault="00465E6C" w:rsidP="002C48FE">
            <w:pPr>
              <w:spacing w:after="0" w:line="252" w:lineRule="auto"/>
              <w:jc w:val="center"/>
              <w:rPr>
                <w:sz w:val="20"/>
                <w:szCs w:val="20"/>
              </w:rPr>
            </w:pPr>
            <w:proofErr w:type="spellStart"/>
            <w:r w:rsidRPr="002E535A">
              <w:rPr>
                <w:rFonts w:ascii="Yu Gothic" w:eastAsia="Yu Gothic" w:hAnsi="Yu Gothic"/>
                <w:b/>
                <w:sz w:val="20"/>
                <w:szCs w:val="20"/>
              </w:rPr>
              <w:t>費目</w:t>
            </w:r>
            <w:proofErr w:type="spellEnd"/>
          </w:p>
        </w:tc>
        <w:tc>
          <w:tcPr>
            <w:tcW w:w="226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8F5846B" w14:textId="77777777" w:rsidR="00465E6C" w:rsidRPr="002E535A" w:rsidRDefault="00465E6C" w:rsidP="002C48FE">
            <w:pPr>
              <w:spacing w:after="0" w:line="252" w:lineRule="auto"/>
              <w:jc w:val="center"/>
              <w:rPr>
                <w:sz w:val="20"/>
                <w:szCs w:val="20"/>
                <w:lang w:eastAsia="ja-JP"/>
              </w:rPr>
            </w:pPr>
            <w:r w:rsidRPr="002E535A">
              <w:rPr>
                <w:rFonts w:ascii="Yu Gothic" w:eastAsia="Yu Gothic" w:hAnsi="Yu Gothic"/>
                <w:b/>
                <w:sz w:val="20"/>
                <w:szCs w:val="20"/>
                <w:lang w:eastAsia="ja-JP"/>
              </w:rPr>
              <w:t>補助事業に要する経費</w:t>
            </w:r>
          </w:p>
        </w:tc>
        <w:tc>
          <w:tcPr>
            <w:tcW w:w="1729"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DE5D391" w14:textId="77777777" w:rsidR="00465E6C" w:rsidRPr="002E535A" w:rsidRDefault="00465E6C" w:rsidP="002C48FE">
            <w:pPr>
              <w:spacing w:after="0" w:line="252" w:lineRule="auto"/>
              <w:jc w:val="center"/>
              <w:rPr>
                <w:rFonts w:ascii="Yu Gothic" w:eastAsia="Yu Gothic" w:hAnsi="Yu Gothic"/>
                <w:b/>
                <w:sz w:val="20"/>
                <w:szCs w:val="20"/>
                <w:lang w:eastAsia="ja-JP"/>
              </w:rPr>
            </w:pPr>
            <w:proofErr w:type="spellStart"/>
            <w:r w:rsidRPr="002E535A">
              <w:rPr>
                <w:rFonts w:ascii="Yu Gothic" w:eastAsia="Yu Gothic" w:hAnsi="Yu Gothic"/>
                <w:b/>
                <w:sz w:val="20"/>
                <w:szCs w:val="20"/>
              </w:rPr>
              <w:t>補助対象経費</w:t>
            </w:r>
            <w:proofErr w:type="spellEnd"/>
          </w:p>
        </w:tc>
        <w:tc>
          <w:tcPr>
            <w:tcW w:w="194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44F21B39" w14:textId="77777777" w:rsidR="00465E6C" w:rsidRPr="002E535A" w:rsidRDefault="00465E6C" w:rsidP="002C48FE">
            <w:pPr>
              <w:spacing w:after="0" w:line="252" w:lineRule="auto"/>
              <w:jc w:val="center"/>
              <w:rPr>
                <w:sz w:val="20"/>
                <w:szCs w:val="20"/>
                <w:lang w:eastAsia="ja-JP"/>
              </w:rPr>
            </w:pPr>
            <w:r w:rsidRPr="002E535A">
              <w:rPr>
                <w:rFonts w:ascii="Yu Gothic" w:eastAsia="Yu Gothic" w:hAnsi="Yu Gothic"/>
                <w:b/>
                <w:sz w:val="20"/>
                <w:szCs w:val="20"/>
                <w:lang w:eastAsia="zh-CN"/>
              </w:rPr>
              <w:t>補助事業者負担額</w:t>
            </w:r>
          </w:p>
        </w:tc>
        <w:tc>
          <w:tcPr>
            <w:tcW w:w="201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70B205E" w14:textId="77777777" w:rsidR="00465E6C" w:rsidRPr="002E535A" w:rsidRDefault="00465E6C" w:rsidP="002C48FE">
            <w:pPr>
              <w:spacing w:after="0" w:line="252" w:lineRule="auto"/>
              <w:jc w:val="center"/>
              <w:rPr>
                <w:sz w:val="20"/>
                <w:szCs w:val="20"/>
              </w:rPr>
            </w:pPr>
            <w:proofErr w:type="spellStart"/>
            <w:r w:rsidRPr="002E535A">
              <w:rPr>
                <w:rFonts w:ascii="Yu Gothic" w:eastAsia="Yu Gothic" w:hAnsi="Yu Gothic"/>
                <w:b/>
                <w:sz w:val="20"/>
                <w:szCs w:val="20"/>
              </w:rPr>
              <w:t>補助金交付申請額</w:t>
            </w:r>
            <w:proofErr w:type="spellEnd"/>
          </w:p>
        </w:tc>
      </w:tr>
      <w:tr w:rsidR="00945779" w:rsidRPr="002E535A" w14:paraId="5516AF93" w14:textId="77777777" w:rsidTr="002E535A">
        <w:trPr>
          <w:trHeight w:val="482"/>
          <w:jc w:val="center"/>
        </w:trPr>
        <w:tc>
          <w:tcPr>
            <w:tcW w:w="1691" w:type="dxa"/>
            <w:tcBorders>
              <w:top w:val="single" w:sz="8" w:space="0" w:color="7F8C8D"/>
              <w:left w:val="single" w:sz="8" w:space="0" w:color="7F8C8D"/>
              <w:bottom w:val="single" w:sz="8" w:space="0" w:color="7F8C8D"/>
              <w:right w:val="single" w:sz="8" w:space="0" w:color="7F8C8D"/>
            </w:tcBorders>
            <w:vAlign w:val="center"/>
          </w:tcPr>
          <w:p w14:paraId="1DB87DCA" w14:textId="77777777" w:rsidR="00465E6C" w:rsidRPr="002E535A" w:rsidRDefault="00465E6C" w:rsidP="002C48FE">
            <w:pPr>
              <w:spacing w:after="0" w:line="252" w:lineRule="auto"/>
              <w:jc w:val="center"/>
              <w:rPr>
                <w:sz w:val="20"/>
                <w:szCs w:val="20"/>
              </w:rPr>
            </w:pPr>
            <w:proofErr w:type="spellStart"/>
            <w:r w:rsidRPr="002E535A">
              <w:rPr>
                <w:rFonts w:ascii="Yu Gothic" w:eastAsia="Yu Gothic" w:hAnsi="Yu Gothic"/>
                <w:sz w:val="20"/>
                <w:szCs w:val="20"/>
              </w:rPr>
              <w:t>システム関係費</w:t>
            </w:r>
            <w:proofErr w:type="spellEnd"/>
          </w:p>
        </w:tc>
        <w:tc>
          <w:tcPr>
            <w:tcW w:w="2268" w:type="dxa"/>
            <w:tcBorders>
              <w:top w:val="single" w:sz="8" w:space="0" w:color="7F8C8D"/>
              <w:left w:val="single" w:sz="8" w:space="0" w:color="7F8C8D"/>
              <w:bottom w:val="single" w:sz="8" w:space="0" w:color="7F8C8D"/>
              <w:right w:val="single" w:sz="8" w:space="0" w:color="7F8C8D"/>
            </w:tcBorders>
            <w:vAlign w:val="center"/>
          </w:tcPr>
          <w:p w14:paraId="49BE696D" w14:textId="77777777" w:rsidR="00465E6C" w:rsidRPr="00BF291F" w:rsidRDefault="00465E6C" w:rsidP="002C48FE">
            <w:pPr>
              <w:spacing w:after="0" w:line="252" w:lineRule="auto"/>
              <w:rPr>
                <w:sz w:val="22"/>
              </w:rPr>
            </w:pPr>
          </w:p>
        </w:tc>
        <w:tc>
          <w:tcPr>
            <w:tcW w:w="1729" w:type="dxa"/>
            <w:tcBorders>
              <w:top w:val="single" w:sz="8" w:space="0" w:color="7F8C8D"/>
              <w:left w:val="single" w:sz="8" w:space="0" w:color="7F8C8D"/>
              <w:bottom w:val="single" w:sz="8" w:space="0" w:color="7F8C8D"/>
              <w:right w:val="single" w:sz="8" w:space="0" w:color="7F8C8D"/>
            </w:tcBorders>
            <w:vAlign w:val="center"/>
          </w:tcPr>
          <w:p w14:paraId="28DF5989" w14:textId="77777777" w:rsidR="00465E6C" w:rsidRPr="00BF291F" w:rsidRDefault="00465E6C" w:rsidP="002C48FE">
            <w:pPr>
              <w:spacing w:after="0" w:line="252" w:lineRule="auto"/>
              <w:rPr>
                <w:sz w:val="22"/>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1B7A9591" w14:textId="77777777" w:rsidR="00465E6C" w:rsidRPr="00BF291F" w:rsidRDefault="00465E6C" w:rsidP="002C48FE">
            <w:pPr>
              <w:spacing w:after="0" w:line="252" w:lineRule="auto"/>
              <w:rPr>
                <w:sz w:val="22"/>
              </w:rPr>
            </w:pPr>
          </w:p>
        </w:tc>
        <w:tc>
          <w:tcPr>
            <w:tcW w:w="2016" w:type="dxa"/>
            <w:tcBorders>
              <w:top w:val="single" w:sz="8" w:space="0" w:color="7F8C8D"/>
              <w:left w:val="single" w:sz="8" w:space="0" w:color="7F8C8D"/>
              <w:bottom w:val="single" w:sz="8" w:space="0" w:color="7F8C8D"/>
              <w:right w:val="single" w:sz="8" w:space="0" w:color="7F8C8D"/>
            </w:tcBorders>
            <w:vAlign w:val="center"/>
          </w:tcPr>
          <w:p w14:paraId="48C8A960" w14:textId="77777777" w:rsidR="00465E6C" w:rsidRPr="00BF291F" w:rsidRDefault="00465E6C" w:rsidP="002C48FE">
            <w:pPr>
              <w:spacing w:after="0" w:line="252" w:lineRule="auto"/>
              <w:rPr>
                <w:sz w:val="22"/>
              </w:rPr>
            </w:pPr>
          </w:p>
        </w:tc>
      </w:tr>
      <w:tr w:rsidR="00945779" w:rsidRPr="002E535A" w14:paraId="287F5FB1" w14:textId="77777777" w:rsidTr="002E535A">
        <w:trPr>
          <w:trHeight w:val="482"/>
          <w:jc w:val="center"/>
        </w:trPr>
        <w:tc>
          <w:tcPr>
            <w:tcW w:w="1691" w:type="dxa"/>
            <w:tcBorders>
              <w:top w:val="single" w:sz="8" w:space="0" w:color="7F8C8D"/>
              <w:left w:val="single" w:sz="8" w:space="0" w:color="7F8C8D"/>
              <w:bottom w:val="single" w:sz="8" w:space="0" w:color="7F8C8D"/>
              <w:right w:val="single" w:sz="8" w:space="0" w:color="7F8C8D"/>
            </w:tcBorders>
            <w:vAlign w:val="center"/>
          </w:tcPr>
          <w:p w14:paraId="625A833A" w14:textId="77777777" w:rsidR="00465E6C" w:rsidRPr="002E535A" w:rsidRDefault="00465E6C" w:rsidP="002C48FE">
            <w:pPr>
              <w:spacing w:after="0" w:line="252" w:lineRule="auto"/>
              <w:jc w:val="center"/>
              <w:rPr>
                <w:sz w:val="20"/>
                <w:szCs w:val="20"/>
              </w:rPr>
            </w:pPr>
            <w:proofErr w:type="spellStart"/>
            <w:r w:rsidRPr="002E535A">
              <w:rPr>
                <w:rFonts w:ascii="Yu Gothic" w:eastAsia="Yu Gothic" w:hAnsi="Yu Gothic"/>
                <w:sz w:val="20"/>
                <w:szCs w:val="20"/>
              </w:rPr>
              <w:t>設備費</w:t>
            </w:r>
            <w:proofErr w:type="spellEnd"/>
          </w:p>
        </w:tc>
        <w:tc>
          <w:tcPr>
            <w:tcW w:w="2268" w:type="dxa"/>
            <w:tcBorders>
              <w:top w:val="single" w:sz="8" w:space="0" w:color="7F8C8D"/>
              <w:left w:val="single" w:sz="8" w:space="0" w:color="7F8C8D"/>
              <w:bottom w:val="single" w:sz="8" w:space="0" w:color="7F8C8D"/>
              <w:right w:val="single" w:sz="8" w:space="0" w:color="7F8C8D"/>
            </w:tcBorders>
            <w:vAlign w:val="center"/>
          </w:tcPr>
          <w:p w14:paraId="45692655" w14:textId="77777777" w:rsidR="00465E6C" w:rsidRPr="00BF291F" w:rsidRDefault="00465E6C" w:rsidP="002C48FE">
            <w:pPr>
              <w:spacing w:after="0" w:line="252" w:lineRule="auto"/>
              <w:rPr>
                <w:sz w:val="22"/>
              </w:rPr>
            </w:pPr>
          </w:p>
        </w:tc>
        <w:tc>
          <w:tcPr>
            <w:tcW w:w="1729" w:type="dxa"/>
            <w:tcBorders>
              <w:top w:val="single" w:sz="8" w:space="0" w:color="7F8C8D"/>
              <w:left w:val="single" w:sz="8" w:space="0" w:color="7F8C8D"/>
              <w:bottom w:val="single" w:sz="8" w:space="0" w:color="7F8C8D"/>
              <w:right w:val="single" w:sz="8" w:space="0" w:color="7F8C8D"/>
            </w:tcBorders>
            <w:vAlign w:val="center"/>
          </w:tcPr>
          <w:p w14:paraId="6DF051AF" w14:textId="77777777" w:rsidR="00465E6C" w:rsidRPr="00BF291F" w:rsidRDefault="00465E6C" w:rsidP="002C48FE">
            <w:pPr>
              <w:spacing w:after="0" w:line="252" w:lineRule="auto"/>
              <w:rPr>
                <w:sz w:val="22"/>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377A995D" w14:textId="77777777" w:rsidR="00465E6C" w:rsidRPr="00BF291F" w:rsidRDefault="00465E6C" w:rsidP="002C48FE">
            <w:pPr>
              <w:spacing w:after="0" w:line="252" w:lineRule="auto"/>
              <w:rPr>
                <w:sz w:val="22"/>
              </w:rPr>
            </w:pPr>
          </w:p>
        </w:tc>
        <w:tc>
          <w:tcPr>
            <w:tcW w:w="2016" w:type="dxa"/>
            <w:tcBorders>
              <w:top w:val="single" w:sz="8" w:space="0" w:color="7F8C8D"/>
              <w:left w:val="single" w:sz="8" w:space="0" w:color="7F8C8D"/>
              <w:bottom w:val="single" w:sz="8" w:space="0" w:color="7F8C8D"/>
              <w:right w:val="single" w:sz="8" w:space="0" w:color="7F8C8D"/>
            </w:tcBorders>
            <w:vAlign w:val="center"/>
          </w:tcPr>
          <w:p w14:paraId="755A691C" w14:textId="77777777" w:rsidR="00465E6C" w:rsidRPr="00BF291F" w:rsidRDefault="00465E6C" w:rsidP="002C48FE">
            <w:pPr>
              <w:spacing w:after="0" w:line="252" w:lineRule="auto"/>
              <w:rPr>
                <w:sz w:val="22"/>
              </w:rPr>
            </w:pPr>
          </w:p>
        </w:tc>
      </w:tr>
      <w:tr w:rsidR="00945779" w:rsidRPr="002E535A" w14:paraId="6AEC67A7" w14:textId="77777777" w:rsidTr="002E535A">
        <w:trPr>
          <w:trHeight w:val="482"/>
          <w:jc w:val="center"/>
        </w:trPr>
        <w:tc>
          <w:tcPr>
            <w:tcW w:w="1691" w:type="dxa"/>
            <w:tcBorders>
              <w:top w:val="single" w:sz="8" w:space="0" w:color="7F8C8D"/>
              <w:left w:val="single" w:sz="8" w:space="0" w:color="7F8C8D"/>
              <w:bottom w:val="single" w:sz="8" w:space="0" w:color="7F8C8D"/>
              <w:right w:val="single" w:sz="8" w:space="0" w:color="7F8C8D"/>
            </w:tcBorders>
            <w:vAlign w:val="center"/>
          </w:tcPr>
          <w:p w14:paraId="3986E158" w14:textId="77777777" w:rsidR="00465E6C" w:rsidRPr="002E535A" w:rsidRDefault="00465E6C" w:rsidP="002C48FE">
            <w:pPr>
              <w:spacing w:after="0" w:line="252" w:lineRule="auto"/>
              <w:jc w:val="center"/>
              <w:rPr>
                <w:sz w:val="20"/>
                <w:szCs w:val="20"/>
              </w:rPr>
            </w:pPr>
            <w:proofErr w:type="spellStart"/>
            <w:r w:rsidRPr="002E535A">
              <w:rPr>
                <w:rFonts w:ascii="Yu Gothic" w:eastAsia="Yu Gothic" w:hAnsi="Yu Gothic"/>
                <w:sz w:val="20"/>
                <w:szCs w:val="20"/>
              </w:rPr>
              <w:t>その他</w:t>
            </w:r>
            <w:proofErr w:type="spellEnd"/>
          </w:p>
        </w:tc>
        <w:tc>
          <w:tcPr>
            <w:tcW w:w="2268" w:type="dxa"/>
            <w:tcBorders>
              <w:top w:val="single" w:sz="8" w:space="0" w:color="7F8C8D"/>
              <w:left w:val="single" w:sz="8" w:space="0" w:color="7F8C8D"/>
              <w:bottom w:val="single" w:sz="8" w:space="0" w:color="7F8C8D"/>
              <w:right w:val="single" w:sz="8" w:space="0" w:color="7F8C8D"/>
            </w:tcBorders>
            <w:vAlign w:val="center"/>
          </w:tcPr>
          <w:p w14:paraId="067FB0DC" w14:textId="77777777" w:rsidR="00465E6C" w:rsidRPr="00BF291F" w:rsidRDefault="00465E6C" w:rsidP="002C48FE">
            <w:pPr>
              <w:spacing w:after="0" w:line="252" w:lineRule="auto"/>
              <w:rPr>
                <w:sz w:val="22"/>
              </w:rPr>
            </w:pPr>
          </w:p>
        </w:tc>
        <w:tc>
          <w:tcPr>
            <w:tcW w:w="1729" w:type="dxa"/>
            <w:tcBorders>
              <w:top w:val="single" w:sz="8" w:space="0" w:color="7F8C8D"/>
              <w:left w:val="single" w:sz="8" w:space="0" w:color="7F8C8D"/>
              <w:bottom w:val="single" w:sz="8" w:space="0" w:color="7F8C8D"/>
              <w:right w:val="single" w:sz="8" w:space="0" w:color="7F8C8D"/>
            </w:tcBorders>
            <w:vAlign w:val="center"/>
          </w:tcPr>
          <w:p w14:paraId="6BB08AC3" w14:textId="77777777" w:rsidR="00465E6C" w:rsidRPr="00BF291F" w:rsidRDefault="00465E6C" w:rsidP="002C48FE">
            <w:pPr>
              <w:spacing w:after="0" w:line="252" w:lineRule="auto"/>
              <w:rPr>
                <w:sz w:val="22"/>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6EC8466F" w14:textId="77777777" w:rsidR="00465E6C" w:rsidRPr="00BF291F" w:rsidRDefault="00465E6C" w:rsidP="002C48FE">
            <w:pPr>
              <w:spacing w:after="0" w:line="252" w:lineRule="auto"/>
              <w:rPr>
                <w:sz w:val="22"/>
              </w:rPr>
            </w:pPr>
          </w:p>
        </w:tc>
        <w:tc>
          <w:tcPr>
            <w:tcW w:w="2016" w:type="dxa"/>
            <w:tcBorders>
              <w:top w:val="single" w:sz="8" w:space="0" w:color="7F8C8D"/>
              <w:left w:val="single" w:sz="8" w:space="0" w:color="7F8C8D"/>
              <w:bottom w:val="single" w:sz="8" w:space="0" w:color="7F8C8D"/>
              <w:right w:val="single" w:sz="8" w:space="0" w:color="7F8C8D"/>
            </w:tcBorders>
            <w:vAlign w:val="center"/>
          </w:tcPr>
          <w:p w14:paraId="14430A3C" w14:textId="77777777" w:rsidR="00465E6C" w:rsidRPr="00BF291F" w:rsidRDefault="00465E6C" w:rsidP="002C48FE">
            <w:pPr>
              <w:spacing w:after="0" w:line="252" w:lineRule="auto"/>
              <w:rPr>
                <w:sz w:val="22"/>
              </w:rPr>
            </w:pPr>
          </w:p>
        </w:tc>
      </w:tr>
      <w:tr w:rsidR="00945779" w:rsidRPr="002E535A" w14:paraId="5BCB967C" w14:textId="77777777" w:rsidTr="002E535A">
        <w:trPr>
          <w:trHeight w:val="482"/>
          <w:jc w:val="center"/>
        </w:trPr>
        <w:tc>
          <w:tcPr>
            <w:tcW w:w="1691" w:type="dxa"/>
            <w:tcBorders>
              <w:top w:val="single" w:sz="8" w:space="0" w:color="7F8C8D"/>
              <w:left w:val="single" w:sz="8" w:space="0" w:color="7F8C8D"/>
              <w:bottom w:val="single" w:sz="8" w:space="0" w:color="7F8C8D"/>
              <w:right w:val="single" w:sz="8" w:space="0" w:color="7F8C8D"/>
            </w:tcBorders>
            <w:vAlign w:val="center"/>
          </w:tcPr>
          <w:p w14:paraId="0A5152EE" w14:textId="1CAB6DCE" w:rsidR="00465E6C" w:rsidRPr="002E535A" w:rsidRDefault="00465E6C" w:rsidP="002C48FE">
            <w:pPr>
              <w:spacing w:after="0" w:line="252" w:lineRule="auto"/>
              <w:jc w:val="center"/>
              <w:rPr>
                <w:sz w:val="20"/>
                <w:szCs w:val="20"/>
              </w:rPr>
            </w:pPr>
            <w:r w:rsidRPr="002E535A">
              <w:rPr>
                <w:rFonts w:ascii="Yu Gothic" w:eastAsia="Yu Gothic" w:hAnsi="Yu Gothic"/>
                <w:sz w:val="20"/>
                <w:szCs w:val="20"/>
              </w:rPr>
              <w:t>合</w:t>
            </w:r>
            <w:r w:rsidR="002E535A">
              <w:rPr>
                <w:rFonts w:ascii="Yu Gothic" w:eastAsia="Yu Gothic" w:hAnsi="Yu Gothic" w:hint="eastAsia"/>
                <w:sz w:val="20"/>
                <w:szCs w:val="20"/>
                <w:lang w:eastAsia="ja-JP"/>
              </w:rPr>
              <w:t xml:space="preserve">　</w:t>
            </w:r>
            <w:r w:rsidRPr="002E535A">
              <w:rPr>
                <w:rFonts w:ascii="Yu Gothic" w:eastAsia="Yu Gothic" w:hAnsi="Yu Gothic"/>
                <w:sz w:val="20"/>
                <w:szCs w:val="20"/>
              </w:rPr>
              <w:t>計</w:t>
            </w:r>
          </w:p>
        </w:tc>
        <w:tc>
          <w:tcPr>
            <w:tcW w:w="2268" w:type="dxa"/>
            <w:tcBorders>
              <w:top w:val="single" w:sz="8" w:space="0" w:color="7F8C8D"/>
              <w:left w:val="single" w:sz="8" w:space="0" w:color="7F8C8D"/>
              <w:bottom w:val="single" w:sz="8" w:space="0" w:color="7F8C8D"/>
              <w:right w:val="single" w:sz="8" w:space="0" w:color="7F8C8D"/>
            </w:tcBorders>
            <w:vAlign w:val="center"/>
          </w:tcPr>
          <w:p w14:paraId="6CE71F3E" w14:textId="77777777" w:rsidR="00465E6C" w:rsidRPr="00BF291F" w:rsidRDefault="00465E6C" w:rsidP="002C48FE">
            <w:pPr>
              <w:spacing w:after="0" w:line="252" w:lineRule="auto"/>
              <w:rPr>
                <w:sz w:val="22"/>
              </w:rPr>
            </w:pPr>
          </w:p>
        </w:tc>
        <w:tc>
          <w:tcPr>
            <w:tcW w:w="1729" w:type="dxa"/>
            <w:tcBorders>
              <w:top w:val="single" w:sz="8" w:space="0" w:color="7F8C8D"/>
              <w:left w:val="single" w:sz="8" w:space="0" w:color="7F8C8D"/>
              <w:bottom w:val="single" w:sz="8" w:space="0" w:color="7F8C8D"/>
              <w:right w:val="single" w:sz="8" w:space="0" w:color="7F8C8D"/>
            </w:tcBorders>
            <w:vAlign w:val="center"/>
          </w:tcPr>
          <w:p w14:paraId="79A682DC" w14:textId="77777777" w:rsidR="00465E6C" w:rsidRPr="00BF291F" w:rsidRDefault="00465E6C" w:rsidP="002C48FE">
            <w:pPr>
              <w:spacing w:after="0" w:line="252" w:lineRule="auto"/>
              <w:rPr>
                <w:sz w:val="22"/>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03F71D26" w14:textId="77777777" w:rsidR="00465E6C" w:rsidRPr="00BF291F" w:rsidRDefault="00465E6C" w:rsidP="002C48FE">
            <w:pPr>
              <w:spacing w:after="0" w:line="252" w:lineRule="auto"/>
              <w:rPr>
                <w:sz w:val="22"/>
              </w:rPr>
            </w:pPr>
          </w:p>
        </w:tc>
        <w:tc>
          <w:tcPr>
            <w:tcW w:w="2016" w:type="dxa"/>
            <w:tcBorders>
              <w:top w:val="single" w:sz="8" w:space="0" w:color="7F8C8D"/>
              <w:left w:val="single" w:sz="8" w:space="0" w:color="7F8C8D"/>
              <w:bottom w:val="single" w:sz="8" w:space="0" w:color="7F8C8D"/>
              <w:right w:val="single" w:sz="8" w:space="0" w:color="7F8C8D"/>
            </w:tcBorders>
            <w:vAlign w:val="center"/>
          </w:tcPr>
          <w:p w14:paraId="3A25EB95" w14:textId="77777777" w:rsidR="00465E6C" w:rsidRPr="00BF291F" w:rsidRDefault="00465E6C" w:rsidP="002C48FE">
            <w:pPr>
              <w:spacing w:after="0" w:line="252" w:lineRule="auto"/>
              <w:rPr>
                <w:sz w:val="22"/>
              </w:rPr>
            </w:pPr>
          </w:p>
        </w:tc>
      </w:tr>
    </w:tbl>
    <w:p w14:paraId="2C58E758" w14:textId="77777777" w:rsidR="00465E6C" w:rsidRPr="002E535A" w:rsidRDefault="00465E6C" w:rsidP="00465E6C">
      <w:pPr>
        <w:spacing w:after="40" w:line="264" w:lineRule="auto"/>
        <w:ind w:left="113"/>
        <w:rPr>
          <w:sz w:val="20"/>
          <w:szCs w:val="20"/>
          <w:lang w:eastAsia="ja-JP"/>
        </w:rPr>
      </w:pPr>
      <w:r w:rsidRPr="002E535A">
        <w:rPr>
          <w:rFonts w:ascii="Yu Gothic" w:eastAsia="Yu Gothic" w:hAnsi="Yu Gothic"/>
          <w:sz w:val="20"/>
          <w:szCs w:val="20"/>
          <w:lang w:eastAsia="ja-JP"/>
        </w:rPr>
        <w:t>※　公募要領に定める補助対象経費及び補助対象外経費を確認の上、区分してください。</w:t>
      </w:r>
    </w:p>
    <w:p w14:paraId="69AFDBB4" w14:textId="77777777" w:rsidR="00465E6C" w:rsidRPr="00945779" w:rsidRDefault="00465E6C" w:rsidP="00465E6C">
      <w:pPr>
        <w:spacing w:after="0"/>
        <w:rPr>
          <w:lang w:eastAsia="ja-JP"/>
        </w:rPr>
      </w:pPr>
      <w:r w:rsidRPr="00945779">
        <w:rPr>
          <w:rFonts w:ascii="Yu Gothic" w:eastAsia="Yu Gothic" w:hAnsi="Yu Gothic"/>
          <w:sz w:val="2"/>
          <w:lang w:eastAsia="ja-JP"/>
        </w:rPr>
        <w:br w:type="page"/>
      </w:r>
    </w:p>
    <w:p w14:paraId="1A8C8633" w14:textId="77777777" w:rsidR="00465E6C" w:rsidRPr="00945779" w:rsidRDefault="00465E6C" w:rsidP="00465E6C">
      <w:pPr>
        <w:keepNext/>
        <w:spacing w:before="140" w:after="80"/>
        <w:rPr>
          <w:lang w:eastAsia="ja-JP"/>
        </w:rPr>
      </w:pPr>
      <w:r w:rsidRPr="00945779">
        <w:rPr>
          <w:rFonts w:ascii="Yu Gothic" w:eastAsia="Yu Gothic" w:hAnsi="Yu Gothic"/>
          <w:b/>
          <w:sz w:val="24"/>
          <w:lang w:eastAsia="ja-JP"/>
        </w:rPr>
        <w:lastRenderedPageBreak/>
        <w:t>（3）令和8年度投資計画</w:t>
      </w:r>
    </w:p>
    <w:p w14:paraId="2C44D45E" w14:textId="77777777" w:rsidR="00356A72" w:rsidRDefault="00465E6C" w:rsidP="00356A72">
      <w:pPr>
        <w:spacing w:after="40" w:line="264" w:lineRule="auto"/>
        <w:ind w:left="113"/>
        <w:rPr>
          <w:rFonts w:ascii="Yu Gothic" w:eastAsia="Yu Gothic" w:hAnsi="Yu Gothic"/>
          <w:sz w:val="20"/>
          <w:szCs w:val="20"/>
          <w:lang w:eastAsia="ja-JP"/>
        </w:rPr>
      </w:pPr>
      <w:r w:rsidRPr="00356A72">
        <w:rPr>
          <w:rFonts w:ascii="Yu Gothic" w:eastAsia="Yu Gothic" w:hAnsi="Yu Gothic"/>
          <w:sz w:val="20"/>
          <w:szCs w:val="20"/>
          <w:lang w:eastAsia="ja-JP"/>
        </w:rPr>
        <w:t>※　補助対象分と補助対象外分を区分し、費目ごとに記載してください。共同申請の場合は申請者ごとに作成してください。</w:t>
      </w:r>
    </w:p>
    <w:p w14:paraId="1C050508" w14:textId="67977DBC" w:rsidR="00465E6C" w:rsidRPr="00356A72" w:rsidRDefault="00465E6C" w:rsidP="00356A72">
      <w:pPr>
        <w:spacing w:after="40" w:line="264" w:lineRule="auto"/>
        <w:ind w:left="113"/>
        <w:rPr>
          <w:sz w:val="20"/>
          <w:szCs w:val="20"/>
          <w:lang w:eastAsia="ja-JP"/>
        </w:rPr>
      </w:pPr>
      <w:r w:rsidRPr="00356A72">
        <w:rPr>
          <w:rFonts w:ascii="Yu Gothic" w:eastAsia="Yu Gothic" w:hAnsi="Yu Gothic" w:hint="eastAsia"/>
          <w:sz w:val="20"/>
          <w:szCs w:val="20"/>
          <w:lang w:eastAsia="ja-JP"/>
        </w:rPr>
        <w:t xml:space="preserve">　　　　　　　　　　　　　　　　　　　　　　　　　　　　　　　　　　　　　　　　　　　 </w:t>
      </w:r>
      <w:r w:rsidRPr="00356A72">
        <w:rPr>
          <w:rFonts w:ascii="Yu Gothic" w:eastAsia="Yu Gothic" w:hAnsi="Yu Gothic"/>
          <w:sz w:val="20"/>
          <w:szCs w:val="20"/>
        </w:rPr>
        <w:t>（</w:t>
      </w:r>
      <w:proofErr w:type="spellStart"/>
      <w:r w:rsidRPr="00356A72">
        <w:rPr>
          <w:rFonts w:ascii="Yu Gothic" w:eastAsia="Yu Gothic" w:hAnsi="Yu Gothic"/>
          <w:sz w:val="20"/>
          <w:szCs w:val="20"/>
        </w:rPr>
        <w:t>単位：円</w:t>
      </w:r>
      <w:proofErr w:type="spellEnd"/>
      <w:r w:rsidRPr="00356A72">
        <w:rPr>
          <w:rFonts w:ascii="Yu Gothic" w:eastAsia="Yu Gothic" w:hAnsi="Yu Gothic"/>
          <w:sz w:val="20"/>
          <w:szCs w:val="20"/>
        </w:rPr>
        <w:t>）</w:t>
      </w:r>
    </w:p>
    <w:tbl>
      <w:tblPr>
        <w:tblW w:w="0" w:type="auto"/>
        <w:jc w:val="center"/>
        <w:tblLayout w:type="fixed"/>
        <w:tblLook w:val="04A0" w:firstRow="1" w:lastRow="0" w:firstColumn="1" w:lastColumn="0" w:noHBand="0" w:noVBand="1"/>
      </w:tblPr>
      <w:tblGrid>
        <w:gridCol w:w="1656"/>
        <w:gridCol w:w="1944"/>
        <w:gridCol w:w="3528"/>
        <w:gridCol w:w="1509"/>
        <w:gridCol w:w="1276"/>
      </w:tblGrid>
      <w:tr w:rsidR="00945779" w:rsidRPr="00356A72" w14:paraId="15EF163B" w14:textId="77777777" w:rsidTr="002E535A">
        <w:trPr>
          <w:trHeight w:val="454"/>
          <w:tblHeader/>
          <w:jc w:val="center"/>
        </w:trPr>
        <w:tc>
          <w:tcPr>
            <w:tcW w:w="165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79EC7B8"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b/>
                <w:sz w:val="20"/>
                <w:szCs w:val="20"/>
              </w:rPr>
              <w:t>区分</w:t>
            </w:r>
            <w:proofErr w:type="spellEnd"/>
          </w:p>
        </w:tc>
        <w:tc>
          <w:tcPr>
            <w:tcW w:w="1944"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7160A014"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b/>
                <w:sz w:val="20"/>
                <w:szCs w:val="20"/>
              </w:rPr>
              <w:t>費目</w:t>
            </w:r>
            <w:proofErr w:type="spellEnd"/>
          </w:p>
        </w:tc>
        <w:tc>
          <w:tcPr>
            <w:tcW w:w="3528"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22EA0EFC"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b/>
                <w:sz w:val="20"/>
                <w:szCs w:val="20"/>
              </w:rPr>
              <w:t>具体的な投資内容</w:t>
            </w:r>
            <w:proofErr w:type="spellEnd"/>
          </w:p>
        </w:tc>
        <w:tc>
          <w:tcPr>
            <w:tcW w:w="1509"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84DACCC" w14:textId="77777777" w:rsidR="00465E6C" w:rsidRPr="00356A72" w:rsidRDefault="00465E6C" w:rsidP="002C48FE">
            <w:pPr>
              <w:spacing w:after="0" w:line="252" w:lineRule="auto"/>
              <w:jc w:val="center"/>
              <w:rPr>
                <w:sz w:val="20"/>
                <w:szCs w:val="20"/>
                <w:lang w:eastAsia="ja-JP"/>
              </w:rPr>
            </w:pPr>
            <w:proofErr w:type="spellStart"/>
            <w:r w:rsidRPr="00356A72">
              <w:rPr>
                <w:rFonts w:ascii="Yu Gothic" w:eastAsia="Yu Gothic" w:hAnsi="Yu Gothic"/>
                <w:b/>
                <w:sz w:val="20"/>
                <w:szCs w:val="20"/>
              </w:rPr>
              <w:t>経費</w:t>
            </w:r>
            <w:proofErr w:type="spellEnd"/>
          </w:p>
        </w:tc>
        <w:tc>
          <w:tcPr>
            <w:tcW w:w="1276"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26EABA05"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b/>
                <w:sz w:val="20"/>
                <w:szCs w:val="20"/>
              </w:rPr>
              <w:t>見積書等の参照</w:t>
            </w:r>
            <w:proofErr w:type="spellEnd"/>
          </w:p>
        </w:tc>
      </w:tr>
      <w:tr w:rsidR="00945779" w:rsidRPr="00356A72" w14:paraId="30C01F7A" w14:textId="77777777" w:rsidTr="002E535A">
        <w:trPr>
          <w:trHeight w:val="510"/>
          <w:jc w:val="center"/>
        </w:trPr>
        <w:tc>
          <w:tcPr>
            <w:tcW w:w="1656" w:type="dxa"/>
            <w:tcBorders>
              <w:top w:val="single" w:sz="8" w:space="0" w:color="7F8C8D"/>
              <w:left w:val="single" w:sz="8" w:space="0" w:color="7F8C8D"/>
              <w:bottom w:val="single" w:sz="8" w:space="0" w:color="7F8C8D"/>
              <w:right w:val="single" w:sz="8" w:space="0" w:color="7F8C8D"/>
            </w:tcBorders>
            <w:vAlign w:val="center"/>
          </w:tcPr>
          <w:p w14:paraId="103482B2"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sz w:val="20"/>
                <w:szCs w:val="20"/>
              </w:rPr>
              <w:t>補助対象分</w:t>
            </w:r>
            <w:proofErr w:type="spellEnd"/>
          </w:p>
        </w:tc>
        <w:tc>
          <w:tcPr>
            <w:tcW w:w="1944" w:type="dxa"/>
            <w:tcBorders>
              <w:top w:val="single" w:sz="8" w:space="0" w:color="7F8C8D"/>
              <w:left w:val="single" w:sz="8" w:space="0" w:color="7F8C8D"/>
              <w:bottom w:val="single" w:sz="8" w:space="0" w:color="7F8C8D"/>
              <w:right w:val="single" w:sz="8" w:space="0" w:color="7F8C8D"/>
            </w:tcBorders>
            <w:vAlign w:val="center"/>
          </w:tcPr>
          <w:p w14:paraId="49868F0D"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sz w:val="20"/>
                <w:szCs w:val="20"/>
              </w:rPr>
              <w:t>システム関係費</w:t>
            </w:r>
            <w:proofErr w:type="spellEnd"/>
          </w:p>
        </w:tc>
        <w:tc>
          <w:tcPr>
            <w:tcW w:w="3528" w:type="dxa"/>
            <w:tcBorders>
              <w:top w:val="single" w:sz="8" w:space="0" w:color="7F8C8D"/>
              <w:left w:val="single" w:sz="8" w:space="0" w:color="7F8C8D"/>
              <w:bottom w:val="single" w:sz="8" w:space="0" w:color="7F8C8D"/>
              <w:right w:val="single" w:sz="8" w:space="0" w:color="7F8C8D"/>
            </w:tcBorders>
            <w:vAlign w:val="center"/>
          </w:tcPr>
          <w:p w14:paraId="4A2ABBE4" w14:textId="77777777" w:rsidR="00465E6C" w:rsidRPr="00BF291F" w:rsidRDefault="00465E6C" w:rsidP="002C48FE">
            <w:pPr>
              <w:spacing w:after="0" w:line="252" w:lineRule="auto"/>
              <w:rPr>
                <w:sz w:val="22"/>
              </w:rPr>
            </w:pPr>
          </w:p>
        </w:tc>
        <w:tc>
          <w:tcPr>
            <w:tcW w:w="1509" w:type="dxa"/>
            <w:tcBorders>
              <w:top w:val="single" w:sz="8" w:space="0" w:color="7F8C8D"/>
              <w:left w:val="single" w:sz="8" w:space="0" w:color="7F8C8D"/>
              <w:bottom w:val="single" w:sz="8" w:space="0" w:color="7F8C8D"/>
              <w:right w:val="single" w:sz="8" w:space="0" w:color="7F8C8D"/>
            </w:tcBorders>
            <w:vAlign w:val="center"/>
          </w:tcPr>
          <w:p w14:paraId="6476EF52" w14:textId="77777777" w:rsidR="00465E6C" w:rsidRPr="00BF291F" w:rsidRDefault="00465E6C" w:rsidP="002C48FE">
            <w:pPr>
              <w:spacing w:after="0" w:line="252" w:lineRule="auto"/>
              <w:rPr>
                <w:sz w:val="22"/>
              </w:rPr>
            </w:pPr>
          </w:p>
        </w:tc>
        <w:tc>
          <w:tcPr>
            <w:tcW w:w="1276" w:type="dxa"/>
            <w:tcBorders>
              <w:top w:val="single" w:sz="8" w:space="0" w:color="7F8C8D"/>
              <w:left w:val="single" w:sz="8" w:space="0" w:color="7F8C8D"/>
              <w:bottom w:val="single" w:sz="8" w:space="0" w:color="7F8C8D"/>
              <w:right w:val="single" w:sz="8" w:space="0" w:color="7F8C8D"/>
            </w:tcBorders>
            <w:vAlign w:val="center"/>
          </w:tcPr>
          <w:p w14:paraId="41C8004B" w14:textId="77777777" w:rsidR="00465E6C" w:rsidRPr="00BF291F" w:rsidRDefault="00465E6C" w:rsidP="002C48FE">
            <w:pPr>
              <w:spacing w:after="0" w:line="252" w:lineRule="auto"/>
              <w:rPr>
                <w:sz w:val="22"/>
              </w:rPr>
            </w:pPr>
          </w:p>
        </w:tc>
      </w:tr>
      <w:tr w:rsidR="00945779" w:rsidRPr="00356A72" w14:paraId="60D93AB1" w14:textId="77777777" w:rsidTr="002E535A">
        <w:trPr>
          <w:trHeight w:val="510"/>
          <w:jc w:val="center"/>
        </w:trPr>
        <w:tc>
          <w:tcPr>
            <w:tcW w:w="1656" w:type="dxa"/>
            <w:tcBorders>
              <w:top w:val="single" w:sz="8" w:space="0" w:color="7F8C8D"/>
              <w:left w:val="single" w:sz="8" w:space="0" w:color="7F8C8D"/>
              <w:bottom w:val="single" w:sz="8" w:space="0" w:color="7F8C8D"/>
              <w:right w:val="single" w:sz="8" w:space="0" w:color="7F8C8D"/>
            </w:tcBorders>
            <w:vAlign w:val="center"/>
          </w:tcPr>
          <w:p w14:paraId="55846A2E" w14:textId="77777777" w:rsidR="00465E6C" w:rsidRPr="00356A72" w:rsidRDefault="00465E6C" w:rsidP="002C48FE">
            <w:pPr>
              <w:spacing w:after="0" w:line="252" w:lineRule="auto"/>
              <w:jc w:val="center"/>
              <w:rPr>
                <w:sz w:val="20"/>
                <w:szCs w:val="20"/>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53EA3EE7"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sz w:val="20"/>
                <w:szCs w:val="20"/>
              </w:rPr>
              <w:t>設備費</w:t>
            </w:r>
            <w:proofErr w:type="spellEnd"/>
          </w:p>
        </w:tc>
        <w:tc>
          <w:tcPr>
            <w:tcW w:w="3528" w:type="dxa"/>
            <w:tcBorders>
              <w:top w:val="single" w:sz="8" w:space="0" w:color="7F8C8D"/>
              <w:left w:val="single" w:sz="8" w:space="0" w:color="7F8C8D"/>
              <w:bottom w:val="single" w:sz="8" w:space="0" w:color="7F8C8D"/>
              <w:right w:val="single" w:sz="8" w:space="0" w:color="7F8C8D"/>
            </w:tcBorders>
            <w:vAlign w:val="center"/>
          </w:tcPr>
          <w:p w14:paraId="5C7BF5BD" w14:textId="77777777" w:rsidR="00465E6C" w:rsidRPr="00BF291F" w:rsidRDefault="00465E6C" w:rsidP="002C48FE">
            <w:pPr>
              <w:spacing w:after="0" w:line="252" w:lineRule="auto"/>
              <w:rPr>
                <w:sz w:val="22"/>
              </w:rPr>
            </w:pPr>
          </w:p>
        </w:tc>
        <w:tc>
          <w:tcPr>
            <w:tcW w:w="1509" w:type="dxa"/>
            <w:tcBorders>
              <w:top w:val="single" w:sz="8" w:space="0" w:color="7F8C8D"/>
              <w:left w:val="single" w:sz="8" w:space="0" w:color="7F8C8D"/>
              <w:bottom w:val="single" w:sz="8" w:space="0" w:color="7F8C8D"/>
              <w:right w:val="single" w:sz="8" w:space="0" w:color="7F8C8D"/>
            </w:tcBorders>
            <w:vAlign w:val="center"/>
          </w:tcPr>
          <w:p w14:paraId="1A8F3AFD" w14:textId="77777777" w:rsidR="00465E6C" w:rsidRPr="00BF291F" w:rsidRDefault="00465E6C" w:rsidP="002C48FE">
            <w:pPr>
              <w:spacing w:after="0" w:line="252" w:lineRule="auto"/>
              <w:rPr>
                <w:sz w:val="22"/>
              </w:rPr>
            </w:pPr>
          </w:p>
        </w:tc>
        <w:tc>
          <w:tcPr>
            <w:tcW w:w="1276" w:type="dxa"/>
            <w:tcBorders>
              <w:top w:val="single" w:sz="8" w:space="0" w:color="7F8C8D"/>
              <w:left w:val="single" w:sz="8" w:space="0" w:color="7F8C8D"/>
              <w:bottom w:val="single" w:sz="8" w:space="0" w:color="7F8C8D"/>
              <w:right w:val="single" w:sz="8" w:space="0" w:color="7F8C8D"/>
            </w:tcBorders>
            <w:vAlign w:val="center"/>
          </w:tcPr>
          <w:p w14:paraId="03D6C1E6" w14:textId="77777777" w:rsidR="00465E6C" w:rsidRPr="00BF291F" w:rsidRDefault="00465E6C" w:rsidP="002C48FE">
            <w:pPr>
              <w:spacing w:after="0" w:line="252" w:lineRule="auto"/>
              <w:rPr>
                <w:sz w:val="22"/>
              </w:rPr>
            </w:pPr>
          </w:p>
        </w:tc>
      </w:tr>
      <w:tr w:rsidR="00945779" w:rsidRPr="00356A72" w14:paraId="634ED567" w14:textId="77777777" w:rsidTr="002E535A">
        <w:trPr>
          <w:trHeight w:val="510"/>
          <w:jc w:val="center"/>
        </w:trPr>
        <w:tc>
          <w:tcPr>
            <w:tcW w:w="1656" w:type="dxa"/>
            <w:tcBorders>
              <w:top w:val="single" w:sz="8" w:space="0" w:color="7F8C8D"/>
              <w:left w:val="single" w:sz="8" w:space="0" w:color="7F8C8D"/>
              <w:bottom w:val="single" w:sz="8" w:space="0" w:color="7F8C8D"/>
              <w:right w:val="single" w:sz="8" w:space="0" w:color="7F8C8D"/>
            </w:tcBorders>
            <w:vAlign w:val="center"/>
          </w:tcPr>
          <w:p w14:paraId="08AD839A" w14:textId="77777777" w:rsidR="00465E6C" w:rsidRPr="00356A72" w:rsidRDefault="00465E6C" w:rsidP="002C48FE">
            <w:pPr>
              <w:spacing w:after="0" w:line="252" w:lineRule="auto"/>
              <w:jc w:val="center"/>
              <w:rPr>
                <w:sz w:val="20"/>
                <w:szCs w:val="20"/>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039E629F"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sz w:val="20"/>
                <w:szCs w:val="20"/>
              </w:rPr>
              <w:t>その他</w:t>
            </w:r>
            <w:proofErr w:type="spellEnd"/>
          </w:p>
        </w:tc>
        <w:tc>
          <w:tcPr>
            <w:tcW w:w="3528" w:type="dxa"/>
            <w:tcBorders>
              <w:top w:val="single" w:sz="8" w:space="0" w:color="7F8C8D"/>
              <w:left w:val="single" w:sz="8" w:space="0" w:color="7F8C8D"/>
              <w:bottom w:val="single" w:sz="8" w:space="0" w:color="7F8C8D"/>
              <w:right w:val="single" w:sz="8" w:space="0" w:color="7F8C8D"/>
            </w:tcBorders>
            <w:vAlign w:val="center"/>
          </w:tcPr>
          <w:p w14:paraId="6E3A1FA9" w14:textId="77777777" w:rsidR="00465E6C" w:rsidRPr="00BF291F" w:rsidRDefault="00465E6C" w:rsidP="002C48FE">
            <w:pPr>
              <w:spacing w:after="0" w:line="252" w:lineRule="auto"/>
              <w:rPr>
                <w:sz w:val="22"/>
              </w:rPr>
            </w:pPr>
          </w:p>
        </w:tc>
        <w:tc>
          <w:tcPr>
            <w:tcW w:w="1509" w:type="dxa"/>
            <w:tcBorders>
              <w:top w:val="single" w:sz="8" w:space="0" w:color="7F8C8D"/>
              <w:left w:val="single" w:sz="8" w:space="0" w:color="7F8C8D"/>
              <w:bottom w:val="single" w:sz="8" w:space="0" w:color="7F8C8D"/>
              <w:right w:val="single" w:sz="8" w:space="0" w:color="7F8C8D"/>
            </w:tcBorders>
            <w:vAlign w:val="center"/>
          </w:tcPr>
          <w:p w14:paraId="46DD958C" w14:textId="77777777" w:rsidR="00465E6C" w:rsidRPr="00BF291F" w:rsidRDefault="00465E6C" w:rsidP="002C48FE">
            <w:pPr>
              <w:spacing w:after="0" w:line="252" w:lineRule="auto"/>
              <w:rPr>
                <w:sz w:val="22"/>
              </w:rPr>
            </w:pPr>
          </w:p>
        </w:tc>
        <w:tc>
          <w:tcPr>
            <w:tcW w:w="1276" w:type="dxa"/>
            <w:tcBorders>
              <w:top w:val="single" w:sz="8" w:space="0" w:color="7F8C8D"/>
              <w:left w:val="single" w:sz="8" w:space="0" w:color="7F8C8D"/>
              <w:bottom w:val="single" w:sz="8" w:space="0" w:color="7F8C8D"/>
              <w:right w:val="single" w:sz="8" w:space="0" w:color="7F8C8D"/>
            </w:tcBorders>
            <w:vAlign w:val="center"/>
          </w:tcPr>
          <w:p w14:paraId="3DBEFF24" w14:textId="77777777" w:rsidR="00465E6C" w:rsidRPr="00BF291F" w:rsidRDefault="00465E6C" w:rsidP="002C48FE">
            <w:pPr>
              <w:spacing w:after="0" w:line="252" w:lineRule="auto"/>
              <w:rPr>
                <w:sz w:val="22"/>
              </w:rPr>
            </w:pPr>
          </w:p>
        </w:tc>
      </w:tr>
      <w:tr w:rsidR="00945779" w:rsidRPr="00356A72" w14:paraId="4EA3AE66" w14:textId="77777777" w:rsidTr="002E535A">
        <w:trPr>
          <w:trHeight w:val="510"/>
          <w:jc w:val="center"/>
        </w:trPr>
        <w:tc>
          <w:tcPr>
            <w:tcW w:w="1656" w:type="dxa"/>
            <w:tcBorders>
              <w:top w:val="single" w:sz="8" w:space="0" w:color="7F8C8D"/>
              <w:left w:val="single" w:sz="8" w:space="0" w:color="7F8C8D"/>
              <w:bottom w:val="single" w:sz="8" w:space="0" w:color="7F8C8D"/>
              <w:right w:val="single" w:sz="8" w:space="0" w:color="7F8C8D"/>
            </w:tcBorders>
            <w:vAlign w:val="center"/>
          </w:tcPr>
          <w:p w14:paraId="625DBBA3"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sz w:val="20"/>
                <w:szCs w:val="20"/>
              </w:rPr>
              <w:t>補助対象外分</w:t>
            </w:r>
            <w:proofErr w:type="spellEnd"/>
          </w:p>
        </w:tc>
        <w:tc>
          <w:tcPr>
            <w:tcW w:w="1944" w:type="dxa"/>
            <w:tcBorders>
              <w:top w:val="single" w:sz="8" w:space="0" w:color="7F8C8D"/>
              <w:left w:val="single" w:sz="8" w:space="0" w:color="7F8C8D"/>
              <w:bottom w:val="single" w:sz="8" w:space="0" w:color="7F8C8D"/>
              <w:right w:val="single" w:sz="8" w:space="0" w:color="7F8C8D"/>
            </w:tcBorders>
            <w:vAlign w:val="center"/>
          </w:tcPr>
          <w:p w14:paraId="40F459A5"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sz w:val="20"/>
                <w:szCs w:val="20"/>
              </w:rPr>
              <w:t>システム関係費</w:t>
            </w:r>
            <w:proofErr w:type="spellEnd"/>
          </w:p>
        </w:tc>
        <w:tc>
          <w:tcPr>
            <w:tcW w:w="3528" w:type="dxa"/>
            <w:tcBorders>
              <w:top w:val="single" w:sz="8" w:space="0" w:color="7F8C8D"/>
              <w:left w:val="single" w:sz="8" w:space="0" w:color="7F8C8D"/>
              <w:bottom w:val="single" w:sz="8" w:space="0" w:color="7F8C8D"/>
              <w:right w:val="single" w:sz="8" w:space="0" w:color="7F8C8D"/>
            </w:tcBorders>
            <w:vAlign w:val="center"/>
          </w:tcPr>
          <w:p w14:paraId="791FEB53" w14:textId="77777777" w:rsidR="00465E6C" w:rsidRPr="00BF291F" w:rsidRDefault="00465E6C" w:rsidP="002C48FE">
            <w:pPr>
              <w:spacing w:after="0" w:line="252" w:lineRule="auto"/>
              <w:rPr>
                <w:sz w:val="22"/>
              </w:rPr>
            </w:pPr>
          </w:p>
        </w:tc>
        <w:tc>
          <w:tcPr>
            <w:tcW w:w="1509" w:type="dxa"/>
            <w:tcBorders>
              <w:top w:val="single" w:sz="8" w:space="0" w:color="7F8C8D"/>
              <w:left w:val="single" w:sz="8" w:space="0" w:color="7F8C8D"/>
              <w:bottom w:val="single" w:sz="8" w:space="0" w:color="7F8C8D"/>
              <w:right w:val="single" w:sz="8" w:space="0" w:color="7F8C8D"/>
            </w:tcBorders>
            <w:vAlign w:val="center"/>
          </w:tcPr>
          <w:p w14:paraId="5893CDEE" w14:textId="77777777" w:rsidR="00465E6C" w:rsidRPr="00BF291F" w:rsidRDefault="00465E6C" w:rsidP="002C48FE">
            <w:pPr>
              <w:spacing w:after="0" w:line="252" w:lineRule="auto"/>
              <w:rPr>
                <w:sz w:val="22"/>
              </w:rPr>
            </w:pPr>
          </w:p>
        </w:tc>
        <w:tc>
          <w:tcPr>
            <w:tcW w:w="1276" w:type="dxa"/>
            <w:tcBorders>
              <w:top w:val="single" w:sz="8" w:space="0" w:color="7F8C8D"/>
              <w:left w:val="single" w:sz="8" w:space="0" w:color="7F8C8D"/>
              <w:bottom w:val="single" w:sz="8" w:space="0" w:color="7F8C8D"/>
              <w:right w:val="single" w:sz="8" w:space="0" w:color="7F8C8D"/>
            </w:tcBorders>
            <w:vAlign w:val="center"/>
          </w:tcPr>
          <w:p w14:paraId="39500A30" w14:textId="77777777" w:rsidR="00465E6C" w:rsidRPr="00BF291F" w:rsidRDefault="00465E6C" w:rsidP="002C48FE">
            <w:pPr>
              <w:spacing w:after="0" w:line="252" w:lineRule="auto"/>
              <w:rPr>
                <w:sz w:val="22"/>
              </w:rPr>
            </w:pPr>
          </w:p>
        </w:tc>
      </w:tr>
      <w:tr w:rsidR="00945779" w:rsidRPr="00356A72" w14:paraId="26B2E67F" w14:textId="77777777" w:rsidTr="002E535A">
        <w:trPr>
          <w:trHeight w:val="510"/>
          <w:jc w:val="center"/>
        </w:trPr>
        <w:tc>
          <w:tcPr>
            <w:tcW w:w="1656" w:type="dxa"/>
            <w:tcBorders>
              <w:top w:val="single" w:sz="8" w:space="0" w:color="7F8C8D"/>
              <w:left w:val="single" w:sz="8" w:space="0" w:color="7F8C8D"/>
              <w:bottom w:val="single" w:sz="8" w:space="0" w:color="7F8C8D"/>
              <w:right w:val="single" w:sz="8" w:space="0" w:color="7F8C8D"/>
            </w:tcBorders>
            <w:vAlign w:val="center"/>
          </w:tcPr>
          <w:p w14:paraId="78666C86" w14:textId="77777777" w:rsidR="00465E6C" w:rsidRPr="00356A72" w:rsidRDefault="00465E6C" w:rsidP="002C48FE">
            <w:pPr>
              <w:spacing w:after="0" w:line="252" w:lineRule="auto"/>
              <w:jc w:val="center"/>
              <w:rPr>
                <w:sz w:val="20"/>
                <w:szCs w:val="20"/>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0C5E38FC"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sz w:val="20"/>
                <w:szCs w:val="20"/>
              </w:rPr>
              <w:t>設備費</w:t>
            </w:r>
            <w:proofErr w:type="spellEnd"/>
          </w:p>
        </w:tc>
        <w:tc>
          <w:tcPr>
            <w:tcW w:w="3528" w:type="dxa"/>
            <w:tcBorders>
              <w:top w:val="single" w:sz="8" w:space="0" w:color="7F8C8D"/>
              <w:left w:val="single" w:sz="8" w:space="0" w:color="7F8C8D"/>
              <w:bottom w:val="single" w:sz="8" w:space="0" w:color="7F8C8D"/>
              <w:right w:val="single" w:sz="8" w:space="0" w:color="7F8C8D"/>
            </w:tcBorders>
            <w:vAlign w:val="center"/>
          </w:tcPr>
          <w:p w14:paraId="15BCC908" w14:textId="77777777" w:rsidR="00465E6C" w:rsidRPr="00BF291F" w:rsidRDefault="00465E6C" w:rsidP="002C48FE">
            <w:pPr>
              <w:spacing w:after="0" w:line="252" w:lineRule="auto"/>
              <w:rPr>
                <w:sz w:val="22"/>
              </w:rPr>
            </w:pPr>
          </w:p>
        </w:tc>
        <w:tc>
          <w:tcPr>
            <w:tcW w:w="1509" w:type="dxa"/>
            <w:tcBorders>
              <w:top w:val="single" w:sz="8" w:space="0" w:color="7F8C8D"/>
              <w:left w:val="single" w:sz="8" w:space="0" w:color="7F8C8D"/>
              <w:bottom w:val="single" w:sz="8" w:space="0" w:color="7F8C8D"/>
              <w:right w:val="single" w:sz="8" w:space="0" w:color="7F8C8D"/>
            </w:tcBorders>
            <w:vAlign w:val="center"/>
          </w:tcPr>
          <w:p w14:paraId="0678F534" w14:textId="77777777" w:rsidR="00465E6C" w:rsidRPr="00BF291F" w:rsidRDefault="00465E6C" w:rsidP="002C48FE">
            <w:pPr>
              <w:spacing w:after="0" w:line="252" w:lineRule="auto"/>
              <w:rPr>
                <w:sz w:val="22"/>
              </w:rPr>
            </w:pPr>
          </w:p>
        </w:tc>
        <w:tc>
          <w:tcPr>
            <w:tcW w:w="1276" w:type="dxa"/>
            <w:tcBorders>
              <w:top w:val="single" w:sz="8" w:space="0" w:color="7F8C8D"/>
              <w:left w:val="single" w:sz="8" w:space="0" w:color="7F8C8D"/>
              <w:bottom w:val="single" w:sz="8" w:space="0" w:color="7F8C8D"/>
              <w:right w:val="single" w:sz="8" w:space="0" w:color="7F8C8D"/>
            </w:tcBorders>
            <w:vAlign w:val="center"/>
          </w:tcPr>
          <w:p w14:paraId="69636F54" w14:textId="77777777" w:rsidR="00465E6C" w:rsidRPr="00BF291F" w:rsidRDefault="00465E6C" w:rsidP="002C48FE">
            <w:pPr>
              <w:spacing w:after="0" w:line="252" w:lineRule="auto"/>
              <w:rPr>
                <w:sz w:val="22"/>
              </w:rPr>
            </w:pPr>
          </w:p>
        </w:tc>
      </w:tr>
      <w:tr w:rsidR="00945779" w:rsidRPr="00356A72" w14:paraId="314D1493" w14:textId="77777777" w:rsidTr="002E535A">
        <w:trPr>
          <w:trHeight w:val="510"/>
          <w:jc w:val="center"/>
        </w:trPr>
        <w:tc>
          <w:tcPr>
            <w:tcW w:w="1656" w:type="dxa"/>
            <w:tcBorders>
              <w:top w:val="single" w:sz="8" w:space="0" w:color="7F8C8D"/>
              <w:left w:val="single" w:sz="8" w:space="0" w:color="7F8C8D"/>
              <w:bottom w:val="single" w:sz="8" w:space="0" w:color="7F8C8D"/>
              <w:right w:val="single" w:sz="8" w:space="0" w:color="7F8C8D"/>
            </w:tcBorders>
            <w:vAlign w:val="center"/>
          </w:tcPr>
          <w:p w14:paraId="38416F14" w14:textId="77777777" w:rsidR="00465E6C" w:rsidRPr="00356A72" w:rsidRDefault="00465E6C" w:rsidP="002C48FE">
            <w:pPr>
              <w:spacing w:after="0" w:line="252" w:lineRule="auto"/>
              <w:jc w:val="center"/>
              <w:rPr>
                <w:sz w:val="20"/>
                <w:szCs w:val="20"/>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414F1D0B"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sz w:val="20"/>
                <w:szCs w:val="20"/>
              </w:rPr>
              <w:t>その他</w:t>
            </w:r>
            <w:proofErr w:type="spellEnd"/>
          </w:p>
        </w:tc>
        <w:tc>
          <w:tcPr>
            <w:tcW w:w="3528" w:type="dxa"/>
            <w:tcBorders>
              <w:top w:val="single" w:sz="8" w:space="0" w:color="7F8C8D"/>
              <w:left w:val="single" w:sz="8" w:space="0" w:color="7F8C8D"/>
              <w:bottom w:val="single" w:sz="8" w:space="0" w:color="7F8C8D"/>
              <w:right w:val="single" w:sz="8" w:space="0" w:color="7F8C8D"/>
            </w:tcBorders>
            <w:vAlign w:val="center"/>
          </w:tcPr>
          <w:p w14:paraId="131A137A" w14:textId="77777777" w:rsidR="00465E6C" w:rsidRPr="00BF291F" w:rsidRDefault="00465E6C" w:rsidP="002C48FE">
            <w:pPr>
              <w:spacing w:after="0" w:line="252" w:lineRule="auto"/>
              <w:rPr>
                <w:sz w:val="22"/>
              </w:rPr>
            </w:pPr>
          </w:p>
        </w:tc>
        <w:tc>
          <w:tcPr>
            <w:tcW w:w="1509" w:type="dxa"/>
            <w:tcBorders>
              <w:top w:val="single" w:sz="8" w:space="0" w:color="7F8C8D"/>
              <w:left w:val="single" w:sz="8" w:space="0" w:color="7F8C8D"/>
              <w:bottom w:val="single" w:sz="8" w:space="0" w:color="7F8C8D"/>
              <w:right w:val="single" w:sz="8" w:space="0" w:color="7F8C8D"/>
            </w:tcBorders>
            <w:vAlign w:val="center"/>
          </w:tcPr>
          <w:p w14:paraId="6A69F90C" w14:textId="77777777" w:rsidR="00465E6C" w:rsidRPr="00BF291F" w:rsidRDefault="00465E6C" w:rsidP="002C48FE">
            <w:pPr>
              <w:spacing w:after="0" w:line="252" w:lineRule="auto"/>
              <w:rPr>
                <w:sz w:val="22"/>
              </w:rPr>
            </w:pPr>
          </w:p>
        </w:tc>
        <w:tc>
          <w:tcPr>
            <w:tcW w:w="1276" w:type="dxa"/>
            <w:tcBorders>
              <w:top w:val="single" w:sz="8" w:space="0" w:color="7F8C8D"/>
              <w:left w:val="single" w:sz="8" w:space="0" w:color="7F8C8D"/>
              <w:bottom w:val="single" w:sz="8" w:space="0" w:color="7F8C8D"/>
              <w:right w:val="single" w:sz="8" w:space="0" w:color="7F8C8D"/>
            </w:tcBorders>
            <w:vAlign w:val="center"/>
          </w:tcPr>
          <w:p w14:paraId="7E84375E" w14:textId="77777777" w:rsidR="00465E6C" w:rsidRPr="00BF291F" w:rsidRDefault="00465E6C" w:rsidP="002C48FE">
            <w:pPr>
              <w:spacing w:after="0" w:line="252" w:lineRule="auto"/>
              <w:rPr>
                <w:sz w:val="22"/>
              </w:rPr>
            </w:pPr>
          </w:p>
        </w:tc>
      </w:tr>
      <w:tr w:rsidR="00945779" w:rsidRPr="00356A72" w14:paraId="1A1C06A4" w14:textId="77777777" w:rsidTr="002E535A">
        <w:trPr>
          <w:trHeight w:val="510"/>
          <w:jc w:val="center"/>
        </w:trPr>
        <w:tc>
          <w:tcPr>
            <w:tcW w:w="1656" w:type="dxa"/>
            <w:tcBorders>
              <w:top w:val="single" w:sz="8" w:space="0" w:color="7F8C8D"/>
              <w:left w:val="single" w:sz="8" w:space="0" w:color="7F8C8D"/>
              <w:bottom w:val="single" w:sz="8" w:space="0" w:color="7F8C8D"/>
              <w:right w:val="single" w:sz="8" w:space="0" w:color="7F8C8D"/>
            </w:tcBorders>
            <w:vAlign w:val="center"/>
          </w:tcPr>
          <w:p w14:paraId="751B15F4" w14:textId="77777777" w:rsidR="00465E6C" w:rsidRPr="00356A72" w:rsidRDefault="00465E6C" w:rsidP="002C48FE">
            <w:pPr>
              <w:spacing w:after="0" w:line="252" w:lineRule="auto"/>
              <w:jc w:val="center"/>
              <w:rPr>
                <w:sz w:val="20"/>
                <w:szCs w:val="20"/>
              </w:rPr>
            </w:pPr>
          </w:p>
        </w:tc>
        <w:tc>
          <w:tcPr>
            <w:tcW w:w="1944" w:type="dxa"/>
            <w:tcBorders>
              <w:top w:val="single" w:sz="8" w:space="0" w:color="7F8C8D"/>
              <w:left w:val="single" w:sz="8" w:space="0" w:color="7F8C8D"/>
              <w:bottom w:val="single" w:sz="8" w:space="0" w:color="7F8C8D"/>
              <w:right w:val="single" w:sz="8" w:space="0" w:color="7F8C8D"/>
            </w:tcBorders>
            <w:vAlign w:val="center"/>
          </w:tcPr>
          <w:p w14:paraId="2B262794" w14:textId="77777777" w:rsidR="00465E6C" w:rsidRPr="00356A72" w:rsidRDefault="00465E6C" w:rsidP="002C48FE">
            <w:pPr>
              <w:spacing w:after="0" w:line="252" w:lineRule="auto"/>
              <w:jc w:val="center"/>
              <w:rPr>
                <w:sz w:val="20"/>
                <w:szCs w:val="20"/>
              </w:rPr>
            </w:pPr>
            <w:proofErr w:type="spellStart"/>
            <w:r w:rsidRPr="00356A72">
              <w:rPr>
                <w:rFonts w:ascii="Yu Gothic" w:eastAsia="Yu Gothic" w:hAnsi="Yu Gothic"/>
                <w:sz w:val="20"/>
                <w:szCs w:val="20"/>
              </w:rPr>
              <w:t>合計</w:t>
            </w:r>
            <w:proofErr w:type="spellEnd"/>
          </w:p>
        </w:tc>
        <w:tc>
          <w:tcPr>
            <w:tcW w:w="3528" w:type="dxa"/>
            <w:tcBorders>
              <w:top w:val="single" w:sz="8" w:space="0" w:color="7F8C8D"/>
              <w:left w:val="single" w:sz="8" w:space="0" w:color="7F8C8D"/>
              <w:bottom w:val="single" w:sz="8" w:space="0" w:color="7F8C8D"/>
              <w:right w:val="single" w:sz="8" w:space="0" w:color="7F8C8D"/>
            </w:tcBorders>
            <w:vAlign w:val="center"/>
          </w:tcPr>
          <w:p w14:paraId="71C92F01" w14:textId="77777777" w:rsidR="00465E6C" w:rsidRPr="00BF291F" w:rsidRDefault="00465E6C" w:rsidP="002C48FE">
            <w:pPr>
              <w:spacing w:after="0" w:line="252" w:lineRule="auto"/>
              <w:rPr>
                <w:sz w:val="22"/>
              </w:rPr>
            </w:pPr>
          </w:p>
        </w:tc>
        <w:tc>
          <w:tcPr>
            <w:tcW w:w="1509" w:type="dxa"/>
            <w:tcBorders>
              <w:top w:val="single" w:sz="8" w:space="0" w:color="7F8C8D"/>
              <w:left w:val="single" w:sz="8" w:space="0" w:color="7F8C8D"/>
              <w:bottom w:val="single" w:sz="8" w:space="0" w:color="7F8C8D"/>
              <w:right w:val="single" w:sz="8" w:space="0" w:color="7F8C8D"/>
            </w:tcBorders>
            <w:vAlign w:val="center"/>
          </w:tcPr>
          <w:p w14:paraId="4E1D3C30" w14:textId="77777777" w:rsidR="00465E6C" w:rsidRPr="00BF291F" w:rsidRDefault="00465E6C" w:rsidP="002C48FE">
            <w:pPr>
              <w:spacing w:after="0" w:line="252" w:lineRule="auto"/>
              <w:rPr>
                <w:sz w:val="22"/>
              </w:rPr>
            </w:pPr>
          </w:p>
        </w:tc>
        <w:tc>
          <w:tcPr>
            <w:tcW w:w="1276" w:type="dxa"/>
            <w:tcBorders>
              <w:top w:val="single" w:sz="8" w:space="0" w:color="7F8C8D"/>
              <w:left w:val="single" w:sz="8" w:space="0" w:color="7F8C8D"/>
              <w:bottom w:val="single" w:sz="8" w:space="0" w:color="7F8C8D"/>
              <w:right w:val="single" w:sz="8" w:space="0" w:color="7F8C8D"/>
            </w:tcBorders>
            <w:vAlign w:val="center"/>
          </w:tcPr>
          <w:p w14:paraId="529ADCF8" w14:textId="77777777" w:rsidR="00465E6C" w:rsidRPr="00BF291F" w:rsidRDefault="00465E6C" w:rsidP="002C48FE">
            <w:pPr>
              <w:spacing w:after="0" w:line="252" w:lineRule="auto"/>
              <w:rPr>
                <w:sz w:val="22"/>
              </w:rPr>
            </w:pPr>
          </w:p>
        </w:tc>
      </w:tr>
    </w:tbl>
    <w:p w14:paraId="40376E50" w14:textId="77777777" w:rsidR="00465E6C" w:rsidRPr="00356A72" w:rsidRDefault="00465E6C" w:rsidP="00465E6C">
      <w:pPr>
        <w:spacing w:after="40" w:line="264" w:lineRule="auto"/>
        <w:ind w:left="113"/>
        <w:rPr>
          <w:rFonts w:ascii="Yu Gothic" w:eastAsia="Yu Gothic" w:hAnsi="Yu Gothic"/>
          <w:sz w:val="20"/>
          <w:szCs w:val="20"/>
          <w:lang w:eastAsia="ja-JP"/>
        </w:rPr>
      </w:pPr>
      <w:r w:rsidRPr="00356A72">
        <w:rPr>
          <w:rFonts w:ascii="Yu Gothic" w:eastAsia="Yu Gothic" w:hAnsi="Yu Gothic"/>
          <w:sz w:val="20"/>
          <w:szCs w:val="20"/>
          <w:lang w:eastAsia="ja-JP"/>
        </w:rPr>
        <w:t>※令和9年度以降の工程、将来年度分の前払金、予約金又は年度内に完了しない役務に係る経費は含めないでくださ</w:t>
      </w:r>
      <w:r w:rsidRPr="00356A72">
        <w:rPr>
          <w:rFonts w:ascii="Yu Gothic" w:eastAsia="Yu Gothic" w:hAnsi="Yu Gothic" w:hint="eastAsia"/>
          <w:sz w:val="20"/>
          <w:szCs w:val="20"/>
          <w:lang w:eastAsia="ja-JP"/>
        </w:rPr>
        <w:t>い</w:t>
      </w:r>
      <w:r w:rsidRPr="00356A72">
        <w:rPr>
          <w:rFonts w:ascii="Yu Gothic" w:eastAsia="Yu Gothic" w:hAnsi="Yu Gothic"/>
          <w:sz w:val="20"/>
          <w:szCs w:val="20"/>
          <w:lang w:eastAsia="ja-JP"/>
        </w:rPr>
        <w:t>。</w:t>
      </w:r>
    </w:p>
    <w:p w14:paraId="298FB766" w14:textId="77777777" w:rsidR="00465E6C" w:rsidRPr="00356A72" w:rsidRDefault="00465E6C" w:rsidP="00465E6C">
      <w:pPr>
        <w:spacing w:after="40" w:line="264" w:lineRule="auto"/>
        <w:ind w:left="113"/>
        <w:rPr>
          <w:sz w:val="20"/>
          <w:szCs w:val="20"/>
          <w:lang w:eastAsia="ja-JP"/>
        </w:rPr>
      </w:pPr>
      <w:r w:rsidRPr="00356A72">
        <w:rPr>
          <w:rFonts w:ascii="Yu Gothic" w:eastAsia="Yu Gothic" w:hAnsi="Yu Gothic"/>
          <w:sz w:val="20"/>
          <w:szCs w:val="20"/>
          <w:lang w:eastAsia="ja-JP"/>
        </w:rPr>
        <w:t>※複数年度全体の投資計画は様式第6号に記載し、本欄は令和8年度の補助事業に係る投資内容を記載してください。</w:t>
      </w:r>
    </w:p>
    <w:p w14:paraId="097B90B6" w14:textId="77777777" w:rsidR="00465E6C" w:rsidRPr="00945779" w:rsidRDefault="00465E6C" w:rsidP="00465E6C">
      <w:pPr>
        <w:spacing w:after="0"/>
        <w:rPr>
          <w:lang w:eastAsia="ja-JP"/>
        </w:rPr>
        <w:sectPr w:rsidR="00465E6C" w:rsidRPr="00945779" w:rsidSect="00465E6C">
          <w:pgSz w:w="12240" w:h="15840"/>
          <w:pgMar w:top="1020" w:right="1134" w:bottom="1020" w:left="1134" w:header="720" w:footer="720" w:gutter="0"/>
          <w:cols w:space="720"/>
          <w:docGrid w:linePitch="360"/>
        </w:sectPr>
      </w:pPr>
    </w:p>
    <w:p w14:paraId="646B429F" w14:textId="77777777" w:rsidR="00465E6C" w:rsidRPr="00945779" w:rsidRDefault="00465E6C" w:rsidP="00465E6C">
      <w:pPr>
        <w:jc w:val="right"/>
        <w:rPr>
          <w:lang w:eastAsia="zh-TW"/>
        </w:rPr>
      </w:pPr>
      <w:r w:rsidRPr="00945779">
        <w:rPr>
          <w:rFonts w:ascii="Yu Gothic" w:eastAsia="Yu Gothic" w:hAnsi="Yu Gothic"/>
          <w:b/>
          <w:sz w:val="24"/>
          <w:lang w:eastAsia="zh-TW"/>
        </w:rPr>
        <w:lastRenderedPageBreak/>
        <w:t>様式第４号</w:t>
      </w:r>
    </w:p>
    <w:p w14:paraId="01E7C9EC" w14:textId="77777777" w:rsidR="00465E6C" w:rsidRPr="00945779" w:rsidRDefault="00465E6C" w:rsidP="00465E6C">
      <w:pPr>
        <w:spacing w:after="400"/>
        <w:jc w:val="center"/>
        <w:rPr>
          <w:lang w:eastAsia="zh-TW"/>
        </w:rPr>
      </w:pPr>
      <w:r w:rsidRPr="00945779">
        <w:rPr>
          <w:rFonts w:ascii="Yu Gothic" w:eastAsia="Yu Gothic" w:hAnsi="Yu Gothic"/>
          <w:b/>
          <w:sz w:val="32"/>
          <w:lang w:eastAsia="zh-TW"/>
        </w:rPr>
        <w:t>誓約書</w:t>
      </w:r>
    </w:p>
    <w:p w14:paraId="343A1563" w14:textId="77777777" w:rsidR="00465E6C" w:rsidRPr="00945779" w:rsidRDefault="00465E6C" w:rsidP="00465E6C">
      <w:pPr>
        <w:spacing w:after="240"/>
        <w:jc w:val="right"/>
        <w:rPr>
          <w:lang w:eastAsia="zh-TW"/>
        </w:rPr>
      </w:pPr>
      <w:r w:rsidRPr="00945779">
        <w:rPr>
          <w:rFonts w:ascii="Yu Gothic" w:eastAsia="Yu Gothic" w:hAnsi="Yu Gothic"/>
          <w:lang w:eastAsia="zh-TW"/>
        </w:rPr>
        <w:t>年　　月　　日</w:t>
      </w:r>
    </w:p>
    <w:p w14:paraId="335348B7" w14:textId="77777777" w:rsidR="00465E6C" w:rsidRPr="00945779" w:rsidRDefault="00465E6C" w:rsidP="00465E6C">
      <w:proofErr w:type="spellStart"/>
      <w:r w:rsidRPr="00945779">
        <w:rPr>
          <w:rFonts w:ascii="Yu Gothic" w:eastAsia="Yu Gothic" w:hAnsi="Yu Gothic"/>
        </w:rPr>
        <w:t>厚生労働大臣</w:t>
      </w:r>
      <w:proofErr w:type="spellEnd"/>
      <w:r w:rsidRPr="00945779">
        <w:rPr>
          <w:rFonts w:ascii="Yu Gothic" w:eastAsia="Yu Gothic" w:hAnsi="Yu Gothic"/>
        </w:rPr>
        <w:t xml:space="preserve">　殿</w:t>
      </w:r>
    </w:p>
    <w:tbl>
      <w:tblPr>
        <w:tblW w:w="0" w:type="auto"/>
        <w:jc w:val="center"/>
        <w:tblLayout w:type="fixed"/>
        <w:tblLook w:val="04A0" w:firstRow="1" w:lastRow="0" w:firstColumn="1" w:lastColumn="0" w:noHBand="0" w:noVBand="1"/>
      </w:tblPr>
      <w:tblGrid>
        <w:gridCol w:w="2232"/>
        <w:gridCol w:w="7416"/>
      </w:tblGrid>
      <w:tr w:rsidR="00945779" w:rsidRPr="00945779" w14:paraId="09F7E629" w14:textId="77777777" w:rsidTr="002C48FE">
        <w:trPr>
          <w:trHeight w:val="510"/>
          <w:jc w:val="center"/>
        </w:trPr>
        <w:tc>
          <w:tcPr>
            <w:tcW w:w="223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D19657B" w14:textId="77777777" w:rsidR="00465E6C" w:rsidRPr="00945779" w:rsidRDefault="00465E6C" w:rsidP="002C48FE">
            <w:pPr>
              <w:spacing w:after="0" w:line="252" w:lineRule="auto"/>
              <w:jc w:val="center"/>
            </w:pPr>
            <w:r w:rsidRPr="00945779">
              <w:rPr>
                <w:rFonts w:ascii="Yu Gothic" w:eastAsia="Yu Gothic" w:hAnsi="Yu Gothic"/>
                <w:b/>
                <w:sz w:val="19"/>
              </w:rPr>
              <w:t>住　所</w:t>
            </w:r>
          </w:p>
        </w:tc>
        <w:tc>
          <w:tcPr>
            <w:tcW w:w="7416" w:type="dxa"/>
            <w:tcBorders>
              <w:top w:val="single" w:sz="8" w:space="0" w:color="7F8C8D"/>
              <w:left w:val="single" w:sz="8" w:space="0" w:color="7F8C8D"/>
              <w:bottom w:val="single" w:sz="8" w:space="0" w:color="7F8C8D"/>
              <w:right w:val="single" w:sz="8" w:space="0" w:color="7F8C8D"/>
            </w:tcBorders>
            <w:vAlign w:val="center"/>
          </w:tcPr>
          <w:p w14:paraId="7256E0B8" w14:textId="77777777" w:rsidR="00465E6C" w:rsidRPr="00945779" w:rsidRDefault="00465E6C" w:rsidP="002C48FE">
            <w:pPr>
              <w:spacing w:after="0" w:line="252" w:lineRule="auto"/>
            </w:pPr>
          </w:p>
        </w:tc>
      </w:tr>
      <w:tr w:rsidR="00945779" w:rsidRPr="00945779" w14:paraId="57CAE1D9" w14:textId="77777777" w:rsidTr="002C48FE">
        <w:trPr>
          <w:trHeight w:val="510"/>
          <w:jc w:val="center"/>
        </w:trPr>
        <w:tc>
          <w:tcPr>
            <w:tcW w:w="223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06457B5B" w14:textId="77777777" w:rsidR="00465E6C" w:rsidRPr="00945779" w:rsidRDefault="00465E6C" w:rsidP="002C48FE">
            <w:pPr>
              <w:spacing w:after="0" w:line="252" w:lineRule="auto"/>
              <w:jc w:val="center"/>
            </w:pPr>
            <w:proofErr w:type="spellStart"/>
            <w:r w:rsidRPr="00945779">
              <w:rPr>
                <w:rFonts w:ascii="Yu Gothic" w:eastAsia="Yu Gothic" w:hAnsi="Yu Gothic"/>
                <w:b/>
                <w:sz w:val="19"/>
              </w:rPr>
              <w:t>氏名又は名称</w:t>
            </w:r>
            <w:proofErr w:type="spellEnd"/>
          </w:p>
        </w:tc>
        <w:tc>
          <w:tcPr>
            <w:tcW w:w="7416" w:type="dxa"/>
            <w:tcBorders>
              <w:top w:val="single" w:sz="8" w:space="0" w:color="7F8C8D"/>
              <w:left w:val="single" w:sz="8" w:space="0" w:color="7F8C8D"/>
              <w:bottom w:val="single" w:sz="8" w:space="0" w:color="7F8C8D"/>
              <w:right w:val="single" w:sz="8" w:space="0" w:color="7F8C8D"/>
            </w:tcBorders>
            <w:vAlign w:val="center"/>
          </w:tcPr>
          <w:p w14:paraId="3299F7F9" w14:textId="77777777" w:rsidR="00465E6C" w:rsidRPr="00945779" w:rsidRDefault="00465E6C" w:rsidP="002C48FE">
            <w:pPr>
              <w:spacing w:after="0" w:line="252" w:lineRule="auto"/>
            </w:pPr>
          </w:p>
        </w:tc>
      </w:tr>
      <w:tr w:rsidR="00945779" w:rsidRPr="00945779" w14:paraId="0634ACC3" w14:textId="77777777" w:rsidTr="002C48FE">
        <w:trPr>
          <w:trHeight w:val="510"/>
          <w:jc w:val="center"/>
        </w:trPr>
        <w:tc>
          <w:tcPr>
            <w:tcW w:w="2232"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1D472C3C" w14:textId="77777777" w:rsidR="00465E6C" w:rsidRPr="00945779" w:rsidRDefault="00465E6C" w:rsidP="002C48FE">
            <w:pPr>
              <w:spacing w:after="0" w:line="252" w:lineRule="auto"/>
              <w:jc w:val="center"/>
            </w:pPr>
            <w:proofErr w:type="spellStart"/>
            <w:r w:rsidRPr="00945779">
              <w:rPr>
                <w:rFonts w:ascii="Yu Gothic" w:eastAsia="Yu Gothic" w:hAnsi="Yu Gothic"/>
                <w:b/>
                <w:sz w:val="19"/>
              </w:rPr>
              <w:t>代表者職・氏名</w:t>
            </w:r>
            <w:proofErr w:type="spellEnd"/>
          </w:p>
        </w:tc>
        <w:tc>
          <w:tcPr>
            <w:tcW w:w="7416" w:type="dxa"/>
            <w:tcBorders>
              <w:top w:val="single" w:sz="8" w:space="0" w:color="7F8C8D"/>
              <w:left w:val="single" w:sz="8" w:space="0" w:color="7F8C8D"/>
              <w:bottom w:val="single" w:sz="8" w:space="0" w:color="7F8C8D"/>
              <w:right w:val="single" w:sz="8" w:space="0" w:color="7F8C8D"/>
            </w:tcBorders>
            <w:vAlign w:val="center"/>
          </w:tcPr>
          <w:p w14:paraId="4E78AA93" w14:textId="77777777" w:rsidR="00465E6C" w:rsidRPr="00945779" w:rsidRDefault="00465E6C" w:rsidP="002C48FE">
            <w:pPr>
              <w:spacing w:after="0" w:line="252" w:lineRule="auto"/>
            </w:pPr>
          </w:p>
        </w:tc>
      </w:tr>
    </w:tbl>
    <w:p w14:paraId="2DD462C6" w14:textId="77777777" w:rsidR="00465E6C" w:rsidRPr="00945779" w:rsidRDefault="00465E6C" w:rsidP="00465E6C">
      <w:pPr>
        <w:spacing w:after="160"/>
      </w:pPr>
    </w:p>
    <w:p w14:paraId="2BB2A590" w14:textId="55301DE8" w:rsidR="00465E6C" w:rsidRPr="00945779" w:rsidRDefault="00465E6C" w:rsidP="00356A72">
      <w:pPr>
        <w:spacing w:after="140" w:line="324" w:lineRule="auto"/>
        <w:jc w:val="both"/>
        <w:rPr>
          <w:lang w:eastAsia="ja-JP"/>
        </w:rPr>
      </w:pPr>
      <w:r w:rsidRPr="00945779">
        <w:rPr>
          <w:rFonts w:ascii="Yu Gothic" w:eastAsia="Yu Gothic" w:hAnsi="Yu Gothic"/>
          <w:lang w:eastAsia="ja-JP"/>
        </w:rPr>
        <w:t>令和８年度（令和７年度補正予算繰越）医薬品安定供給支援補助金「医薬品卸業者に対する継続的な安定供給支援事業」に係る第二次公募要領５．（１）の２、６、７、８及び９に掲げる要件に該当することを誓約します。なお、本誓約書の内容に虚偽があったことが判明した場合、又は報告すべき事項を報告しなかったことが判明した場合には、採択又は交付決定の取消しその他の措置により当方が不利益を被ることとなっても、異議を申し立てません。</w:t>
      </w:r>
    </w:p>
    <w:p w14:paraId="7F865E2D" w14:textId="77777777" w:rsidR="00465E6C" w:rsidRPr="00945779" w:rsidRDefault="00465E6C" w:rsidP="00465E6C">
      <w:pPr>
        <w:pStyle w:val="1"/>
        <w:spacing w:before="160" w:after="120"/>
        <w:rPr>
          <w:color w:val="auto"/>
        </w:rPr>
      </w:pPr>
      <w:proofErr w:type="spellStart"/>
      <w:r w:rsidRPr="00945779">
        <w:rPr>
          <w:rFonts w:ascii="Yu Gothic" w:eastAsia="Yu Gothic" w:hAnsi="Yu Gothic"/>
          <w:color w:val="auto"/>
        </w:rPr>
        <w:t>誓約事項</w:t>
      </w:r>
      <w:proofErr w:type="spellEnd"/>
    </w:p>
    <w:tbl>
      <w:tblPr>
        <w:tblW w:w="0" w:type="auto"/>
        <w:jc w:val="center"/>
        <w:tblLayout w:type="fixed"/>
        <w:tblLook w:val="04A0" w:firstRow="1" w:lastRow="0" w:firstColumn="1" w:lastColumn="0" w:noHBand="0" w:noVBand="1"/>
      </w:tblPr>
      <w:tblGrid>
        <w:gridCol w:w="1833"/>
        <w:gridCol w:w="8080"/>
      </w:tblGrid>
      <w:tr w:rsidR="00945779" w:rsidRPr="00945779" w14:paraId="646B5C98" w14:textId="77777777" w:rsidTr="00356A72">
        <w:trPr>
          <w:trHeight w:val="425"/>
          <w:jc w:val="center"/>
        </w:trPr>
        <w:tc>
          <w:tcPr>
            <w:tcW w:w="1833"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60D7CE85" w14:textId="77777777" w:rsidR="00465E6C" w:rsidRPr="00356A72" w:rsidRDefault="00465E6C" w:rsidP="002C48FE">
            <w:pPr>
              <w:spacing w:after="0" w:line="252" w:lineRule="auto"/>
              <w:jc w:val="center"/>
              <w:rPr>
                <w:sz w:val="20"/>
                <w:szCs w:val="24"/>
              </w:rPr>
            </w:pPr>
            <w:proofErr w:type="spellStart"/>
            <w:r w:rsidRPr="00356A72">
              <w:rPr>
                <w:rFonts w:ascii="Yu Gothic" w:eastAsia="Yu Gothic" w:hAnsi="Yu Gothic"/>
                <w:b/>
                <w:sz w:val="20"/>
                <w:szCs w:val="24"/>
              </w:rPr>
              <w:t>公募要領上の項目</w:t>
            </w:r>
            <w:proofErr w:type="spellEnd"/>
          </w:p>
        </w:tc>
        <w:tc>
          <w:tcPr>
            <w:tcW w:w="8080" w:type="dxa"/>
            <w:tcBorders>
              <w:top w:val="single" w:sz="8" w:space="0" w:color="7F8C8D"/>
              <w:left w:val="single" w:sz="8" w:space="0" w:color="7F8C8D"/>
              <w:bottom w:val="single" w:sz="8" w:space="0" w:color="7F8C8D"/>
              <w:right w:val="single" w:sz="8" w:space="0" w:color="7F8C8D"/>
            </w:tcBorders>
            <w:shd w:val="clear" w:color="auto" w:fill="D9E1F2"/>
            <w:vAlign w:val="center"/>
          </w:tcPr>
          <w:p w14:paraId="521AACFE" w14:textId="77777777" w:rsidR="00465E6C" w:rsidRPr="00356A72" w:rsidRDefault="00465E6C" w:rsidP="002C48FE">
            <w:pPr>
              <w:spacing w:after="0" w:line="252" w:lineRule="auto"/>
              <w:jc w:val="center"/>
              <w:rPr>
                <w:sz w:val="20"/>
                <w:szCs w:val="24"/>
              </w:rPr>
            </w:pPr>
            <w:proofErr w:type="spellStart"/>
            <w:r w:rsidRPr="00356A72">
              <w:rPr>
                <w:rFonts w:ascii="Yu Gothic" w:eastAsia="Yu Gothic" w:hAnsi="Yu Gothic"/>
                <w:b/>
                <w:sz w:val="20"/>
                <w:szCs w:val="24"/>
              </w:rPr>
              <w:t>誓約内容</w:t>
            </w:r>
            <w:proofErr w:type="spellEnd"/>
          </w:p>
        </w:tc>
      </w:tr>
      <w:tr w:rsidR="00945779" w:rsidRPr="00945779" w14:paraId="1718186B" w14:textId="77777777" w:rsidTr="00356A72">
        <w:trPr>
          <w:trHeight w:val="454"/>
          <w:jc w:val="center"/>
        </w:trPr>
        <w:tc>
          <w:tcPr>
            <w:tcW w:w="1833" w:type="dxa"/>
            <w:tcBorders>
              <w:top w:val="single" w:sz="8" w:space="0" w:color="7F8C8D"/>
              <w:left w:val="single" w:sz="8" w:space="0" w:color="7F8C8D"/>
              <w:bottom w:val="single" w:sz="8" w:space="0" w:color="7F8C8D"/>
              <w:right w:val="single" w:sz="8" w:space="0" w:color="7F8C8D"/>
            </w:tcBorders>
            <w:vAlign w:val="center"/>
          </w:tcPr>
          <w:p w14:paraId="05CC28A3" w14:textId="77777777" w:rsidR="00465E6C" w:rsidRPr="00356A72" w:rsidRDefault="00465E6C" w:rsidP="002C48FE">
            <w:pPr>
              <w:spacing w:after="0" w:line="252" w:lineRule="auto"/>
              <w:jc w:val="center"/>
              <w:rPr>
                <w:sz w:val="20"/>
                <w:szCs w:val="24"/>
              </w:rPr>
            </w:pPr>
            <w:r w:rsidRPr="00356A72">
              <w:rPr>
                <w:rFonts w:ascii="Yu Gothic" w:eastAsia="Yu Gothic" w:hAnsi="Yu Gothic"/>
                <w:sz w:val="20"/>
                <w:szCs w:val="24"/>
              </w:rPr>
              <w:t>２</w:t>
            </w:r>
          </w:p>
        </w:tc>
        <w:tc>
          <w:tcPr>
            <w:tcW w:w="8080" w:type="dxa"/>
            <w:tcBorders>
              <w:top w:val="single" w:sz="8" w:space="0" w:color="7F8C8D"/>
              <w:left w:val="single" w:sz="8" w:space="0" w:color="7F8C8D"/>
              <w:bottom w:val="single" w:sz="8" w:space="0" w:color="7F8C8D"/>
              <w:right w:val="single" w:sz="8" w:space="0" w:color="7F8C8D"/>
            </w:tcBorders>
            <w:vAlign w:val="center"/>
          </w:tcPr>
          <w:p w14:paraId="043F9A88" w14:textId="77777777" w:rsidR="00465E6C" w:rsidRPr="00356A72" w:rsidRDefault="00465E6C" w:rsidP="002C48FE">
            <w:pPr>
              <w:spacing w:after="0" w:line="252" w:lineRule="auto"/>
              <w:rPr>
                <w:sz w:val="20"/>
                <w:szCs w:val="24"/>
                <w:lang w:eastAsia="ja-JP"/>
              </w:rPr>
            </w:pPr>
            <w:r w:rsidRPr="00356A72">
              <w:rPr>
                <w:rFonts w:ascii="Yu Gothic" w:eastAsia="Yu Gothic" w:hAnsi="Yu Gothic"/>
                <w:sz w:val="20"/>
                <w:szCs w:val="24"/>
                <w:lang w:eastAsia="ja-JP"/>
              </w:rPr>
              <w:t>令和７年度及び令和５年度に実施された医薬品価格調査（販売サイド調査）に協力していること。</w:t>
            </w:r>
          </w:p>
        </w:tc>
      </w:tr>
      <w:tr w:rsidR="00945779" w:rsidRPr="00945779" w14:paraId="570D3D76" w14:textId="77777777" w:rsidTr="00356A72">
        <w:trPr>
          <w:trHeight w:val="907"/>
          <w:jc w:val="center"/>
        </w:trPr>
        <w:tc>
          <w:tcPr>
            <w:tcW w:w="1833" w:type="dxa"/>
            <w:tcBorders>
              <w:top w:val="single" w:sz="8" w:space="0" w:color="7F8C8D"/>
              <w:left w:val="single" w:sz="8" w:space="0" w:color="7F8C8D"/>
              <w:bottom w:val="single" w:sz="8" w:space="0" w:color="7F8C8D"/>
              <w:right w:val="single" w:sz="8" w:space="0" w:color="7F8C8D"/>
            </w:tcBorders>
            <w:vAlign w:val="center"/>
          </w:tcPr>
          <w:p w14:paraId="126D7F84" w14:textId="77777777" w:rsidR="00465E6C" w:rsidRPr="00356A72" w:rsidRDefault="00465E6C" w:rsidP="002C48FE">
            <w:pPr>
              <w:spacing w:after="0" w:line="252" w:lineRule="auto"/>
              <w:jc w:val="center"/>
              <w:rPr>
                <w:sz w:val="20"/>
                <w:szCs w:val="24"/>
              </w:rPr>
            </w:pPr>
            <w:r w:rsidRPr="00356A72">
              <w:rPr>
                <w:rFonts w:ascii="Yu Gothic" w:eastAsia="Yu Gothic" w:hAnsi="Yu Gothic"/>
                <w:sz w:val="20"/>
                <w:szCs w:val="24"/>
              </w:rPr>
              <w:t>６</w:t>
            </w:r>
          </w:p>
        </w:tc>
        <w:tc>
          <w:tcPr>
            <w:tcW w:w="8080" w:type="dxa"/>
            <w:tcBorders>
              <w:top w:val="single" w:sz="8" w:space="0" w:color="7F8C8D"/>
              <w:left w:val="single" w:sz="8" w:space="0" w:color="7F8C8D"/>
              <w:bottom w:val="single" w:sz="8" w:space="0" w:color="7F8C8D"/>
              <w:right w:val="single" w:sz="8" w:space="0" w:color="7F8C8D"/>
            </w:tcBorders>
            <w:vAlign w:val="center"/>
          </w:tcPr>
          <w:p w14:paraId="0DC198BD" w14:textId="77777777" w:rsidR="00465E6C" w:rsidRPr="00356A72" w:rsidRDefault="00465E6C" w:rsidP="002C48FE">
            <w:pPr>
              <w:spacing w:after="0" w:line="252" w:lineRule="auto"/>
              <w:rPr>
                <w:sz w:val="20"/>
                <w:szCs w:val="24"/>
                <w:lang w:eastAsia="ja-JP"/>
              </w:rPr>
            </w:pPr>
            <w:r w:rsidRPr="00356A72">
              <w:rPr>
                <w:rFonts w:ascii="Yu Gothic" w:eastAsia="Yu Gothic" w:hAnsi="Yu Gothic"/>
                <w:sz w:val="20"/>
                <w:szCs w:val="24"/>
                <w:lang w:eastAsia="ja-JP"/>
              </w:rPr>
              <w:t>交付申請日以前２年間において、医薬品、医療機器等の品質、有効性及び安全性の確保等に関する法律（昭和35年法律第145号。以下「薬機法」という。）に基づく行政処分を受けていないこと。ただし、処分庁に業務改善計画を提出済みであり、当該業務改善の取組が完了している場合を除く。</w:t>
            </w:r>
          </w:p>
        </w:tc>
      </w:tr>
      <w:tr w:rsidR="00945779" w:rsidRPr="00945779" w14:paraId="1F24F876" w14:textId="77777777" w:rsidTr="00356A72">
        <w:trPr>
          <w:trHeight w:val="454"/>
          <w:jc w:val="center"/>
        </w:trPr>
        <w:tc>
          <w:tcPr>
            <w:tcW w:w="1833" w:type="dxa"/>
            <w:tcBorders>
              <w:top w:val="single" w:sz="8" w:space="0" w:color="7F8C8D"/>
              <w:left w:val="single" w:sz="8" w:space="0" w:color="7F8C8D"/>
              <w:bottom w:val="single" w:sz="8" w:space="0" w:color="7F8C8D"/>
              <w:right w:val="single" w:sz="8" w:space="0" w:color="7F8C8D"/>
            </w:tcBorders>
            <w:vAlign w:val="center"/>
          </w:tcPr>
          <w:p w14:paraId="31FBB78D" w14:textId="77777777" w:rsidR="00465E6C" w:rsidRPr="00356A72" w:rsidRDefault="00465E6C" w:rsidP="002C48FE">
            <w:pPr>
              <w:spacing w:after="0" w:line="252" w:lineRule="auto"/>
              <w:jc w:val="center"/>
              <w:rPr>
                <w:sz w:val="20"/>
                <w:szCs w:val="24"/>
              </w:rPr>
            </w:pPr>
            <w:r w:rsidRPr="00356A72">
              <w:rPr>
                <w:rFonts w:ascii="Yu Gothic" w:eastAsia="Yu Gothic" w:hAnsi="Yu Gothic"/>
                <w:sz w:val="20"/>
                <w:szCs w:val="24"/>
              </w:rPr>
              <w:t>７</w:t>
            </w:r>
          </w:p>
        </w:tc>
        <w:tc>
          <w:tcPr>
            <w:tcW w:w="8080" w:type="dxa"/>
            <w:tcBorders>
              <w:top w:val="single" w:sz="8" w:space="0" w:color="7F8C8D"/>
              <w:left w:val="single" w:sz="8" w:space="0" w:color="7F8C8D"/>
              <w:bottom w:val="single" w:sz="8" w:space="0" w:color="7F8C8D"/>
              <w:right w:val="single" w:sz="8" w:space="0" w:color="7F8C8D"/>
            </w:tcBorders>
            <w:vAlign w:val="center"/>
          </w:tcPr>
          <w:p w14:paraId="20BD7457" w14:textId="77777777" w:rsidR="00465E6C" w:rsidRPr="00356A72" w:rsidRDefault="00465E6C" w:rsidP="002C48FE">
            <w:pPr>
              <w:spacing w:after="0" w:line="252" w:lineRule="auto"/>
              <w:rPr>
                <w:sz w:val="20"/>
                <w:szCs w:val="24"/>
                <w:lang w:eastAsia="ja-JP"/>
              </w:rPr>
            </w:pPr>
            <w:r w:rsidRPr="00356A72">
              <w:rPr>
                <w:rFonts w:ascii="Yu Gothic" w:eastAsia="Yu Gothic" w:hAnsi="Yu Gothic"/>
                <w:sz w:val="20"/>
                <w:szCs w:val="24"/>
                <w:lang w:eastAsia="ja-JP"/>
              </w:rPr>
              <w:t>本事業を的確に遂行できる組織、人員、経営基盤、資金等の管理能力を有すること。</w:t>
            </w:r>
          </w:p>
        </w:tc>
      </w:tr>
      <w:tr w:rsidR="00945779" w:rsidRPr="00945779" w14:paraId="470EC846" w14:textId="77777777" w:rsidTr="00356A72">
        <w:trPr>
          <w:trHeight w:val="454"/>
          <w:jc w:val="center"/>
        </w:trPr>
        <w:tc>
          <w:tcPr>
            <w:tcW w:w="1833" w:type="dxa"/>
            <w:tcBorders>
              <w:top w:val="single" w:sz="8" w:space="0" w:color="7F8C8D"/>
              <w:left w:val="single" w:sz="8" w:space="0" w:color="7F8C8D"/>
              <w:bottom w:val="single" w:sz="8" w:space="0" w:color="7F8C8D"/>
              <w:right w:val="single" w:sz="8" w:space="0" w:color="7F8C8D"/>
            </w:tcBorders>
            <w:vAlign w:val="center"/>
          </w:tcPr>
          <w:p w14:paraId="685C8BF3" w14:textId="77777777" w:rsidR="00465E6C" w:rsidRPr="00356A72" w:rsidRDefault="00465E6C" w:rsidP="002C48FE">
            <w:pPr>
              <w:spacing w:after="0" w:line="252" w:lineRule="auto"/>
              <w:jc w:val="center"/>
              <w:rPr>
                <w:sz w:val="20"/>
                <w:szCs w:val="24"/>
              </w:rPr>
            </w:pPr>
            <w:r w:rsidRPr="00356A72">
              <w:rPr>
                <w:rFonts w:ascii="Yu Gothic" w:eastAsia="Yu Gothic" w:hAnsi="Yu Gothic"/>
                <w:sz w:val="20"/>
                <w:szCs w:val="24"/>
              </w:rPr>
              <w:t>８</w:t>
            </w:r>
          </w:p>
        </w:tc>
        <w:tc>
          <w:tcPr>
            <w:tcW w:w="8080" w:type="dxa"/>
            <w:tcBorders>
              <w:top w:val="single" w:sz="8" w:space="0" w:color="7F8C8D"/>
              <w:left w:val="single" w:sz="8" w:space="0" w:color="7F8C8D"/>
              <w:bottom w:val="single" w:sz="8" w:space="0" w:color="7F8C8D"/>
              <w:right w:val="single" w:sz="8" w:space="0" w:color="7F8C8D"/>
            </w:tcBorders>
            <w:vAlign w:val="center"/>
          </w:tcPr>
          <w:p w14:paraId="4171D540" w14:textId="77777777" w:rsidR="00465E6C" w:rsidRPr="00356A72" w:rsidRDefault="00465E6C" w:rsidP="002C48FE">
            <w:pPr>
              <w:spacing w:after="0" w:line="252" w:lineRule="auto"/>
              <w:rPr>
                <w:sz w:val="20"/>
                <w:szCs w:val="24"/>
                <w:lang w:eastAsia="ja-JP"/>
              </w:rPr>
            </w:pPr>
            <w:r w:rsidRPr="00356A72">
              <w:rPr>
                <w:rFonts w:ascii="Yu Gothic" w:eastAsia="Yu Gothic" w:hAnsi="Yu Gothic"/>
                <w:sz w:val="20"/>
                <w:szCs w:val="24"/>
                <w:lang w:eastAsia="ja-JP"/>
              </w:rPr>
              <w:t>厚生労働省等から補助金交付停止又は指名停止を受けている期間中でないこと。</w:t>
            </w:r>
          </w:p>
        </w:tc>
      </w:tr>
      <w:tr w:rsidR="00945779" w:rsidRPr="00945779" w14:paraId="5A81437C" w14:textId="77777777" w:rsidTr="00356A72">
        <w:trPr>
          <w:trHeight w:val="454"/>
          <w:jc w:val="center"/>
        </w:trPr>
        <w:tc>
          <w:tcPr>
            <w:tcW w:w="1833" w:type="dxa"/>
            <w:tcBorders>
              <w:top w:val="single" w:sz="8" w:space="0" w:color="7F8C8D"/>
              <w:left w:val="single" w:sz="8" w:space="0" w:color="7F8C8D"/>
              <w:bottom w:val="single" w:sz="8" w:space="0" w:color="7F8C8D"/>
              <w:right w:val="single" w:sz="8" w:space="0" w:color="7F8C8D"/>
            </w:tcBorders>
            <w:vAlign w:val="center"/>
          </w:tcPr>
          <w:p w14:paraId="1D25FEF9" w14:textId="77777777" w:rsidR="00465E6C" w:rsidRPr="00356A72" w:rsidRDefault="00465E6C" w:rsidP="002C48FE">
            <w:pPr>
              <w:spacing w:after="0" w:line="252" w:lineRule="auto"/>
              <w:jc w:val="center"/>
              <w:rPr>
                <w:sz w:val="20"/>
                <w:szCs w:val="24"/>
              </w:rPr>
            </w:pPr>
            <w:r w:rsidRPr="00356A72">
              <w:rPr>
                <w:rFonts w:ascii="Yu Gothic" w:eastAsia="Yu Gothic" w:hAnsi="Yu Gothic"/>
                <w:sz w:val="20"/>
                <w:szCs w:val="24"/>
              </w:rPr>
              <w:t>９</w:t>
            </w:r>
          </w:p>
        </w:tc>
        <w:tc>
          <w:tcPr>
            <w:tcW w:w="8080" w:type="dxa"/>
            <w:tcBorders>
              <w:top w:val="single" w:sz="8" w:space="0" w:color="7F8C8D"/>
              <w:left w:val="single" w:sz="8" w:space="0" w:color="7F8C8D"/>
              <w:bottom w:val="single" w:sz="8" w:space="0" w:color="7F8C8D"/>
              <w:right w:val="single" w:sz="8" w:space="0" w:color="7F8C8D"/>
            </w:tcBorders>
            <w:vAlign w:val="center"/>
          </w:tcPr>
          <w:p w14:paraId="55B34C41" w14:textId="77777777" w:rsidR="00465E6C" w:rsidRPr="00356A72" w:rsidRDefault="00465E6C" w:rsidP="002C48FE">
            <w:pPr>
              <w:spacing w:after="0" w:line="252" w:lineRule="auto"/>
              <w:rPr>
                <w:sz w:val="20"/>
                <w:szCs w:val="24"/>
                <w:lang w:eastAsia="ja-JP"/>
              </w:rPr>
            </w:pPr>
            <w:r w:rsidRPr="00356A72">
              <w:rPr>
                <w:rFonts w:ascii="Yu Gothic" w:eastAsia="Yu Gothic" w:hAnsi="Yu Gothic"/>
                <w:sz w:val="20"/>
                <w:szCs w:val="24"/>
                <w:lang w:eastAsia="ja-JP"/>
              </w:rPr>
              <w:t>「安定供給適正化・地域貢献事業」及び「医薬品供給体制高度化事業」の申請においては、公募要領５．（１）９に定める中小企業要件に該当していないこと。</w:t>
            </w:r>
          </w:p>
        </w:tc>
      </w:tr>
    </w:tbl>
    <w:p w14:paraId="1EAB1B8E" w14:textId="78191DDE" w:rsidR="00465E6C" w:rsidRPr="00356A72" w:rsidRDefault="00465E6C" w:rsidP="00356A72">
      <w:pPr>
        <w:spacing w:after="80" w:line="264" w:lineRule="auto"/>
        <w:rPr>
          <w:sz w:val="22"/>
          <w:szCs w:val="24"/>
          <w:lang w:eastAsia="ja-JP"/>
        </w:rPr>
      </w:pPr>
      <w:r w:rsidRPr="00356A72">
        <w:rPr>
          <w:rFonts w:ascii="Yu Gothic" w:eastAsia="Yu Gothic" w:hAnsi="Yu Gothic"/>
          <w:sz w:val="20"/>
          <w:szCs w:val="24"/>
          <w:lang w:eastAsia="ja-JP"/>
        </w:rPr>
        <w:t>※　上記は公募要領の応募資格に係る誓約事項です。応募に当たっては、公募要領の全文及び提出書類一覧を併せて確認してください。</w:t>
      </w:r>
    </w:p>
    <w:p w14:paraId="254CE842" w14:textId="77777777" w:rsidR="00465E6C" w:rsidRPr="00945779" w:rsidRDefault="00465E6C" w:rsidP="00465E6C">
      <w:pPr>
        <w:spacing w:after="0"/>
        <w:jc w:val="right"/>
        <w:rPr>
          <w:rFonts w:ascii="Yu Gothic" w:eastAsia="Yu Gothic" w:hAnsi="Yu Gothic"/>
          <w:lang w:eastAsia="ja-JP"/>
        </w:rPr>
      </w:pPr>
      <w:r w:rsidRPr="00356A72">
        <w:rPr>
          <w:rFonts w:ascii="Yu Gothic" w:eastAsia="Yu Gothic" w:hAnsi="Yu Gothic"/>
          <w:sz w:val="4"/>
          <w:szCs w:val="24"/>
          <w:lang w:eastAsia="ja-JP"/>
        </w:rPr>
        <w:br w:type="page"/>
      </w:r>
      <w:r w:rsidRPr="00945779">
        <w:rPr>
          <w:rFonts w:ascii="Yu Gothic" w:eastAsia="Yu Gothic" w:hAnsi="Yu Gothic"/>
          <w:b/>
          <w:sz w:val="20"/>
          <w:lang w:eastAsia="ja-JP"/>
        </w:rPr>
        <w:lastRenderedPageBreak/>
        <w:t>様式第</w:t>
      </w:r>
      <w:r w:rsidRPr="00945779">
        <w:rPr>
          <w:rFonts w:ascii="Yu Gothic" w:eastAsia="Yu Gothic" w:hAnsi="Yu Gothic" w:hint="eastAsia"/>
          <w:b/>
          <w:sz w:val="20"/>
          <w:lang w:eastAsia="ja-JP"/>
        </w:rPr>
        <w:t>５</w:t>
      </w:r>
      <w:r w:rsidRPr="00945779">
        <w:rPr>
          <w:rFonts w:ascii="Yu Gothic" w:eastAsia="Yu Gothic" w:hAnsi="Yu Gothic"/>
          <w:b/>
          <w:sz w:val="20"/>
          <w:lang w:eastAsia="ja-JP"/>
        </w:rPr>
        <w:t>号</w:t>
      </w:r>
    </w:p>
    <w:p w14:paraId="1277055E" w14:textId="77777777" w:rsidR="00465E6C" w:rsidRPr="00945779" w:rsidRDefault="00465E6C" w:rsidP="00465E6C">
      <w:pPr>
        <w:spacing w:after="240" w:line="264" w:lineRule="auto"/>
        <w:jc w:val="center"/>
        <w:rPr>
          <w:rFonts w:ascii="Yu Gothic" w:eastAsia="Yu Gothic" w:hAnsi="Yu Gothic"/>
          <w:lang w:eastAsia="ja-JP"/>
        </w:rPr>
      </w:pPr>
      <w:r w:rsidRPr="00945779">
        <w:rPr>
          <w:rFonts w:ascii="Yu Gothic" w:eastAsia="Yu Gothic" w:hAnsi="Yu Gothic"/>
          <w:b/>
          <w:sz w:val="32"/>
          <w:lang w:eastAsia="ja-JP"/>
        </w:rPr>
        <w:t>応募要件自己確認書</w:t>
      </w:r>
    </w:p>
    <w:p w14:paraId="7B15B55F" w14:textId="77777777" w:rsidR="00465E6C" w:rsidRPr="00945779" w:rsidRDefault="00465E6C" w:rsidP="00465E6C">
      <w:pPr>
        <w:spacing w:after="80" w:line="300" w:lineRule="auto"/>
        <w:rPr>
          <w:rFonts w:ascii="Yu Gothic" w:eastAsia="Yu Gothic" w:hAnsi="Yu Gothic"/>
          <w:lang w:eastAsia="ja-JP"/>
        </w:rPr>
      </w:pPr>
      <w:r w:rsidRPr="00945779">
        <w:rPr>
          <w:rFonts w:ascii="Yu Gothic" w:eastAsia="Yu Gothic" w:hAnsi="Yu Gothic"/>
          <w:lang w:eastAsia="ja-JP"/>
        </w:rPr>
        <w:t>【趣旨】本様式は、応募者自らが公募要領に定める応募要件及び補助対象要件への適合状況を確認するためのものです。提出されたチェック内容のみをもって適否を判断するものではなく、提出書類全体を踏まえて審査します。</w:t>
      </w:r>
    </w:p>
    <w:p w14:paraId="0ADBEFA2" w14:textId="77777777" w:rsidR="00465E6C" w:rsidRPr="00945779" w:rsidRDefault="00465E6C" w:rsidP="00465E6C">
      <w:pPr>
        <w:pStyle w:val="1"/>
        <w:spacing w:before="0"/>
        <w:rPr>
          <w:rFonts w:ascii="Yu Gothic" w:eastAsia="Yu Gothic" w:hAnsi="Yu Gothic"/>
          <w:color w:val="auto"/>
          <w:sz w:val="24"/>
          <w:szCs w:val="24"/>
        </w:rPr>
      </w:pPr>
      <w:r w:rsidRPr="00945779">
        <w:rPr>
          <w:rFonts w:ascii="Yu Gothic" w:eastAsia="Yu Gothic" w:hAnsi="Yu Gothic"/>
          <w:color w:val="auto"/>
          <w:sz w:val="24"/>
          <w:szCs w:val="24"/>
        </w:rPr>
        <w:t xml:space="preserve">1　</w:t>
      </w:r>
      <w:proofErr w:type="spellStart"/>
      <w:r w:rsidRPr="00945779">
        <w:rPr>
          <w:rFonts w:ascii="Yu Gothic" w:eastAsia="Yu Gothic" w:hAnsi="Yu Gothic"/>
          <w:color w:val="auto"/>
          <w:sz w:val="24"/>
          <w:szCs w:val="24"/>
        </w:rPr>
        <w:t>応募要件の自己確認</w:t>
      </w:r>
      <w:proofErr w:type="spellEnd"/>
    </w:p>
    <w:tbl>
      <w:tblPr>
        <w:tblStyle w:val="afe"/>
        <w:tblW w:w="0" w:type="auto"/>
        <w:jc w:val="center"/>
        <w:tblLook w:val="04A0" w:firstRow="1" w:lastRow="0" w:firstColumn="1" w:lastColumn="0" w:noHBand="0" w:noVBand="1"/>
      </w:tblPr>
      <w:tblGrid>
        <w:gridCol w:w="6227"/>
        <w:gridCol w:w="851"/>
        <w:gridCol w:w="2061"/>
      </w:tblGrid>
      <w:tr w:rsidR="00945779" w:rsidRPr="00945779" w14:paraId="609138EE" w14:textId="77777777" w:rsidTr="00C13EFB">
        <w:trPr>
          <w:tblHeader/>
          <w:jc w:val="center"/>
        </w:trPr>
        <w:tc>
          <w:tcPr>
            <w:tcW w:w="6227"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3284BF8B" w14:textId="77777777" w:rsidR="00465E6C" w:rsidRPr="00A22EEE" w:rsidRDefault="00465E6C" w:rsidP="002C48FE">
            <w:pPr>
              <w:jc w:val="center"/>
              <w:rPr>
                <w:rFonts w:ascii="Yu Gothic" w:eastAsia="Yu Gothic" w:hAnsi="Yu Gothic"/>
                <w:sz w:val="20"/>
                <w:szCs w:val="28"/>
              </w:rPr>
            </w:pPr>
            <w:proofErr w:type="spellStart"/>
            <w:r w:rsidRPr="00A22EEE">
              <w:rPr>
                <w:rFonts w:ascii="Yu Gothic" w:eastAsia="Yu Gothic" w:hAnsi="Yu Gothic"/>
                <w:b/>
                <w:sz w:val="20"/>
                <w:szCs w:val="28"/>
              </w:rPr>
              <w:t>確認事項</w:t>
            </w:r>
            <w:proofErr w:type="spellEnd"/>
          </w:p>
        </w:tc>
        <w:tc>
          <w:tcPr>
            <w:tcW w:w="851"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29B4F8FC" w14:textId="77777777" w:rsidR="00465E6C" w:rsidRPr="00A22EEE" w:rsidRDefault="00465E6C" w:rsidP="002C48FE">
            <w:pPr>
              <w:jc w:val="center"/>
              <w:rPr>
                <w:rFonts w:ascii="Yu Gothic" w:eastAsia="Yu Gothic" w:hAnsi="Yu Gothic"/>
                <w:sz w:val="20"/>
                <w:szCs w:val="28"/>
              </w:rPr>
            </w:pPr>
            <w:proofErr w:type="spellStart"/>
            <w:r w:rsidRPr="00A22EEE">
              <w:rPr>
                <w:rFonts w:ascii="Yu Gothic" w:eastAsia="Yu Gothic" w:hAnsi="Yu Gothic"/>
                <w:b/>
                <w:sz w:val="20"/>
                <w:szCs w:val="28"/>
              </w:rPr>
              <w:t>確認</w:t>
            </w:r>
            <w:proofErr w:type="spellEnd"/>
          </w:p>
        </w:tc>
        <w:tc>
          <w:tcPr>
            <w:tcW w:w="2061"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1EC0ABF3" w14:textId="77777777" w:rsidR="00465E6C" w:rsidRPr="00A22EEE" w:rsidRDefault="00465E6C" w:rsidP="002C48FE">
            <w:pPr>
              <w:jc w:val="center"/>
              <w:rPr>
                <w:rFonts w:ascii="Yu Gothic" w:eastAsia="Yu Gothic" w:hAnsi="Yu Gothic"/>
                <w:sz w:val="20"/>
                <w:szCs w:val="28"/>
                <w:lang w:eastAsia="ja-JP"/>
              </w:rPr>
            </w:pPr>
            <w:r w:rsidRPr="00A22EEE">
              <w:rPr>
                <w:rFonts w:ascii="Yu Gothic" w:eastAsia="Yu Gothic" w:hAnsi="Yu Gothic"/>
                <w:b/>
                <w:sz w:val="20"/>
                <w:szCs w:val="28"/>
                <w:lang w:eastAsia="ja-JP"/>
              </w:rPr>
              <w:t>備考（必要に応じて記載）</w:t>
            </w:r>
          </w:p>
        </w:tc>
      </w:tr>
      <w:tr w:rsidR="00945779" w:rsidRPr="00945779" w14:paraId="24EDA773" w14:textId="77777777" w:rsidTr="00C13EFB">
        <w:trPr>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E41F062"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sz w:val="20"/>
                <w:szCs w:val="28"/>
                <w:lang w:eastAsia="ja-JP"/>
              </w:rPr>
              <w:t>公募要領の内容を確認し、その内容を理解している。</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02AFA4FD"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7593908" w14:textId="77777777" w:rsidR="00465E6C" w:rsidRPr="00A22EEE" w:rsidRDefault="00465E6C" w:rsidP="002C48FE">
            <w:pPr>
              <w:rPr>
                <w:rFonts w:ascii="Yu Gothic" w:eastAsia="Yu Gothic" w:hAnsi="Yu Gothic"/>
                <w:sz w:val="20"/>
                <w:szCs w:val="28"/>
              </w:rPr>
            </w:pPr>
          </w:p>
        </w:tc>
      </w:tr>
      <w:tr w:rsidR="00945779" w:rsidRPr="00945779" w14:paraId="4CC0385D" w14:textId="77777777" w:rsidTr="00C13EFB">
        <w:trPr>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4C3DB274"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sz w:val="20"/>
                <w:szCs w:val="28"/>
                <w:lang w:eastAsia="ja-JP"/>
              </w:rPr>
              <w:t>応募資格を満たしている。</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5F3F783"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B6B4198" w14:textId="77777777" w:rsidR="00465E6C" w:rsidRPr="00A22EEE" w:rsidRDefault="00465E6C" w:rsidP="002C48FE">
            <w:pPr>
              <w:rPr>
                <w:rFonts w:ascii="Yu Gothic" w:eastAsia="Yu Gothic" w:hAnsi="Yu Gothic"/>
                <w:sz w:val="20"/>
                <w:szCs w:val="28"/>
              </w:rPr>
            </w:pPr>
          </w:p>
        </w:tc>
      </w:tr>
      <w:tr w:rsidR="00945779" w:rsidRPr="00945779" w14:paraId="5BDF11E6" w14:textId="77777777" w:rsidTr="00C13EFB">
        <w:trPr>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053F20F4"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sz w:val="20"/>
                <w:szCs w:val="28"/>
                <w:lang w:eastAsia="ja-JP"/>
              </w:rPr>
              <w:t>申請する取組が補助対象事業に該当する。</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1DFE9F6"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61F5A7B" w14:textId="77777777" w:rsidR="00465E6C" w:rsidRPr="00A22EEE" w:rsidRDefault="00465E6C" w:rsidP="002C48FE">
            <w:pPr>
              <w:rPr>
                <w:rFonts w:ascii="Yu Gothic" w:eastAsia="Yu Gothic" w:hAnsi="Yu Gothic"/>
                <w:sz w:val="20"/>
                <w:szCs w:val="28"/>
              </w:rPr>
            </w:pPr>
          </w:p>
        </w:tc>
      </w:tr>
      <w:tr w:rsidR="00945779" w:rsidRPr="00945779" w14:paraId="0FF13B3A" w14:textId="77777777" w:rsidTr="00C13EFB">
        <w:trPr>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7BE9001"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sz w:val="20"/>
                <w:szCs w:val="28"/>
                <w:lang w:eastAsia="ja-JP"/>
              </w:rPr>
              <w:t>補助対象外経費は含まれていない。</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04A73BFA"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EB48F7C" w14:textId="77777777" w:rsidR="00465E6C" w:rsidRPr="00A22EEE" w:rsidRDefault="00465E6C" w:rsidP="002C48FE">
            <w:pPr>
              <w:rPr>
                <w:rFonts w:ascii="Yu Gothic" w:eastAsia="Yu Gothic" w:hAnsi="Yu Gothic"/>
                <w:sz w:val="20"/>
                <w:szCs w:val="28"/>
              </w:rPr>
            </w:pPr>
          </w:p>
        </w:tc>
      </w:tr>
      <w:tr w:rsidR="00945779" w:rsidRPr="00945779" w14:paraId="5C75739E" w14:textId="77777777" w:rsidTr="00C13EFB">
        <w:trPr>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479D5DF"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sz w:val="20"/>
                <w:szCs w:val="28"/>
                <w:lang w:eastAsia="ja-JP"/>
              </w:rPr>
              <w:t>令和8年度中に契約、履行及び成果確認が可能である。</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410E8F86"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6A4D467" w14:textId="77777777" w:rsidR="00465E6C" w:rsidRPr="00A22EEE" w:rsidRDefault="00465E6C" w:rsidP="002C48FE">
            <w:pPr>
              <w:rPr>
                <w:rFonts w:ascii="Yu Gothic" w:eastAsia="Yu Gothic" w:hAnsi="Yu Gothic"/>
                <w:sz w:val="20"/>
                <w:szCs w:val="28"/>
              </w:rPr>
            </w:pPr>
          </w:p>
        </w:tc>
      </w:tr>
      <w:tr w:rsidR="00945779" w:rsidRPr="00945779" w14:paraId="091CAC83" w14:textId="77777777" w:rsidTr="00C13EFB">
        <w:trPr>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0E16C70"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sz w:val="20"/>
                <w:szCs w:val="28"/>
                <w:lang w:eastAsia="ja-JP"/>
              </w:rPr>
              <w:t>公募要領に定める補助対象外となる事業に該当しない。</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0309B7B8"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6D9B5B5" w14:textId="77777777" w:rsidR="00465E6C" w:rsidRPr="00A22EEE" w:rsidRDefault="00465E6C" w:rsidP="002C48FE">
            <w:pPr>
              <w:rPr>
                <w:rFonts w:ascii="Yu Gothic" w:eastAsia="Yu Gothic" w:hAnsi="Yu Gothic"/>
                <w:sz w:val="20"/>
                <w:szCs w:val="28"/>
              </w:rPr>
            </w:pPr>
          </w:p>
        </w:tc>
      </w:tr>
      <w:tr w:rsidR="00945779" w:rsidRPr="00945779" w14:paraId="1541D1AC" w14:textId="77777777" w:rsidTr="00C13EFB">
        <w:trPr>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C12DA35"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sz w:val="20"/>
                <w:szCs w:val="28"/>
                <w:lang w:eastAsia="ja-JP"/>
              </w:rPr>
              <w:t>（高度化事業）複数年度計画を有している。</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A49FB11"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331B6E2" w14:textId="77777777" w:rsidR="00465E6C" w:rsidRPr="00A22EEE" w:rsidRDefault="00465E6C" w:rsidP="002C48FE">
            <w:pPr>
              <w:rPr>
                <w:rFonts w:ascii="Yu Gothic" w:eastAsia="Yu Gothic" w:hAnsi="Yu Gothic"/>
                <w:sz w:val="20"/>
                <w:szCs w:val="28"/>
              </w:rPr>
            </w:pPr>
          </w:p>
        </w:tc>
      </w:tr>
      <w:tr w:rsidR="00945779" w:rsidRPr="00945779" w14:paraId="4CF7FB6B" w14:textId="77777777" w:rsidTr="00C13EFB">
        <w:trPr>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9157799"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sz w:val="20"/>
                <w:szCs w:val="28"/>
                <w:lang w:eastAsia="ja-JP"/>
              </w:rPr>
              <w:t>（高度化事業）令和8年度実施分を明確に区分している。</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799E054"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53FD5C1" w14:textId="77777777" w:rsidR="00465E6C" w:rsidRPr="00A22EEE" w:rsidRDefault="00465E6C" w:rsidP="002C48FE">
            <w:pPr>
              <w:rPr>
                <w:rFonts w:ascii="Yu Gothic" w:eastAsia="Yu Gothic" w:hAnsi="Yu Gothic"/>
                <w:sz w:val="20"/>
                <w:szCs w:val="28"/>
              </w:rPr>
            </w:pPr>
          </w:p>
        </w:tc>
      </w:tr>
      <w:tr w:rsidR="00945779" w:rsidRPr="00945779" w14:paraId="7C0F7E83" w14:textId="77777777" w:rsidTr="00C13EFB">
        <w:trPr>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0751B73"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sz w:val="20"/>
                <w:szCs w:val="28"/>
                <w:lang w:eastAsia="ja-JP"/>
              </w:rPr>
              <w:t>（高度化事業）補助事業終了後も継続的な運営を予定している。</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07AAF3FB"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445E988F" w14:textId="77777777" w:rsidR="00465E6C" w:rsidRPr="00A22EEE" w:rsidRDefault="00465E6C" w:rsidP="002C48FE">
            <w:pPr>
              <w:rPr>
                <w:rFonts w:ascii="Yu Gothic" w:eastAsia="Yu Gothic" w:hAnsi="Yu Gothic"/>
                <w:sz w:val="20"/>
                <w:szCs w:val="28"/>
              </w:rPr>
            </w:pPr>
          </w:p>
        </w:tc>
      </w:tr>
      <w:tr w:rsidR="00945779" w:rsidRPr="00945779" w14:paraId="7140E519" w14:textId="77777777" w:rsidTr="00C13EFB">
        <w:trPr>
          <w:trHeight w:val="25"/>
          <w:jc w:val="center"/>
        </w:trPr>
        <w:tc>
          <w:tcPr>
            <w:tcW w:w="622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9755C40" w14:textId="77777777" w:rsidR="00465E6C" w:rsidRPr="00A22EEE" w:rsidRDefault="00465E6C" w:rsidP="002C48FE">
            <w:pPr>
              <w:rPr>
                <w:rFonts w:ascii="Yu Gothic" w:eastAsia="Yu Gothic" w:hAnsi="Yu Gothic"/>
                <w:sz w:val="20"/>
                <w:szCs w:val="28"/>
                <w:lang w:eastAsia="ja-JP"/>
              </w:rPr>
            </w:pPr>
            <w:r w:rsidRPr="00A22EEE">
              <w:rPr>
                <w:rFonts w:ascii="Yu Gothic" w:eastAsia="Yu Gothic" w:hAnsi="Yu Gothic" w:hint="eastAsia"/>
                <w:sz w:val="20"/>
                <w:szCs w:val="28"/>
                <w:lang w:eastAsia="ja-JP"/>
              </w:rPr>
              <w:t>（高度化事業）</w:t>
            </w:r>
            <w:r w:rsidRPr="00A22EEE">
              <w:rPr>
                <w:rFonts w:ascii="Yu Gothic" w:eastAsia="Yu Gothic" w:hAnsi="Yu Gothic"/>
                <w:sz w:val="20"/>
                <w:szCs w:val="28"/>
                <w:lang w:eastAsia="ja-JP"/>
              </w:rPr>
              <w:t>第一次公募で申請又は採択された事業と同一又は実質的に同一の取組ではない。</w:t>
            </w:r>
          </w:p>
        </w:tc>
        <w:tc>
          <w:tcPr>
            <w:tcW w:w="85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660FC69" w14:textId="77777777" w:rsidR="00465E6C" w:rsidRPr="00A22EEE" w:rsidRDefault="00465E6C" w:rsidP="002C48FE">
            <w:pPr>
              <w:jc w:val="center"/>
              <w:rPr>
                <w:rFonts w:ascii="Yu Gothic" w:eastAsia="Yu Gothic" w:hAnsi="Yu Gothic"/>
                <w:sz w:val="20"/>
                <w:szCs w:val="28"/>
              </w:rPr>
            </w:pPr>
            <w:r w:rsidRPr="00A22EEE">
              <w:rPr>
                <w:rFonts w:ascii="Yu Gothic" w:eastAsia="Yu Gothic" w:hAnsi="Yu Gothic"/>
                <w:sz w:val="20"/>
                <w:szCs w:val="28"/>
              </w:rPr>
              <w:t>□</w:t>
            </w:r>
          </w:p>
        </w:tc>
        <w:tc>
          <w:tcPr>
            <w:tcW w:w="206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1C0170B" w14:textId="77777777" w:rsidR="00465E6C" w:rsidRPr="00A22EEE" w:rsidRDefault="00465E6C" w:rsidP="002C48FE">
            <w:pPr>
              <w:rPr>
                <w:rFonts w:ascii="Yu Gothic" w:eastAsia="Yu Gothic" w:hAnsi="Yu Gothic"/>
                <w:sz w:val="20"/>
                <w:szCs w:val="28"/>
              </w:rPr>
            </w:pPr>
          </w:p>
        </w:tc>
      </w:tr>
    </w:tbl>
    <w:p w14:paraId="61A1E3B2" w14:textId="77777777" w:rsidR="00465E6C" w:rsidRPr="00945779" w:rsidRDefault="00465E6C" w:rsidP="00465E6C">
      <w:pPr>
        <w:pStyle w:val="1"/>
        <w:spacing w:before="0"/>
        <w:rPr>
          <w:rFonts w:ascii="Yu Gothic" w:eastAsia="Yu Gothic" w:hAnsi="Yu Gothic"/>
          <w:color w:val="auto"/>
          <w:sz w:val="24"/>
          <w:szCs w:val="24"/>
        </w:rPr>
      </w:pPr>
      <w:r w:rsidRPr="00945779">
        <w:rPr>
          <w:rFonts w:ascii="Yu Gothic" w:eastAsia="Yu Gothic" w:hAnsi="Yu Gothic"/>
          <w:color w:val="auto"/>
          <w:sz w:val="24"/>
          <w:szCs w:val="24"/>
        </w:rPr>
        <w:t xml:space="preserve">2　</w:t>
      </w:r>
      <w:proofErr w:type="spellStart"/>
      <w:r w:rsidRPr="00945779">
        <w:rPr>
          <w:rFonts w:ascii="Yu Gothic" w:eastAsia="Yu Gothic" w:hAnsi="Yu Gothic"/>
          <w:color w:val="auto"/>
          <w:sz w:val="24"/>
          <w:szCs w:val="24"/>
        </w:rPr>
        <w:t>自己確認結果</w:t>
      </w:r>
      <w:proofErr w:type="spellEnd"/>
    </w:p>
    <w:p w14:paraId="1AA907FF" w14:textId="77777777" w:rsidR="00465E6C" w:rsidRPr="00945779" w:rsidRDefault="00465E6C" w:rsidP="00465E6C">
      <w:pPr>
        <w:spacing w:after="80" w:line="300" w:lineRule="auto"/>
        <w:rPr>
          <w:rFonts w:ascii="Yu Gothic" w:eastAsia="Yu Gothic" w:hAnsi="Yu Gothic"/>
          <w:lang w:eastAsia="ja-JP"/>
        </w:rPr>
      </w:pPr>
      <w:r w:rsidRPr="00945779">
        <w:rPr>
          <w:rFonts w:ascii="Yu Gothic" w:eastAsia="Yu Gothic" w:hAnsi="Yu Gothic"/>
          <w:lang w:eastAsia="ja-JP"/>
        </w:rPr>
        <w:t>□ 上記の全てについて確認しました。</w:t>
      </w:r>
    </w:p>
    <w:p w14:paraId="61A47D6E" w14:textId="77777777" w:rsidR="00465E6C" w:rsidRPr="00945779" w:rsidRDefault="00465E6C" w:rsidP="00465E6C">
      <w:pPr>
        <w:spacing w:after="80" w:line="300" w:lineRule="auto"/>
        <w:rPr>
          <w:rFonts w:ascii="Yu Gothic" w:eastAsia="Yu Gothic" w:hAnsi="Yu Gothic"/>
          <w:lang w:eastAsia="ja-JP"/>
        </w:rPr>
      </w:pPr>
      <w:r w:rsidRPr="00945779">
        <w:rPr>
          <w:rFonts w:ascii="Yu Gothic" w:eastAsia="Yu Gothic" w:hAnsi="Yu Gothic"/>
          <w:lang w:eastAsia="ja-JP"/>
        </w:rPr>
        <w:t>□ 確認事項のうち該当しない項目があります。（内容を以下に記載してください。）</w:t>
      </w:r>
    </w:p>
    <w:tbl>
      <w:tblPr>
        <w:tblStyle w:val="afe"/>
        <w:tblW w:w="0" w:type="auto"/>
        <w:tblInd w:w="42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72"/>
      </w:tblGrid>
      <w:tr w:rsidR="00A22C92" w14:paraId="4804C5A7" w14:textId="77777777" w:rsidTr="00FA2027">
        <w:tc>
          <w:tcPr>
            <w:tcW w:w="9072" w:type="dxa"/>
          </w:tcPr>
          <w:p w14:paraId="54DCD19A" w14:textId="77777777" w:rsidR="00F441F1" w:rsidRDefault="00F441F1" w:rsidP="00A22C92">
            <w:pPr>
              <w:rPr>
                <w:rFonts w:ascii="Yu Gothic" w:eastAsia="Yu Gothic" w:hAnsi="Yu Gothic"/>
                <w:lang w:eastAsia="ja-JP"/>
              </w:rPr>
            </w:pPr>
          </w:p>
          <w:p w14:paraId="038CB4E7" w14:textId="77777777" w:rsidR="00C75DA5" w:rsidRDefault="00C75DA5" w:rsidP="00A22C92">
            <w:pPr>
              <w:rPr>
                <w:rFonts w:ascii="Yu Gothic" w:eastAsia="Yu Gothic" w:hAnsi="Yu Gothic"/>
                <w:lang w:eastAsia="ja-JP"/>
              </w:rPr>
            </w:pPr>
          </w:p>
        </w:tc>
      </w:tr>
    </w:tbl>
    <w:p w14:paraId="4C93F855" w14:textId="77777777" w:rsidR="00465E6C" w:rsidRPr="00945779" w:rsidRDefault="00465E6C" w:rsidP="00465E6C">
      <w:pPr>
        <w:pStyle w:val="1"/>
        <w:spacing w:before="0"/>
        <w:rPr>
          <w:rFonts w:ascii="Yu Gothic" w:eastAsia="Yu Gothic" w:hAnsi="Yu Gothic"/>
          <w:color w:val="auto"/>
          <w:sz w:val="24"/>
          <w:szCs w:val="24"/>
          <w:lang w:eastAsia="ja-JP"/>
        </w:rPr>
      </w:pPr>
      <w:r w:rsidRPr="00945779">
        <w:rPr>
          <w:rFonts w:ascii="Yu Gothic" w:eastAsia="Yu Gothic" w:hAnsi="Yu Gothic"/>
          <w:color w:val="auto"/>
          <w:sz w:val="24"/>
          <w:szCs w:val="24"/>
          <w:lang w:eastAsia="ja-JP"/>
        </w:rPr>
        <w:t>3　代表者確認</w:t>
      </w:r>
    </w:p>
    <w:p w14:paraId="63AAAF77" w14:textId="77777777" w:rsidR="00465E6C" w:rsidRPr="00945779" w:rsidRDefault="00465E6C" w:rsidP="00465E6C">
      <w:pPr>
        <w:spacing w:after="80" w:line="300" w:lineRule="auto"/>
        <w:rPr>
          <w:rFonts w:ascii="Yu Gothic" w:eastAsia="Yu Gothic" w:hAnsi="Yu Gothic"/>
          <w:lang w:eastAsia="ja-JP"/>
        </w:rPr>
      </w:pPr>
      <w:r w:rsidRPr="00945779">
        <w:rPr>
          <w:rFonts w:ascii="Yu Gothic" w:eastAsia="Yu Gothic" w:hAnsi="Yu Gothic"/>
          <w:lang w:eastAsia="ja-JP"/>
        </w:rPr>
        <w:t>本書の内容は、応募日時点における当社の認識に基づき確認したものです。</w:t>
      </w:r>
    </w:p>
    <w:tbl>
      <w:tblPr>
        <w:tblStyle w:val="afe"/>
        <w:tblW w:w="0" w:type="auto"/>
        <w:jc w:val="center"/>
        <w:tblLook w:val="04A0" w:firstRow="1" w:lastRow="0" w:firstColumn="1" w:lastColumn="0" w:noHBand="0" w:noVBand="1"/>
      </w:tblPr>
      <w:tblGrid>
        <w:gridCol w:w="2268"/>
        <w:gridCol w:w="3118"/>
        <w:gridCol w:w="3685"/>
      </w:tblGrid>
      <w:tr w:rsidR="00945779" w:rsidRPr="00945779" w14:paraId="6041649B" w14:textId="77777777" w:rsidTr="002C48FE">
        <w:trPr>
          <w:tblHeader/>
          <w:jc w:val="center"/>
        </w:trPr>
        <w:tc>
          <w:tcPr>
            <w:tcW w:w="2268"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261A5939" w14:textId="77777777" w:rsidR="00465E6C" w:rsidRPr="00945779" w:rsidRDefault="00465E6C" w:rsidP="002C48FE">
            <w:pPr>
              <w:jc w:val="center"/>
              <w:rPr>
                <w:rFonts w:ascii="Yu Gothic" w:eastAsia="Yu Gothic" w:hAnsi="Yu Gothic"/>
              </w:rPr>
            </w:pPr>
            <w:proofErr w:type="spellStart"/>
            <w:r w:rsidRPr="00945779">
              <w:rPr>
                <w:rFonts w:ascii="Yu Gothic" w:eastAsia="Yu Gothic" w:hAnsi="Yu Gothic"/>
                <w:b/>
                <w:sz w:val="18"/>
              </w:rPr>
              <w:t>年月日</w:t>
            </w:r>
            <w:proofErr w:type="spellEnd"/>
          </w:p>
        </w:tc>
        <w:tc>
          <w:tcPr>
            <w:tcW w:w="3118"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5BDDB63F" w14:textId="77777777" w:rsidR="00465E6C" w:rsidRPr="00945779" w:rsidRDefault="00465E6C" w:rsidP="002C48FE">
            <w:pPr>
              <w:jc w:val="center"/>
              <w:rPr>
                <w:rFonts w:ascii="Yu Gothic" w:eastAsia="Yu Gothic" w:hAnsi="Yu Gothic"/>
              </w:rPr>
            </w:pPr>
            <w:proofErr w:type="spellStart"/>
            <w:r w:rsidRPr="00945779">
              <w:rPr>
                <w:rFonts w:ascii="Yu Gothic" w:eastAsia="Yu Gothic" w:hAnsi="Yu Gothic"/>
                <w:b/>
                <w:sz w:val="18"/>
              </w:rPr>
              <w:t>法人名</w:t>
            </w:r>
            <w:proofErr w:type="spellEnd"/>
          </w:p>
        </w:tc>
        <w:tc>
          <w:tcPr>
            <w:tcW w:w="3685"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63A58738" w14:textId="77777777" w:rsidR="00465E6C" w:rsidRPr="00945779" w:rsidRDefault="00465E6C" w:rsidP="002C48FE">
            <w:pPr>
              <w:jc w:val="center"/>
              <w:rPr>
                <w:rFonts w:ascii="Yu Gothic" w:eastAsia="Yu Gothic" w:hAnsi="Yu Gothic"/>
              </w:rPr>
            </w:pPr>
            <w:proofErr w:type="spellStart"/>
            <w:r w:rsidRPr="00945779">
              <w:rPr>
                <w:rFonts w:ascii="Yu Gothic" w:eastAsia="Yu Gothic" w:hAnsi="Yu Gothic"/>
                <w:b/>
                <w:sz w:val="18"/>
              </w:rPr>
              <w:t>代表者職・氏名</w:t>
            </w:r>
            <w:proofErr w:type="spellEnd"/>
          </w:p>
        </w:tc>
      </w:tr>
      <w:tr w:rsidR="00945779" w:rsidRPr="00945779" w14:paraId="1966E020" w14:textId="77777777" w:rsidTr="002C48FE">
        <w:trPr>
          <w:jc w:val="center"/>
        </w:trPr>
        <w:tc>
          <w:tcPr>
            <w:tcW w:w="2268"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47BD726A" w14:textId="77777777" w:rsidR="00465E6C" w:rsidRPr="00945779" w:rsidRDefault="00465E6C" w:rsidP="002C48FE">
            <w:pPr>
              <w:rPr>
                <w:rFonts w:ascii="Yu Gothic" w:eastAsia="Yu Gothic" w:hAnsi="Yu Gothic"/>
              </w:rPr>
            </w:pPr>
          </w:p>
        </w:tc>
        <w:tc>
          <w:tcPr>
            <w:tcW w:w="3118"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49DB19C2" w14:textId="77777777" w:rsidR="00465E6C" w:rsidRPr="00945779" w:rsidRDefault="00465E6C" w:rsidP="002C48FE">
            <w:pPr>
              <w:rPr>
                <w:rFonts w:ascii="Yu Gothic" w:eastAsia="Yu Gothic" w:hAnsi="Yu Gothic"/>
              </w:rPr>
            </w:pPr>
          </w:p>
        </w:tc>
        <w:tc>
          <w:tcPr>
            <w:tcW w:w="368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5780BBA" w14:textId="77777777" w:rsidR="00465E6C" w:rsidRPr="00945779" w:rsidRDefault="00465E6C" w:rsidP="002C48FE">
            <w:pPr>
              <w:rPr>
                <w:rFonts w:ascii="Yu Gothic" w:eastAsia="Yu Gothic" w:hAnsi="Yu Gothic"/>
              </w:rPr>
            </w:pPr>
          </w:p>
        </w:tc>
      </w:tr>
    </w:tbl>
    <w:p w14:paraId="1AB0E15A" w14:textId="77777777" w:rsidR="00465E6C" w:rsidRPr="00945779" w:rsidRDefault="00465E6C" w:rsidP="00465E6C">
      <w:pPr>
        <w:jc w:val="right"/>
        <w:rPr>
          <w:rFonts w:ascii="Yu Gothic" w:eastAsia="Yu Gothic" w:hAnsi="Yu Gothic"/>
          <w:lang w:eastAsia="zh-CN"/>
        </w:rPr>
      </w:pPr>
      <w:r w:rsidRPr="00945779">
        <w:rPr>
          <w:rFonts w:ascii="Yu Gothic" w:eastAsia="Yu Gothic" w:hAnsi="Yu Gothic"/>
          <w:b/>
          <w:sz w:val="20"/>
          <w:lang w:eastAsia="zh-CN"/>
        </w:rPr>
        <w:lastRenderedPageBreak/>
        <w:t>様式第</w:t>
      </w:r>
      <w:r w:rsidRPr="00945779">
        <w:rPr>
          <w:rFonts w:ascii="Yu Gothic" w:eastAsia="Yu Gothic" w:hAnsi="Yu Gothic" w:hint="eastAsia"/>
          <w:b/>
          <w:sz w:val="20"/>
          <w:lang w:eastAsia="zh-CN"/>
        </w:rPr>
        <w:t>６</w:t>
      </w:r>
      <w:r w:rsidRPr="00945779">
        <w:rPr>
          <w:rFonts w:ascii="Yu Gothic" w:eastAsia="Yu Gothic" w:hAnsi="Yu Gothic"/>
          <w:b/>
          <w:sz w:val="20"/>
          <w:lang w:eastAsia="zh-CN"/>
        </w:rPr>
        <w:t>号</w:t>
      </w:r>
    </w:p>
    <w:p w14:paraId="0EC1F63E" w14:textId="77777777" w:rsidR="00465E6C" w:rsidRPr="00945779" w:rsidRDefault="00465E6C" w:rsidP="00465E6C">
      <w:pPr>
        <w:spacing w:after="240" w:line="264" w:lineRule="auto"/>
        <w:jc w:val="center"/>
        <w:rPr>
          <w:rFonts w:ascii="Yu Gothic" w:eastAsia="Yu Gothic" w:hAnsi="Yu Gothic"/>
          <w:lang w:eastAsia="zh-CN"/>
        </w:rPr>
      </w:pPr>
      <w:r w:rsidRPr="00945779">
        <w:rPr>
          <w:rFonts w:ascii="Yu Gothic" w:eastAsia="Yu Gothic" w:hAnsi="Yu Gothic"/>
          <w:b/>
          <w:sz w:val="32"/>
          <w:lang w:eastAsia="zh-CN"/>
        </w:rPr>
        <w:t>複数年度事業計画書</w:t>
      </w:r>
    </w:p>
    <w:p w14:paraId="42105302" w14:textId="77777777" w:rsidR="00465E6C" w:rsidRPr="00945779" w:rsidRDefault="00465E6C" w:rsidP="00465E6C">
      <w:pPr>
        <w:pStyle w:val="1"/>
        <w:rPr>
          <w:rFonts w:ascii="Yu Gothic" w:eastAsia="Yu Gothic" w:hAnsi="Yu Gothic"/>
          <w:color w:val="auto"/>
          <w:lang w:eastAsia="ja-JP"/>
        </w:rPr>
      </w:pPr>
      <w:r w:rsidRPr="00945779">
        <w:rPr>
          <w:rFonts w:ascii="Yu Gothic" w:eastAsia="Yu Gothic" w:hAnsi="Yu Gothic"/>
          <w:color w:val="auto"/>
          <w:lang w:eastAsia="ja-JP"/>
        </w:rPr>
        <w:t>1　事業全体の概要</w:t>
      </w:r>
    </w:p>
    <w:p w14:paraId="074D4D32" w14:textId="77777777" w:rsidR="00465E6C" w:rsidRPr="00D50A45" w:rsidRDefault="00465E6C" w:rsidP="00465E6C">
      <w:pPr>
        <w:spacing w:after="80" w:line="264" w:lineRule="auto"/>
        <w:rPr>
          <w:rFonts w:ascii="Yu Gothic" w:eastAsia="Yu Gothic" w:hAnsi="Yu Gothic"/>
          <w:sz w:val="22"/>
          <w:szCs w:val="24"/>
          <w:lang w:eastAsia="ja-JP"/>
        </w:rPr>
      </w:pPr>
      <w:r w:rsidRPr="00D50A45">
        <w:rPr>
          <w:rFonts w:ascii="Yu Gothic" w:eastAsia="Yu Gothic" w:hAnsi="Yu Gothic"/>
          <w:sz w:val="20"/>
          <w:szCs w:val="24"/>
          <w:lang w:eastAsia="ja-JP"/>
        </w:rPr>
        <w:t>※ 事業全体の目的、最終的に目指す供給体制及び事業全体の概要を記載してください。</w:t>
      </w:r>
    </w:p>
    <w:p w14:paraId="3B9725FF" w14:textId="77777777" w:rsidR="00465E6C" w:rsidRPr="00945779" w:rsidRDefault="00465E6C" w:rsidP="00465E6C">
      <w:pPr>
        <w:pBdr>
          <w:top w:val="single" w:sz="8" w:space="4" w:color="7F8C8D"/>
          <w:left w:val="single" w:sz="8" w:space="4" w:color="7F8C8D"/>
          <w:right w:val="single" w:sz="8" w:space="4" w:color="7F8C8D"/>
        </w:pBdr>
        <w:spacing w:after="0" w:line="240" w:lineRule="auto"/>
        <w:rPr>
          <w:rFonts w:ascii="Yu Gothic" w:eastAsia="Yu Gothic" w:hAnsi="Yu Gothic"/>
          <w:lang w:eastAsia="ja-JP"/>
        </w:rPr>
      </w:pPr>
    </w:p>
    <w:p w14:paraId="30996F45" w14:textId="77777777" w:rsidR="00465E6C" w:rsidRPr="00945779" w:rsidRDefault="00465E6C" w:rsidP="00465E6C">
      <w:pPr>
        <w:pBdr>
          <w:left w:val="single" w:sz="8" w:space="4" w:color="7F8C8D"/>
          <w:right w:val="single" w:sz="8" w:space="4" w:color="7F8C8D"/>
        </w:pBdr>
        <w:spacing w:after="0" w:line="240" w:lineRule="auto"/>
        <w:rPr>
          <w:rFonts w:ascii="Yu Gothic" w:eastAsia="Yu Gothic" w:hAnsi="Yu Gothic"/>
          <w:lang w:eastAsia="ja-JP"/>
        </w:rPr>
      </w:pPr>
    </w:p>
    <w:p w14:paraId="094E766C" w14:textId="77777777" w:rsidR="00465E6C" w:rsidRPr="00945779" w:rsidRDefault="00465E6C" w:rsidP="00465E6C">
      <w:pPr>
        <w:pBdr>
          <w:left w:val="single" w:sz="8" w:space="4" w:color="7F8C8D"/>
          <w:right w:val="single" w:sz="8" w:space="4" w:color="7F8C8D"/>
        </w:pBdr>
        <w:spacing w:after="0" w:line="240" w:lineRule="auto"/>
        <w:rPr>
          <w:rFonts w:ascii="Yu Gothic" w:eastAsia="Yu Gothic" w:hAnsi="Yu Gothic"/>
          <w:lang w:eastAsia="ja-JP"/>
        </w:rPr>
      </w:pPr>
    </w:p>
    <w:p w14:paraId="2221C43C" w14:textId="77777777" w:rsidR="00465E6C" w:rsidRPr="00945779" w:rsidRDefault="00465E6C" w:rsidP="00465E6C">
      <w:pPr>
        <w:pBdr>
          <w:left w:val="single" w:sz="8" w:space="4" w:color="7F8C8D"/>
          <w:right w:val="single" w:sz="8" w:space="4" w:color="7F8C8D"/>
        </w:pBdr>
        <w:spacing w:after="0" w:line="240" w:lineRule="auto"/>
        <w:rPr>
          <w:rFonts w:ascii="Yu Gothic" w:eastAsia="Yu Gothic" w:hAnsi="Yu Gothic"/>
          <w:lang w:eastAsia="ja-JP"/>
        </w:rPr>
      </w:pPr>
    </w:p>
    <w:p w14:paraId="0471F1B7" w14:textId="77777777" w:rsidR="00465E6C" w:rsidRPr="00945779" w:rsidRDefault="00465E6C" w:rsidP="00465E6C">
      <w:pPr>
        <w:pBdr>
          <w:left w:val="single" w:sz="8" w:space="4" w:color="7F8C8D"/>
          <w:right w:val="single" w:sz="8" w:space="4" w:color="7F8C8D"/>
        </w:pBdr>
        <w:spacing w:after="0" w:line="240" w:lineRule="auto"/>
        <w:rPr>
          <w:rFonts w:ascii="Yu Gothic" w:eastAsia="Yu Gothic" w:hAnsi="Yu Gothic"/>
          <w:lang w:eastAsia="ja-JP"/>
        </w:rPr>
      </w:pPr>
    </w:p>
    <w:p w14:paraId="2252AAA3" w14:textId="77777777" w:rsidR="00465E6C" w:rsidRPr="00945779" w:rsidRDefault="00465E6C" w:rsidP="00465E6C">
      <w:pPr>
        <w:pBdr>
          <w:left w:val="single" w:sz="8" w:space="4" w:color="7F8C8D"/>
          <w:right w:val="single" w:sz="8" w:space="4" w:color="7F8C8D"/>
        </w:pBdr>
        <w:spacing w:after="0" w:line="240" w:lineRule="auto"/>
        <w:rPr>
          <w:rFonts w:ascii="Yu Gothic" w:eastAsia="Yu Gothic" w:hAnsi="Yu Gothic"/>
          <w:lang w:eastAsia="ja-JP"/>
        </w:rPr>
      </w:pPr>
    </w:p>
    <w:p w14:paraId="5868E8AF" w14:textId="77777777" w:rsidR="00465E6C" w:rsidRPr="00945779" w:rsidRDefault="00465E6C" w:rsidP="00465E6C">
      <w:pPr>
        <w:pBdr>
          <w:left w:val="single" w:sz="8" w:space="4" w:color="7F8C8D"/>
          <w:bottom w:val="single" w:sz="8" w:space="4" w:color="7F8C8D"/>
          <w:right w:val="single" w:sz="8" w:space="4" w:color="7F8C8D"/>
        </w:pBdr>
        <w:spacing w:after="0" w:line="240" w:lineRule="auto"/>
        <w:rPr>
          <w:rFonts w:ascii="Yu Gothic" w:eastAsia="Yu Gothic" w:hAnsi="Yu Gothic"/>
          <w:lang w:eastAsia="ja-JP"/>
        </w:rPr>
      </w:pPr>
    </w:p>
    <w:p w14:paraId="4BB367A0" w14:textId="77777777" w:rsidR="00465E6C" w:rsidRPr="00945779" w:rsidRDefault="00465E6C" w:rsidP="00465E6C">
      <w:pPr>
        <w:pStyle w:val="1"/>
        <w:rPr>
          <w:rFonts w:ascii="Yu Gothic" w:eastAsia="Yu Gothic" w:hAnsi="Yu Gothic"/>
          <w:color w:val="auto"/>
          <w:lang w:eastAsia="ja-JP"/>
        </w:rPr>
      </w:pPr>
      <w:r w:rsidRPr="00945779">
        <w:rPr>
          <w:rFonts w:ascii="Yu Gothic" w:eastAsia="Yu Gothic" w:hAnsi="Yu Gothic"/>
          <w:color w:val="auto"/>
          <w:lang w:eastAsia="ja-JP"/>
        </w:rPr>
        <w:t>2　複数年度で実施する理由</w:t>
      </w:r>
    </w:p>
    <w:p w14:paraId="3C9B4E1A" w14:textId="77777777" w:rsidR="00465E6C" w:rsidRPr="00D50A45" w:rsidRDefault="00465E6C" w:rsidP="00465E6C">
      <w:pPr>
        <w:spacing w:after="80" w:line="264" w:lineRule="auto"/>
        <w:rPr>
          <w:rFonts w:ascii="Yu Gothic" w:eastAsia="Yu Gothic" w:hAnsi="Yu Gothic"/>
          <w:sz w:val="22"/>
          <w:szCs w:val="24"/>
          <w:lang w:eastAsia="ja-JP"/>
        </w:rPr>
      </w:pPr>
      <w:r w:rsidRPr="00D50A45">
        <w:rPr>
          <w:rFonts w:ascii="Yu Gothic" w:eastAsia="Yu Gothic" w:hAnsi="Yu Gothic"/>
          <w:sz w:val="20"/>
          <w:szCs w:val="24"/>
          <w:lang w:eastAsia="ja-JP"/>
        </w:rPr>
        <w:t>※ 単年度ではなく複数年度で実施する必要性を、工程、設備導入、システム構築、地域調整等の観点から具体的に記載してください。</w:t>
      </w:r>
    </w:p>
    <w:p w14:paraId="2D100148" w14:textId="77777777" w:rsidR="00465E6C" w:rsidRPr="00945779" w:rsidRDefault="00465E6C" w:rsidP="00465E6C">
      <w:pPr>
        <w:pBdr>
          <w:top w:val="single" w:sz="8" w:space="4" w:color="7F8C8D"/>
          <w:left w:val="single" w:sz="8" w:space="4" w:color="7F8C8D"/>
          <w:right w:val="single" w:sz="8" w:space="4" w:color="7F8C8D"/>
        </w:pBdr>
        <w:spacing w:after="0" w:line="240" w:lineRule="auto"/>
        <w:rPr>
          <w:rFonts w:ascii="Yu Gothic" w:eastAsia="Yu Gothic" w:hAnsi="Yu Gothic"/>
          <w:lang w:eastAsia="ja-JP"/>
        </w:rPr>
      </w:pPr>
    </w:p>
    <w:p w14:paraId="5A0DE5B8" w14:textId="77777777" w:rsidR="00465E6C" w:rsidRPr="00945779" w:rsidRDefault="00465E6C" w:rsidP="00465E6C">
      <w:pPr>
        <w:pBdr>
          <w:left w:val="single" w:sz="8" w:space="4" w:color="7F8C8D"/>
          <w:right w:val="single" w:sz="8" w:space="4" w:color="7F8C8D"/>
        </w:pBdr>
        <w:spacing w:after="0" w:line="240" w:lineRule="auto"/>
        <w:rPr>
          <w:rFonts w:ascii="Yu Gothic" w:eastAsia="Yu Gothic" w:hAnsi="Yu Gothic"/>
          <w:lang w:eastAsia="ja-JP"/>
        </w:rPr>
      </w:pPr>
    </w:p>
    <w:p w14:paraId="6232B762" w14:textId="77777777" w:rsidR="00465E6C" w:rsidRPr="00945779" w:rsidRDefault="00465E6C" w:rsidP="00465E6C">
      <w:pPr>
        <w:pBdr>
          <w:left w:val="single" w:sz="8" w:space="4" w:color="7F8C8D"/>
          <w:right w:val="single" w:sz="8" w:space="4" w:color="7F8C8D"/>
        </w:pBdr>
        <w:spacing w:after="0" w:line="240" w:lineRule="auto"/>
        <w:rPr>
          <w:rFonts w:ascii="Yu Gothic" w:eastAsia="Yu Gothic" w:hAnsi="Yu Gothic"/>
          <w:lang w:eastAsia="ja-JP"/>
        </w:rPr>
      </w:pPr>
    </w:p>
    <w:p w14:paraId="4EB207E3" w14:textId="77777777" w:rsidR="00465E6C" w:rsidRPr="00945779" w:rsidRDefault="00465E6C" w:rsidP="00465E6C">
      <w:pPr>
        <w:pBdr>
          <w:left w:val="single" w:sz="8" w:space="4" w:color="7F8C8D"/>
          <w:right w:val="single" w:sz="8" w:space="4" w:color="7F8C8D"/>
        </w:pBdr>
        <w:spacing w:after="0" w:line="240" w:lineRule="auto"/>
        <w:rPr>
          <w:rFonts w:ascii="Yu Gothic" w:eastAsia="Yu Gothic" w:hAnsi="Yu Gothic"/>
          <w:lang w:eastAsia="ja-JP"/>
        </w:rPr>
      </w:pPr>
    </w:p>
    <w:p w14:paraId="62D77D91" w14:textId="77777777" w:rsidR="00465E6C" w:rsidRDefault="00465E6C" w:rsidP="00465E6C">
      <w:pPr>
        <w:pBdr>
          <w:left w:val="single" w:sz="8" w:space="4" w:color="7F8C8D"/>
          <w:bottom w:val="single" w:sz="8" w:space="4" w:color="7F8C8D"/>
          <w:right w:val="single" w:sz="8" w:space="4" w:color="7F8C8D"/>
        </w:pBdr>
        <w:spacing w:after="0" w:line="240" w:lineRule="auto"/>
        <w:rPr>
          <w:rFonts w:ascii="Yu Gothic" w:eastAsia="Yu Gothic" w:hAnsi="Yu Gothic"/>
          <w:lang w:eastAsia="ja-JP"/>
        </w:rPr>
      </w:pPr>
    </w:p>
    <w:p w14:paraId="37EC3A1E" w14:textId="77777777" w:rsidR="00A22EEE" w:rsidRPr="00945779" w:rsidRDefault="00A22EEE" w:rsidP="00465E6C">
      <w:pPr>
        <w:pBdr>
          <w:left w:val="single" w:sz="8" w:space="4" w:color="7F8C8D"/>
          <w:bottom w:val="single" w:sz="8" w:space="4" w:color="7F8C8D"/>
          <w:right w:val="single" w:sz="8" w:space="4" w:color="7F8C8D"/>
        </w:pBdr>
        <w:spacing w:after="0" w:line="240" w:lineRule="auto"/>
        <w:rPr>
          <w:rFonts w:ascii="Yu Gothic" w:eastAsia="Yu Gothic" w:hAnsi="Yu Gothic"/>
          <w:lang w:eastAsia="ja-JP"/>
        </w:rPr>
      </w:pPr>
    </w:p>
    <w:p w14:paraId="7FF90321" w14:textId="77777777" w:rsidR="00465E6C" w:rsidRPr="00945779" w:rsidRDefault="00465E6C" w:rsidP="00465E6C">
      <w:pPr>
        <w:pStyle w:val="1"/>
        <w:rPr>
          <w:rFonts w:ascii="Yu Gothic" w:eastAsia="Yu Gothic" w:hAnsi="Yu Gothic"/>
          <w:color w:val="auto"/>
          <w:lang w:eastAsia="ja-JP"/>
        </w:rPr>
      </w:pPr>
      <w:r w:rsidRPr="00945779">
        <w:rPr>
          <w:rFonts w:ascii="Yu Gothic" w:eastAsia="Yu Gothic" w:hAnsi="Yu Gothic"/>
          <w:color w:val="auto"/>
          <w:lang w:eastAsia="ja-JP"/>
        </w:rPr>
        <w:t>3　事業全体ロードマップ</w:t>
      </w:r>
    </w:p>
    <w:tbl>
      <w:tblPr>
        <w:tblStyle w:val="afe"/>
        <w:tblW w:w="0" w:type="auto"/>
        <w:jc w:val="center"/>
        <w:tblLook w:val="04A0" w:firstRow="1" w:lastRow="0" w:firstColumn="1" w:lastColumn="0" w:noHBand="0" w:noVBand="1"/>
      </w:tblPr>
      <w:tblGrid>
        <w:gridCol w:w="2137"/>
        <w:gridCol w:w="3969"/>
        <w:gridCol w:w="3402"/>
      </w:tblGrid>
      <w:tr w:rsidR="00945779" w:rsidRPr="00945779" w14:paraId="7A80E607" w14:textId="77777777" w:rsidTr="002C48FE">
        <w:trPr>
          <w:tblHeader/>
          <w:jc w:val="center"/>
        </w:trPr>
        <w:tc>
          <w:tcPr>
            <w:tcW w:w="2137"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0EFA18EE" w14:textId="77777777" w:rsidR="00465E6C" w:rsidRPr="00D50A45" w:rsidRDefault="00465E6C" w:rsidP="002C48FE">
            <w:pPr>
              <w:jc w:val="center"/>
              <w:rPr>
                <w:rFonts w:ascii="Yu Gothic" w:eastAsia="Yu Gothic" w:hAnsi="Yu Gothic"/>
                <w:sz w:val="20"/>
                <w:szCs w:val="24"/>
              </w:rPr>
            </w:pPr>
            <w:proofErr w:type="spellStart"/>
            <w:r w:rsidRPr="00D50A45">
              <w:rPr>
                <w:rFonts w:ascii="Yu Gothic" w:eastAsia="Yu Gothic" w:hAnsi="Yu Gothic"/>
                <w:b/>
                <w:sz w:val="20"/>
                <w:szCs w:val="24"/>
              </w:rPr>
              <w:t>年度</w:t>
            </w:r>
            <w:proofErr w:type="spellEnd"/>
          </w:p>
        </w:tc>
        <w:tc>
          <w:tcPr>
            <w:tcW w:w="3969"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2B9B1364" w14:textId="77777777" w:rsidR="00465E6C" w:rsidRPr="00D50A45" w:rsidRDefault="00465E6C" w:rsidP="002C48FE">
            <w:pPr>
              <w:jc w:val="center"/>
              <w:rPr>
                <w:rFonts w:ascii="Yu Gothic" w:eastAsia="Yu Gothic" w:hAnsi="Yu Gothic"/>
                <w:sz w:val="20"/>
                <w:szCs w:val="24"/>
              </w:rPr>
            </w:pPr>
            <w:proofErr w:type="spellStart"/>
            <w:r w:rsidRPr="00D50A45">
              <w:rPr>
                <w:rFonts w:ascii="Yu Gothic" w:eastAsia="Yu Gothic" w:hAnsi="Yu Gothic"/>
                <w:b/>
                <w:sz w:val="20"/>
                <w:szCs w:val="24"/>
              </w:rPr>
              <w:t>主な実施内容</w:t>
            </w:r>
            <w:proofErr w:type="spellEnd"/>
          </w:p>
        </w:tc>
        <w:tc>
          <w:tcPr>
            <w:tcW w:w="3402"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7743AE41" w14:textId="77777777" w:rsidR="00465E6C" w:rsidRPr="00D50A45" w:rsidRDefault="00465E6C" w:rsidP="002C48FE">
            <w:pPr>
              <w:jc w:val="center"/>
              <w:rPr>
                <w:rFonts w:ascii="Yu Gothic" w:eastAsia="Yu Gothic" w:hAnsi="Yu Gothic"/>
                <w:sz w:val="20"/>
                <w:szCs w:val="24"/>
              </w:rPr>
            </w:pPr>
            <w:proofErr w:type="spellStart"/>
            <w:r w:rsidRPr="00D50A45">
              <w:rPr>
                <w:rFonts w:ascii="Yu Gothic" w:eastAsia="Yu Gothic" w:hAnsi="Yu Gothic"/>
                <w:b/>
                <w:sz w:val="20"/>
                <w:szCs w:val="24"/>
              </w:rPr>
              <w:t>主な成果物</w:t>
            </w:r>
            <w:proofErr w:type="spellEnd"/>
          </w:p>
        </w:tc>
      </w:tr>
      <w:tr w:rsidR="00945779" w:rsidRPr="00945779" w14:paraId="2E4C61AD" w14:textId="77777777" w:rsidTr="002C48FE">
        <w:trPr>
          <w:jc w:val="center"/>
        </w:trPr>
        <w:tc>
          <w:tcPr>
            <w:tcW w:w="213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E058278" w14:textId="77777777" w:rsidR="00465E6C" w:rsidRPr="00D50A45" w:rsidRDefault="00465E6C" w:rsidP="00A22EEE">
            <w:pPr>
              <w:jc w:val="center"/>
              <w:rPr>
                <w:rFonts w:ascii="Yu Gothic" w:eastAsia="Yu Gothic" w:hAnsi="Yu Gothic"/>
                <w:sz w:val="20"/>
                <w:szCs w:val="24"/>
              </w:rPr>
            </w:pPr>
            <w:r w:rsidRPr="00D50A45">
              <w:rPr>
                <w:rFonts w:ascii="Yu Gothic" w:eastAsia="Yu Gothic" w:hAnsi="Yu Gothic"/>
                <w:sz w:val="20"/>
                <w:szCs w:val="24"/>
              </w:rPr>
              <w:t>令和8年度</w:t>
            </w:r>
          </w:p>
        </w:tc>
        <w:tc>
          <w:tcPr>
            <w:tcW w:w="3969"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46B0D08" w14:textId="77777777" w:rsidR="00465E6C" w:rsidRPr="00D50A45" w:rsidRDefault="00465E6C" w:rsidP="002C48FE">
            <w:pPr>
              <w:rPr>
                <w:rFonts w:ascii="Yu Gothic" w:eastAsia="Yu Gothic" w:hAnsi="Yu Gothic"/>
                <w:sz w:val="20"/>
                <w:szCs w:val="24"/>
              </w:rPr>
            </w:pPr>
          </w:p>
        </w:tc>
        <w:tc>
          <w:tcPr>
            <w:tcW w:w="3402"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49DFEB22" w14:textId="77777777" w:rsidR="00465E6C" w:rsidRPr="00D50A45" w:rsidRDefault="00465E6C" w:rsidP="002C48FE">
            <w:pPr>
              <w:rPr>
                <w:rFonts w:ascii="Yu Gothic" w:eastAsia="Yu Gothic" w:hAnsi="Yu Gothic"/>
                <w:sz w:val="20"/>
                <w:szCs w:val="24"/>
              </w:rPr>
            </w:pPr>
          </w:p>
        </w:tc>
      </w:tr>
      <w:tr w:rsidR="00945779" w:rsidRPr="00945779" w14:paraId="2A2663E2" w14:textId="77777777" w:rsidTr="002C48FE">
        <w:trPr>
          <w:jc w:val="center"/>
        </w:trPr>
        <w:tc>
          <w:tcPr>
            <w:tcW w:w="213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434BFA05" w14:textId="77777777" w:rsidR="00465E6C" w:rsidRPr="00D50A45" w:rsidRDefault="00465E6C" w:rsidP="00A22EEE">
            <w:pPr>
              <w:jc w:val="center"/>
              <w:rPr>
                <w:rFonts w:ascii="Yu Gothic" w:eastAsia="Yu Gothic" w:hAnsi="Yu Gothic"/>
                <w:sz w:val="20"/>
                <w:szCs w:val="24"/>
              </w:rPr>
            </w:pPr>
            <w:r w:rsidRPr="00D50A45">
              <w:rPr>
                <w:rFonts w:ascii="Yu Gothic" w:eastAsia="Yu Gothic" w:hAnsi="Yu Gothic"/>
                <w:sz w:val="20"/>
                <w:szCs w:val="24"/>
              </w:rPr>
              <w:t>令和9年度</w:t>
            </w:r>
          </w:p>
        </w:tc>
        <w:tc>
          <w:tcPr>
            <w:tcW w:w="3969"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54C3794B" w14:textId="77777777" w:rsidR="00465E6C" w:rsidRPr="00D50A45" w:rsidRDefault="00465E6C" w:rsidP="002C48FE">
            <w:pPr>
              <w:rPr>
                <w:rFonts w:ascii="Yu Gothic" w:eastAsia="Yu Gothic" w:hAnsi="Yu Gothic"/>
                <w:sz w:val="20"/>
                <w:szCs w:val="24"/>
              </w:rPr>
            </w:pPr>
          </w:p>
        </w:tc>
        <w:tc>
          <w:tcPr>
            <w:tcW w:w="3402"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A11062A" w14:textId="77777777" w:rsidR="00465E6C" w:rsidRPr="00D50A45" w:rsidRDefault="00465E6C" w:rsidP="002C48FE">
            <w:pPr>
              <w:rPr>
                <w:rFonts w:ascii="Yu Gothic" w:eastAsia="Yu Gothic" w:hAnsi="Yu Gothic"/>
                <w:sz w:val="20"/>
                <w:szCs w:val="24"/>
              </w:rPr>
            </w:pPr>
          </w:p>
        </w:tc>
      </w:tr>
      <w:tr w:rsidR="00465E6C" w:rsidRPr="00945779" w14:paraId="0969A7C4" w14:textId="77777777" w:rsidTr="002C48FE">
        <w:trPr>
          <w:jc w:val="center"/>
        </w:trPr>
        <w:tc>
          <w:tcPr>
            <w:tcW w:w="213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DD29ACA" w14:textId="77777777" w:rsidR="00465E6C" w:rsidRPr="00D50A45" w:rsidRDefault="00465E6C" w:rsidP="00A22EEE">
            <w:pPr>
              <w:jc w:val="center"/>
              <w:rPr>
                <w:rFonts w:ascii="Yu Gothic" w:eastAsia="Yu Gothic" w:hAnsi="Yu Gothic"/>
                <w:sz w:val="20"/>
                <w:szCs w:val="24"/>
              </w:rPr>
            </w:pPr>
            <w:r w:rsidRPr="00D50A45">
              <w:rPr>
                <w:rFonts w:ascii="Yu Gothic" w:eastAsia="Yu Gothic" w:hAnsi="Yu Gothic"/>
                <w:sz w:val="20"/>
                <w:szCs w:val="24"/>
              </w:rPr>
              <w:t>令和10年度</w:t>
            </w:r>
          </w:p>
        </w:tc>
        <w:tc>
          <w:tcPr>
            <w:tcW w:w="3969"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388E803" w14:textId="77777777" w:rsidR="00465E6C" w:rsidRPr="00D50A45" w:rsidRDefault="00465E6C" w:rsidP="002C48FE">
            <w:pPr>
              <w:rPr>
                <w:rFonts w:ascii="Yu Gothic" w:eastAsia="Yu Gothic" w:hAnsi="Yu Gothic"/>
                <w:sz w:val="20"/>
                <w:szCs w:val="24"/>
              </w:rPr>
            </w:pPr>
          </w:p>
        </w:tc>
        <w:tc>
          <w:tcPr>
            <w:tcW w:w="3402"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6399083" w14:textId="77777777" w:rsidR="00465E6C" w:rsidRPr="00D50A45" w:rsidRDefault="00465E6C" w:rsidP="002C48FE">
            <w:pPr>
              <w:rPr>
                <w:rFonts w:ascii="Yu Gothic" w:eastAsia="Yu Gothic" w:hAnsi="Yu Gothic"/>
                <w:sz w:val="20"/>
                <w:szCs w:val="24"/>
              </w:rPr>
            </w:pPr>
          </w:p>
        </w:tc>
      </w:tr>
    </w:tbl>
    <w:p w14:paraId="3555CA31" w14:textId="77777777" w:rsidR="00465E6C" w:rsidRPr="00945779" w:rsidRDefault="00465E6C" w:rsidP="00465E6C">
      <w:pPr>
        <w:rPr>
          <w:rFonts w:ascii="Yu Gothic" w:eastAsia="Yu Gothic" w:hAnsi="Yu Gothic"/>
        </w:rPr>
      </w:pPr>
    </w:p>
    <w:p w14:paraId="373A9849" w14:textId="77777777" w:rsidR="00465E6C" w:rsidRPr="00945779" w:rsidRDefault="00465E6C" w:rsidP="00465E6C">
      <w:pPr>
        <w:pStyle w:val="1"/>
        <w:rPr>
          <w:rFonts w:ascii="Yu Gothic" w:eastAsia="Yu Gothic" w:hAnsi="Yu Gothic"/>
          <w:color w:val="auto"/>
        </w:rPr>
      </w:pPr>
      <w:r w:rsidRPr="00945779">
        <w:rPr>
          <w:rFonts w:ascii="Yu Gothic" w:eastAsia="Yu Gothic" w:hAnsi="Yu Gothic"/>
          <w:color w:val="auto"/>
        </w:rPr>
        <w:lastRenderedPageBreak/>
        <w:t xml:space="preserve">4　</w:t>
      </w:r>
      <w:proofErr w:type="spellStart"/>
      <w:r w:rsidRPr="00945779">
        <w:rPr>
          <w:rFonts w:ascii="Yu Gothic" w:eastAsia="Yu Gothic" w:hAnsi="Yu Gothic"/>
          <w:color w:val="auto"/>
        </w:rPr>
        <w:t>事業全体の投資計画</w:t>
      </w:r>
      <w:proofErr w:type="spellEnd"/>
    </w:p>
    <w:tbl>
      <w:tblPr>
        <w:tblStyle w:val="afe"/>
        <w:tblW w:w="0" w:type="auto"/>
        <w:jc w:val="center"/>
        <w:tblLook w:val="04A0" w:firstRow="1" w:lastRow="0" w:firstColumn="1" w:lastColumn="0" w:noHBand="0" w:noVBand="1"/>
      </w:tblPr>
      <w:tblGrid>
        <w:gridCol w:w="1701"/>
        <w:gridCol w:w="4535"/>
        <w:gridCol w:w="2835"/>
      </w:tblGrid>
      <w:tr w:rsidR="00945779" w:rsidRPr="00945779" w14:paraId="0A01FC79" w14:textId="77777777" w:rsidTr="002C48FE">
        <w:trPr>
          <w:tblHeader/>
          <w:jc w:val="center"/>
        </w:trPr>
        <w:tc>
          <w:tcPr>
            <w:tcW w:w="1701"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5DF1043B"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b/>
                <w:sz w:val="20"/>
                <w:szCs w:val="24"/>
              </w:rPr>
              <w:t>年度</w:t>
            </w:r>
            <w:proofErr w:type="spellEnd"/>
          </w:p>
        </w:tc>
        <w:tc>
          <w:tcPr>
            <w:tcW w:w="4535"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023C31DD"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b/>
                <w:sz w:val="20"/>
                <w:szCs w:val="24"/>
              </w:rPr>
              <w:t>主な投資内容</w:t>
            </w:r>
            <w:proofErr w:type="spellEnd"/>
          </w:p>
        </w:tc>
        <w:tc>
          <w:tcPr>
            <w:tcW w:w="2835"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5A51AA60"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b/>
                <w:sz w:val="20"/>
                <w:szCs w:val="24"/>
              </w:rPr>
              <w:t>総事業費（予定</w:t>
            </w:r>
            <w:proofErr w:type="spellEnd"/>
            <w:r w:rsidRPr="00872907">
              <w:rPr>
                <w:rFonts w:ascii="Yu Gothic" w:eastAsia="Yu Gothic" w:hAnsi="Yu Gothic"/>
                <w:b/>
                <w:sz w:val="20"/>
                <w:szCs w:val="24"/>
              </w:rPr>
              <w:t>）</w:t>
            </w:r>
          </w:p>
        </w:tc>
      </w:tr>
      <w:tr w:rsidR="00945779" w:rsidRPr="00945779" w14:paraId="217BD448" w14:textId="77777777" w:rsidTr="002C48FE">
        <w:trPr>
          <w:jc w:val="center"/>
        </w:trPr>
        <w:tc>
          <w:tcPr>
            <w:tcW w:w="170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093F5F0A" w14:textId="77777777" w:rsidR="00465E6C" w:rsidRPr="00872907" w:rsidRDefault="00465E6C" w:rsidP="00A22EEE">
            <w:pPr>
              <w:jc w:val="center"/>
              <w:rPr>
                <w:rFonts w:ascii="Yu Gothic" w:eastAsia="Yu Gothic" w:hAnsi="Yu Gothic"/>
                <w:sz w:val="20"/>
                <w:szCs w:val="24"/>
              </w:rPr>
            </w:pPr>
            <w:r w:rsidRPr="00872907">
              <w:rPr>
                <w:rFonts w:ascii="Yu Gothic" w:eastAsia="Yu Gothic" w:hAnsi="Yu Gothic"/>
                <w:sz w:val="20"/>
                <w:szCs w:val="24"/>
              </w:rPr>
              <w:t>令和8年度</w:t>
            </w:r>
          </w:p>
        </w:tc>
        <w:tc>
          <w:tcPr>
            <w:tcW w:w="453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5F2DB522" w14:textId="77777777" w:rsidR="00465E6C" w:rsidRPr="00872907" w:rsidRDefault="00465E6C" w:rsidP="002C48FE">
            <w:pPr>
              <w:rPr>
                <w:rFonts w:ascii="Yu Gothic" w:eastAsia="Yu Gothic" w:hAnsi="Yu Gothic"/>
                <w:sz w:val="20"/>
                <w:szCs w:val="24"/>
              </w:rPr>
            </w:pPr>
          </w:p>
        </w:tc>
        <w:tc>
          <w:tcPr>
            <w:tcW w:w="283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78AC386" w14:textId="77777777" w:rsidR="00465E6C" w:rsidRPr="00872907" w:rsidRDefault="00465E6C" w:rsidP="002C48FE">
            <w:pPr>
              <w:rPr>
                <w:rFonts w:ascii="Yu Gothic" w:eastAsia="Yu Gothic" w:hAnsi="Yu Gothic"/>
                <w:sz w:val="20"/>
                <w:szCs w:val="24"/>
              </w:rPr>
            </w:pPr>
          </w:p>
        </w:tc>
      </w:tr>
      <w:tr w:rsidR="00945779" w:rsidRPr="00945779" w14:paraId="47BECEF9" w14:textId="77777777" w:rsidTr="002C48FE">
        <w:trPr>
          <w:jc w:val="center"/>
        </w:trPr>
        <w:tc>
          <w:tcPr>
            <w:tcW w:w="170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68B9783" w14:textId="77777777" w:rsidR="00465E6C" w:rsidRPr="00872907" w:rsidRDefault="00465E6C" w:rsidP="00A22EEE">
            <w:pPr>
              <w:jc w:val="center"/>
              <w:rPr>
                <w:rFonts w:ascii="Yu Gothic" w:eastAsia="Yu Gothic" w:hAnsi="Yu Gothic"/>
                <w:sz w:val="20"/>
                <w:szCs w:val="24"/>
              </w:rPr>
            </w:pPr>
            <w:r w:rsidRPr="00872907">
              <w:rPr>
                <w:rFonts w:ascii="Yu Gothic" w:eastAsia="Yu Gothic" w:hAnsi="Yu Gothic"/>
                <w:sz w:val="20"/>
                <w:szCs w:val="24"/>
              </w:rPr>
              <w:t>令和9年度</w:t>
            </w:r>
          </w:p>
        </w:tc>
        <w:tc>
          <w:tcPr>
            <w:tcW w:w="453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54404FC2" w14:textId="77777777" w:rsidR="00465E6C" w:rsidRPr="00872907" w:rsidRDefault="00465E6C" w:rsidP="002C48FE">
            <w:pPr>
              <w:rPr>
                <w:rFonts w:ascii="Yu Gothic" w:eastAsia="Yu Gothic" w:hAnsi="Yu Gothic"/>
                <w:sz w:val="20"/>
                <w:szCs w:val="24"/>
              </w:rPr>
            </w:pPr>
          </w:p>
        </w:tc>
        <w:tc>
          <w:tcPr>
            <w:tcW w:w="283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4240B725" w14:textId="77777777" w:rsidR="00465E6C" w:rsidRPr="00872907" w:rsidRDefault="00465E6C" w:rsidP="002C48FE">
            <w:pPr>
              <w:rPr>
                <w:rFonts w:ascii="Yu Gothic" w:eastAsia="Yu Gothic" w:hAnsi="Yu Gothic"/>
                <w:sz w:val="20"/>
                <w:szCs w:val="24"/>
              </w:rPr>
            </w:pPr>
          </w:p>
        </w:tc>
      </w:tr>
      <w:tr w:rsidR="00945779" w:rsidRPr="00945779" w14:paraId="7149CAFB" w14:textId="77777777" w:rsidTr="002C48FE">
        <w:trPr>
          <w:jc w:val="center"/>
        </w:trPr>
        <w:tc>
          <w:tcPr>
            <w:tcW w:w="170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E16F9B3" w14:textId="77777777" w:rsidR="00465E6C" w:rsidRPr="00872907" w:rsidRDefault="00465E6C" w:rsidP="00A22EEE">
            <w:pPr>
              <w:jc w:val="center"/>
              <w:rPr>
                <w:rFonts w:ascii="Yu Gothic" w:eastAsia="Yu Gothic" w:hAnsi="Yu Gothic"/>
                <w:sz w:val="20"/>
                <w:szCs w:val="24"/>
              </w:rPr>
            </w:pPr>
            <w:r w:rsidRPr="00872907">
              <w:rPr>
                <w:rFonts w:ascii="Yu Gothic" w:eastAsia="Yu Gothic" w:hAnsi="Yu Gothic"/>
                <w:sz w:val="20"/>
                <w:szCs w:val="24"/>
              </w:rPr>
              <w:t>令和10年度</w:t>
            </w:r>
          </w:p>
        </w:tc>
        <w:tc>
          <w:tcPr>
            <w:tcW w:w="453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527640A9" w14:textId="77777777" w:rsidR="00465E6C" w:rsidRPr="00872907" w:rsidRDefault="00465E6C" w:rsidP="002C48FE">
            <w:pPr>
              <w:rPr>
                <w:rFonts w:ascii="Yu Gothic" w:eastAsia="Yu Gothic" w:hAnsi="Yu Gothic"/>
                <w:sz w:val="20"/>
                <w:szCs w:val="24"/>
              </w:rPr>
            </w:pPr>
          </w:p>
        </w:tc>
        <w:tc>
          <w:tcPr>
            <w:tcW w:w="283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D9B7E52" w14:textId="77777777" w:rsidR="00465E6C" w:rsidRPr="00872907" w:rsidRDefault="00465E6C" w:rsidP="002C48FE">
            <w:pPr>
              <w:rPr>
                <w:rFonts w:ascii="Yu Gothic" w:eastAsia="Yu Gothic" w:hAnsi="Yu Gothic"/>
                <w:sz w:val="20"/>
                <w:szCs w:val="24"/>
              </w:rPr>
            </w:pPr>
          </w:p>
        </w:tc>
      </w:tr>
      <w:tr w:rsidR="00465E6C" w:rsidRPr="00945779" w14:paraId="4E9A261C" w14:textId="77777777" w:rsidTr="002C48FE">
        <w:trPr>
          <w:jc w:val="center"/>
        </w:trPr>
        <w:tc>
          <w:tcPr>
            <w:tcW w:w="1701"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6FCEC0E" w14:textId="1B9F683F" w:rsidR="00465E6C" w:rsidRPr="00872907" w:rsidRDefault="00465E6C" w:rsidP="00A22EEE">
            <w:pPr>
              <w:jc w:val="center"/>
              <w:rPr>
                <w:rFonts w:ascii="Yu Gothic" w:eastAsia="Yu Gothic" w:hAnsi="Yu Gothic"/>
                <w:sz w:val="20"/>
                <w:szCs w:val="24"/>
              </w:rPr>
            </w:pPr>
            <w:r w:rsidRPr="00872907">
              <w:rPr>
                <w:rFonts w:ascii="Yu Gothic" w:eastAsia="Yu Gothic" w:hAnsi="Yu Gothic"/>
                <w:sz w:val="20"/>
                <w:szCs w:val="24"/>
              </w:rPr>
              <w:t>合</w:t>
            </w:r>
            <w:r w:rsidR="00A22EEE">
              <w:rPr>
                <w:rFonts w:ascii="Yu Gothic" w:eastAsia="Yu Gothic" w:hAnsi="Yu Gothic" w:hint="eastAsia"/>
                <w:sz w:val="20"/>
                <w:szCs w:val="24"/>
                <w:lang w:eastAsia="ja-JP"/>
              </w:rPr>
              <w:t xml:space="preserve">　　</w:t>
            </w:r>
            <w:r w:rsidRPr="00872907">
              <w:rPr>
                <w:rFonts w:ascii="Yu Gothic" w:eastAsia="Yu Gothic" w:hAnsi="Yu Gothic"/>
                <w:sz w:val="20"/>
                <w:szCs w:val="24"/>
              </w:rPr>
              <w:t>計</w:t>
            </w:r>
          </w:p>
        </w:tc>
        <w:tc>
          <w:tcPr>
            <w:tcW w:w="453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FF8AC14" w14:textId="77777777" w:rsidR="00465E6C" w:rsidRPr="00872907" w:rsidRDefault="00465E6C" w:rsidP="002C48FE">
            <w:pPr>
              <w:rPr>
                <w:rFonts w:ascii="Yu Gothic" w:eastAsia="Yu Gothic" w:hAnsi="Yu Gothic"/>
                <w:sz w:val="20"/>
                <w:szCs w:val="24"/>
              </w:rPr>
            </w:pPr>
          </w:p>
        </w:tc>
        <w:tc>
          <w:tcPr>
            <w:tcW w:w="283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1EE50B0" w14:textId="77777777" w:rsidR="00465E6C" w:rsidRPr="00872907" w:rsidRDefault="00465E6C" w:rsidP="002C48FE">
            <w:pPr>
              <w:rPr>
                <w:rFonts w:ascii="Yu Gothic" w:eastAsia="Yu Gothic" w:hAnsi="Yu Gothic"/>
                <w:sz w:val="20"/>
                <w:szCs w:val="24"/>
              </w:rPr>
            </w:pPr>
          </w:p>
        </w:tc>
      </w:tr>
    </w:tbl>
    <w:p w14:paraId="0AB4E687" w14:textId="77777777" w:rsidR="00465E6C" w:rsidRPr="00945779" w:rsidRDefault="00465E6C" w:rsidP="00465E6C">
      <w:pPr>
        <w:rPr>
          <w:rFonts w:ascii="Yu Gothic" w:eastAsia="Yu Gothic" w:hAnsi="Yu Gothic"/>
        </w:rPr>
      </w:pPr>
    </w:p>
    <w:p w14:paraId="58FC812A" w14:textId="77777777" w:rsidR="00465E6C" w:rsidRPr="00A22EEE" w:rsidRDefault="00465E6C" w:rsidP="00465E6C">
      <w:pPr>
        <w:spacing w:after="80" w:line="264" w:lineRule="auto"/>
        <w:rPr>
          <w:rFonts w:ascii="Yu Gothic" w:eastAsia="Yu Gothic" w:hAnsi="Yu Gothic"/>
          <w:sz w:val="22"/>
          <w:szCs w:val="24"/>
          <w:lang w:eastAsia="ja-JP"/>
        </w:rPr>
      </w:pPr>
      <w:r w:rsidRPr="00A22EEE">
        <w:rPr>
          <w:rFonts w:ascii="Yu Gothic" w:eastAsia="Yu Gothic" w:hAnsi="Yu Gothic"/>
          <w:sz w:val="20"/>
          <w:szCs w:val="24"/>
          <w:lang w:eastAsia="ja-JP"/>
        </w:rPr>
        <w:t>※ 総事業費は各年度に予定する事業全体に要する経費を記載してください。</w:t>
      </w:r>
    </w:p>
    <w:p w14:paraId="69F403F8" w14:textId="77777777" w:rsidR="00465E6C" w:rsidRPr="00945779" w:rsidRDefault="00465E6C" w:rsidP="00465E6C">
      <w:pPr>
        <w:pStyle w:val="1"/>
        <w:rPr>
          <w:rFonts w:ascii="Yu Gothic" w:eastAsia="Yu Gothic" w:hAnsi="Yu Gothic"/>
          <w:color w:val="auto"/>
          <w:lang w:eastAsia="ja-JP"/>
        </w:rPr>
      </w:pPr>
      <w:r w:rsidRPr="00945779">
        <w:rPr>
          <w:rFonts w:ascii="Yu Gothic" w:eastAsia="Yu Gothic" w:hAnsi="Yu Gothic"/>
          <w:color w:val="auto"/>
          <w:lang w:eastAsia="ja-JP"/>
        </w:rPr>
        <w:t>5　令和8年度事業の位置付け</w:t>
      </w:r>
    </w:p>
    <w:tbl>
      <w:tblPr>
        <w:tblStyle w:val="afe"/>
        <w:tblW w:w="0" w:type="auto"/>
        <w:jc w:val="center"/>
        <w:tblLook w:val="04A0" w:firstRow="1" w:lastRow="0" w:firstColumn="1" w:lastColumn="0" w:noHBand="0" w:noVBand="1"/>
      </w:tblPr>
      <w:tblGrid>
        <w:gridCol w:w="3402"/>
        <w:gridCol w:w="5669"/>
      </w:tblGrid>
      <w:tr w:rsidR="00945779" w:rsidRPr="00945779" w14:paraId="42A3A328" w14:textId="77777777" w:rsidTr="002C48FE">
        <w:trPr>
          <w:tblHeader/>
          <w:jc w:val="center"/>
        </w:trPr>
        <w:tc>
          <w:tcPr>
            <w:tcW w:w="3402"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51492785"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b/>
                <w:sz w:val="20"/>
                <w:szCs w:val="24"/>
              </w:rPr>
              <w:t>項目</w:t>
            </w:r>
            <w:proofErr w:type="spellEnd"/>
          </w:p>
        </w:tc>
        <w:tc>
          <w:tcPr>
            <w:tcW w:w="5669"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7E7DFEC4"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b/>
                <w:sz w:val="20"/>
                <w:szCs w:val="24"/>
              </w:rPr>
              <w:t>内容</w:t>
            </w:r>
            <w:proofErr w:type="spellEnd"/>
          </w:p>
        </w:tc>
      </w:tr>
      <w:tr w:rsidR="00945779" w:rsidRPr="00945779" w14:paraId="3CA5BA71" w14:textId="77777777" w:rsidTr="002C48FE">
        <w:trPr>
          <w:jc w:val="center"/>
        </w:trPr>
        <w:tc>
          <w:tcPr>
            <w:tcW w:w="3402"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AB71C69" w14:textId="77777777" w:rsidR="00465E6C" w:rsidRPr="00872907" w:rsidRDefault="00465E6C" w:rsidP="002C48FE">
            <w:pPr>
              <w:rPr>
                <w:rFonts w:ascii="Yu Gothic" w:eastAsia="Yu Gothic" w:hAnsi="Yu Gothic"/>
                <w:sz w:val="20"/>
                <w:szCs w:val="24"/>
                <w:lang w:eastAsia="ja-JP"/>
              </w:rPr>
            </w:pPr>
            <w:r w:rsidRPr="00872907">
              <w:rPr>
                <w:rFonts w:ascii="Yu Gothic" w:eastAsia="Yu Gothic" w:hAnsi="Yu Gothic"/>
                <w:sz w:val="20"/>
                <w:szCs w:val="24"/>
                <w:lang w:eastAsia="ja-JP"/>
              </w:rPr>
              <w:t>令和8年度で完了する範囲</w:t>
            </w:r>
          </w:p>
        </w:tc>
        <w:tc>
          <w:tcPr>
            <w:tcW w:w="5669"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DC9AAAD" w14:textId="77777777" w:rsidR="00465E6C" w:rsidRPr="00872907" w:rsidRDefault="00465E6C" w:rsidP="002C48FE">
            <w:pPr>
              <w:rPr>
                <w:rFonts w:ascii="Yu Gothic" w:eastAsia="Yu Gothic" w:hAnsi="Yu Gothic"/>
                <w:sz w:val="20"/>
                <w:szCs w:val="24"/>
                <w:lang w:eastAsia="ja-JP"/>
              </w:rPr>
            </w:pPr>
          </w:p>
        </w:tc>
      </w:tr>
      <w:tr w:rsidR="00945779" w:rsidRPr="00945779" w14:paraId="3D78D791" w14:textId="77777777" w:rsidTr="002C48FE">
        <w:trPr>
          <w:jc w:val="center"/>
        </w:trPr>
        <w:tc>
          <w:tcPr>
            <w:tcW w:w="3402"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CEE43D0" w14:textId="77777777" w:rsidR="00465E6C" w:rsidRPr="00872907" w:rsidRDefault="00465E6C" w:rsidP="002C48FE">
            <w:pPr>
              <w:rPr>
                <w:rFonts w:ascii="Yu Gothic" w:eastAsia="Yu Gothic" w:hAnsi="Yu Gothic"/>
                <w:sz w:val="20"/>
                <w:szCs w:val="24"/>
                <w:lang w:eastAsia="ja-JP"/>
              </w:rPr>
            </w:pPr>
            <w:r w:rsidRPr="00872907">
              <w:rPr>
                <w:rFonts w:ascii="Yu Gothic" w:eastAsia="Yu Gothic" w:hAnsi="Yu Gothic"/>
                <w:sz w:val="20"/>
                <w:szCs w:val="24"/>
                <w:lang w:eastAsia="ja-JP"/>
              </w:rPr>
              <w:t>令和9年度以降に予定している範囲</w:t>
            </w:r>
          </w:p>
        </w:tc>
        <w:tc>
          <w:tcPr>
            <w:tcW w:w="5669"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BAC5656" w14:textId="77777777" w:rsidR="00465E6C" w:rsidRPr="00872907" w:rsidRDefault="00465E6C" w:rsidP="002C48FE">
            <w:pPr>
              <w:rPr>
                <w:rFonts w:ascii="Yu Gothic" w:eastAsia="Yu Gothic" w:hAnsi="Yu Gothic"/>
                <w:sz w:val="20"/>
                <w:szCs w:val="24"/>
                <w:lang w:eastAsia="ja-JP"/>
              </w:rPr>
            </w:pPr>
          </w:p>
        </w:tc>
      </w:tr>
    </w:tbl>
    <w:p w14:paraId="5FF2A399" w14:textId="77777777" w:rsidR="00465E6C" w:rsidRPr="00945779" w:rsidRDefault="00465E6C" w:rsidP="00465E6C">
      <w:pPr>
        <w:rPr>
          <w:rFonts w:ascii="Yu Gothic" w:eastAsia="Yu Gothic" w:hAnsi="Yu Gothic"/>
          <w:lang w:eastAsia="ja-JP"/>
        </w:rPr>
      </w:pPr>
    </w:p>
    <w:p w14:paraId="7A7B212F" w14:textId="77777777" w:rsidR="00465E6C" w:rsidRPr="00945779" w:rsidRDefault="00465E6C" w:rsidP="00465E6C">
      <w:pPr>
        <w:pStyle w:val="1"/>
        <w:rPr>
          <w:rFonts w:ascii="Yu Gothic" w:eastAsia="Yu Gothic" w:hAnsi="Yu Gothic"/>
          <w:color w:val="auto"/>
          <w:lang w:eastAsia="ja-JP"/>
        </w:rPr>
      </w:pPr>
      <w:r w:rsidRPr="00945779">
        <w:rPr>
          <w:rFonts w:ascii="Yu Gothic" w:eastAsia="Yu Gothic" w:hAnsi="Yu Gothic"/>
          <w:color w:val="auto"/>
          <w:lang w:eastAsia="ja-JP"/>
        </w:rPr>
        <w:t>6　補助事業終了後の運営計画</w:t>
      </w:r>
    </w:p>
    <w:tbl>
      <w:tblPr>
        <w:tblStyle w:val="afe"/>
        <w:tblW w:w="0" w:type="auto"/>
        <w:jc w:val="center"/>
        <w:tblLook w:val="04A0" w:firstRow="1" w:lastRow="0" w:firstColumn="1" w:lastColumn="0" w:noHBand="0" w:noVBand="1"/>
      </w:tblPr>
      <w:tblGrid>
        <w:gridCol w:w="2967"/>
        <w:gridCol w:w="6104"/>
      </w:tblGrid>
      <w:tr w:rsidR="00945779" w:rsidRPr="00945779" w14:paraId="0EB3B18A" w14:textId="77777777" w:rsidTr="00872907">
        <w:trPr>
          <w:tblHeader/>
          <w:jc w:val="center"/>
        </w:trPr>
        <w:tc>
          <w:tcPr>
            <w:tcW w:w="2967"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60B50AE6"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b/>
                <w:sz w:val="20"/>
                <w:szCs w:val="24"/>
              </w:rPr>
              <w:t>項目</w:t>
            </w:r>
            <w:proofErr w:type="spellEnd"/>
          </w:p>
        </w:tc>
        <w:tc>
          <w:tcPr>
            <w:tcW w:w="6104"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1C6FF917"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b/>
                <w:sz w:val="20"/>
                <w:szCs w:val="24"/>
              </w:rPr>
              <w:t>内容</w:t>
            </w:r>
            <w:proofErr w:type="spellEnd"/>
          </w:p>
        </w:tc>
      </w:tr>
      <w:tr w:rsidR="00945779" w:rsidRPr="00945779" w14:paraId="71879732" w14:textId="77777777" w:rsidTr="00872907">
        <w:trPr>
          <w:jc w:val="center"/>
        </w:trPr>
        <w:tc>
          <w:tcPr>
            <w:tcW w:w="296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EAEA7DE"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sz w:val="20"/>
                <w:szCs w:val="24"/>
              </w:rPr>
              <w:t>運営主体</w:t>
            </w:r>
            <w:proofErr w:type="spellEnd"/>
          </w:p>
        </w:tc>
        <w:tc>
          <w:tcPr>
            <w:tcW w:w="610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D6AB3FC" w14:textId="77777777" w:rsidR="00465E6C" w:rsidRPr="00872907" w:rsidRDefault="00465E6C" w:rsidP="002C48FE">
            <w:pPr>
              <w:rPr>
                <w:rFonts w:ascii="Yu Gothic" w:eastAsia="Yu Gothic" w:hAnsi="Yu Gothic"/>
                <w:sz w:val="20"/>
                <w:szCs w:val="24"/>
              </w:rPr>
            </w:pPr>
          </w:p>
        </w:tc>
      </w:tr>
      <w:tr w:rsidR="00945779" w:rsidRPr="00945779" w14:paraId="636865A9" w14:textId="77777777" w:rsidTr="00872907">
        <w:trPr>
          <w:jc w:val="center"/>
        </w:trPr>
        <w:tc>
          <w:tcPr>
            <w:tcW w:w="296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9C05265"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sz w:val="20"/>
                <w:szCs w:val="24"/>
              </w:rPr>
              <w:t>維持管理体制</w:t>
            </w:r>
            <w:proofErr w:type="spellEnd"/>
          </w:p>
        </w:tc>
        <w:tc>
          <w:tcPr>
            <w:tcW w:w="610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225E8FF" w14:textId="77777777" w:rsidR="00465E6C" w:rsidRPr="00872907" w:rsidRDefault="00465E6C" w:rsidP="002C48FE">
            <w:pPr>
              <w:rPr>
                <w:rFonts w:ascii="Yu Gothic" w:eastAsia="Yu Gothic" w:hAnsi="Yu Gothic"/>
                <w:sz w:val="20"/>
                <w:szCs w:val="24"/>
              </w:rPr>
            </w:pPr>
          </w:p>
        </w:tc>
      </w:tr>
      <w:tr w:rsidR="00945779" w:rsidRPr="00945779" w14:paraId="355B69AC" w14:textId="77777777" w:rsidTr="00872907">
        <w:trPr>
          <w:jc w:val="center"/>
        </w:trPr>
        <w:tc>
          <w:tcPr>
            <w:tcW w:w="296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710FB3B" w14:textId="77777777" w:rsidR="00465E6C" w:rsidRPr="00872907" w:rsidRDefault="00465E6C" w:rsidP="002C48FE">
            <w:pPr>
              <w:jc w:val="center"/>
              <w:rPr>
                <w:rFonts w:ascii="Yu Gothic" w:eastAsia="Yu Gothic" w:hAnsi="Yu Gothic"/>
                <w:sz w:val="20"/>
                <w:szCs w:val="24"/>
                <w:lang w:eastAsia="ja-JP"/>
              </w:rPr>
            </w:pPr>
            <w:r w:rsidRPr="00872907">
              <w:rPr>
                <w:rFonts w:ascii="Yu Gothic" w:eastAsia="Yu Gothic" w:hAnsi="Yu Gothic"/>
                <w:sz w:val="20"/>
                <w:szCs w:val="24"/>
                <w:lang w:eastAsia="ja-JP"/>
              </w:rPr>
              <w:t>補助終了後も継続できる理由</w:t>
            </w:r>
          </w:p>
        </w:tc>
        <w:tc>
          <w:tcPr>
            <w:tcW w:w="610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182E36C" w14:textId="77777777" w:rsidR="00465E6C" w:rsidRPr="00872907" w:rsidRDefault="00465E6C" w:rsidP="002C48FE">
            <w:pPr>
              <w:rPr>
                <w:rFonts w:ascii="Yu Gothic" w:eastAsia="Yu Gothic" w:hAnsi="Yu Gothic"/>
                <w:sz w:val="20"/>
                <w:szCs w:val="24"/>
                <w:lang w:eastAsia="ja-JP"/>
              </w:rPr>
            </w:pPr>
          </w:p>
        </w:tc>
      </w:tr>
      <w:tr w:rsidR="00945779" w:rsidRPr="00945779" w14:paraId="768CE757" w14:textId="77777777" w:rsidTr="00872907">
        <w:trPr>
          <w:jc w:val="center"/>
        </w:trPr>
        <w:tc>
          <w:tcPr>
            <w:tcW w:w="296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0EF1B13F" w14:textId="77777777" w:rsidR="00465E6C" w:rsidRPr="00872907" w:rsidRDefault="00465E6C" w:rsidP="002C48FE">
            <w:pPr>
              <w:jc w:val="center"/>
              <w:rPr>
                <w:rFonts w:ascii="Yu Gothic" w:eastAsia="Yu Gothic" w:hAnsi="Yu Gothic"/>
                <w:sz w:val="20"/>
                <w:szCs w:val="24"/>
              </w:rPr>
            </w:pPr>
            <w:proofErr w:type="spellStart"/>
            <w:r w:rsidRPr="00872907">
              <w:rPr>
                <w:rFonts w:ascii="Yu Gothic" w:eastAsia="Yu Gothic" w:hAnsi="Yu Gothic"/>
                <w:sz w:val="20"/>
                <w:szCs w:val="24"/>
              </w:rPr>
              <w:t>その他特記事項</w:t>
            </w:r>
            <w:proofErr w:type="spellEnd"/>
          </w:p>
        </w:tc>
        <w:tc>
          <w:tcPr>
            <w:tcW w:w="610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929757B" w14:textId="77777777" w:rsidR="00465E6C" w:rsidRPr="00872907" w:rsidRDefault="00465E6C" w:rsidP="002C48FE">
            <w:pPr>
              <w:rPr>
                <w:rFonts w:ascii="Yu Gothic" w:eastAsia="Yu Gothic" w:hAnsi="Yu Gothic"/>
                <w:sz w:val="20"/>
                <w:szCs w:val="24"/>
              </w:rPr>
            </w:pPr>
          </w:p>
        </w:tc>
      </w:tr>
    </w:tbl>
    <w:p w14:paraId="1693F7E2" w14:textId="77777777" w:rsidR="00465E6C" w:rsidRPr="00872907" w:rsidRDefault="00465E6C" w:rsidP="00465E6C">
      <w:pPr>
        <w:spacing w:after="80" w:line="264" w:lineRule="auto"/>
        <w:rPr>
          <w:rFonts w:ascii="Yu Gothic" w:eastAsia="Yu Gothic" w:hAnsi="Yu Gothic"/>
          <w:sz w:val="22"/>
          <w:szCs w:val="24"/>
          <w:lang w:eastAsia="ja-JP"/>
        </w:rPr>
      </w:pPr>
      <w:r w:rsidRPr="00872907">
        <w:rPr>
          <w:rFonts w:ascii="Yu Gothic" w:eastAsia="Yu Gothic" w:hAnsi="Yu Gothic"/>
          <w:sz w:val="20"/>
          <w:szCs w:val="24"/>
          <w:lang w:eastAsia="ja-JP"/>
        </w:rPr>
        <w:t>※ 補助終了後も自立的な運営が可能となる体制及び維持管理の考え方を記載してください。</w:t>
      </w:r>
    </w:p>
    <w:p w14:paraId="45995592" w14:textId="77777777" w:rsidR="00465E6C" w:rsidRPr="00945779" w:rsidRDefault="00465E6C" w:rsidP="00465E6C">
      <w:pPr>
        <w:pStyle w:val="1"/>
        <w:rPr>
          <w:rFonts w:ascii="Yu Gothic" w:eastAsia="Yu Gothic" w:hAnsi="Yu Gothic"/>
          <w:color w:val="auto"/>
          <w:lang w:eastAsia="ja-JP"/>
        </w:rPr>
      </w:pPr>
      <w:r w:rsidRPr="00945779">
        <w:rPr>
          <w:rFonts w:ascii="Yu Gothic" w:eastAsia="Yu Gothic" w:hAnsi="Yu Gothic"/>
          <w:color w:val="auto"/>
          <w:lang w:eastAsia="ja-JP"/>
        </w:rPr>
        <w:t>7　事業全体の完成イメージ</w:t>
      </w:r>
    </w:p>
    <w:p w14:paraId="340E705F" w14:textId="17992D3E" w:rsidR="00005D54" w:rsidRDefault="00465E6C" w:rsidP="00005D54">
      <w:pPr>
        <w:spacing w:after="80" w:line="264" w:lineRule="auto"/>
        <w:rPr>
          <w:rFonts w:ascii="Yu Gothic" w:eastAsia="Yu Gothic" w:hAnsi="Yu Gothic"/>
          <w:sz w:val="22"/>
          <w:szCs w:val="24"/>
          <w:lang w:eastAsia="ja-JP"/>
        </w:rPr>
      </w:pPr>
      <w:r w:rsidRPr="00872907">
        <w:rPr>
          <w:rFonts w:ascii="Yu Gothic" w:eastAsia="Yu Gothic" w:hAnsi="Yu Gothic"/>
          <w:sz w:val="20"/>
          <w:szCs w:val="24"/>
          <w:lang w:eastAsia="ja-JP"/>
        </w:rPr>
        <w:t>※ 事業完了後の供給体制の姿を文章、概念図、ネットワーク図等により自由に記載してください。</w:t>
      </w:r>
    </w:p>
    <w:tbl>
      <w:tblPr>
        <w:tblStyle w:val="afe"/>
        <w:tblW w:w="0" w:type="auto"/>
        <w:tblInd w:w="421" w:type="dxa"/>
        <w:tblLook w:val="04A0" w:firstRow="1" w:lastRow="0" w:firstColumn="1" w:lastColumn="0" w:noHBand="0" w:noVBand="1"/>
      </w:tblPr>
      <w:tblGrid>
        <w:gridCol w:w="9072"/>
      </w:tblGrid>
      <w:tr w:rsidR="00005D54" w14:paraId="009EB38A" w14:textId="77777777" w:rsidTr="00005D54">
        <w:tc>
          <w:tcPr>
            <w:tcW w:w="90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756B36" w14:textId="77777777" w:rsidR="00C75DA5" w:rsidRDefault="00C75DA5" w:rsidP="00005D54">
            <w:pPr>
              <w:spacing w:after="80" w:line="264" w:lineRule="auto"/>
              <w:rPr>
                <w:rFonts w:ascii="Yu Gothic" w:eastAsia="Yu Gothic" w:hAnsi="Yu Gothic"/>
                <w:sz w:val="22"/>
                <w:szCs w:val="24"/>
                <w:lang w:eastAsia="ja-JP"/>
              </w:rPr>
            </w:pPr>
          </w:p>
        </w:tc>
      </w:tr>
    </w:tbl>
    <w:p w14:paraId="6CA25381" w14:textId="77777777" w:rsidR="00005D54" w:rsidRPr="00005D54" w:rsidRDefault="00005D54" w:rsidP="00005D54">
      <w:pPr>
        <w:spacing w:after="80" w:line="264" w:lineRule="auto"/>
        <w:rPr>
          <w:rFonts w:ascii="Yu Gothic" w:eastAsia="Yu Gothic" w:hAnsi="Yu Gothic"/>
          <w:sz w:val="22"/>
          <w:szCs w:val="24"/>
          <w:lang w:eastAsia="ja-JP"/>
        </w:rPr>
      </w:pPr>
    </w:p>
    <w:p w14:paraId="0FC0F2D3" w14:textId="77777777" w:rsidR="00465E6C" w:rsidRPr="00945779" w:rsidRDefault="00465E6C" w:rsidP="00465E6C">
      <w:pPr>
        <w:rPr>
          <w:rFonts w:ascii="Yu Gothic" w:eastAsia="Yu Gothic" w:hAnsi="Yu Gothic"/>
          <w:lang w:eastAsia="ja-JP"/>
        </w:rPr>
        <w:sectPr w:rsidR="00465E6C" w:rsidRPr="00945779" w:rsidSect="00465E6C">
          <w:pgSz w:w="12240" w:h="15840"/>
          <w:pgMar w:top="1020" w:right="1134" w:bottom="1020" w:left="1134" w:header="720" w:footer="720" w:gutter="0"/>
          <w:cols w:space="720"/>
          <w:docGrid w:linePitch="360"/>
        </w:sectPr>
      </w:pPr>
    </w:p>
    <w:p w14:paraId="783053CD" w14:textId="77777777" w:rsidR="00465E6C" w:rsidRPr="00945779" w:rsidRDefault="00465E6C" w:rsidP="00465E6C">
      <w:pPr>
        <w:jc w:val="right"/>
        <w:rPr>
          <w:rFonts w:ascii="Yu Gothic" w:eastAsia="Yu Gothic" w:hAnsi="Yu Gothic"/>
          <w:lang w:eastAsia="zh-TW"/>
        </w:rPr>
      </w:pPr>
      <w:r w:rsidRPr="00945779">
        <w:rPr>
          <w:rFonts w:ascii="Yu Gothic" w:eastAsia="Yu Gothic" w:hAnsi="Yu Gothic"/>
          <w:b/>
          <w:sz w:val="20"/>
          <w:lang w:eastAsia="zh-TW"/>
        </w:rPr>
        <w:lastRenderedPageBreak/>
        <w:t>様式第7号</w:t>
      </w:r>
    </w:p>
    <w:p w14:paraId="710BE6CA" w14:textId="77777777" w:rsidR="00465E6C" w:rsidRPr="00945779" w:rsidRDefault="00465E6C" w:rsidP="00465E6C">
      <w:pPr>
        <w:spacing w:after="0" w:line="264" w:lineRule="auto"/>
        <w:jc w:val="center"/>
        <w:rPr>
          <w:rFonts w:ascii="Yu Gothic" w:eastAsia="Yu Gothic" w:hAnsi="Yu Gothic"/>
          <w:lang w:eastAsia="zh-TW"/>
        </w:rPr>
      </w:pPr>
      <w:r w:rsidRPr="00945779">
        <w:rPr>
          <w:rFonts w:ascii="Yu Gothic" w:eastAsia="Yu Gothic" w:hAnsi="Yu Gothic"/>
          <w:b/>
          <w:sz w:val="32"/>
          <w:lang w:eastAsia="zh-TW"/>
        </w:rPr>
        <w:t>医薬品供給体制高度化事業応募区分確認書</w:t>
      </w:r>
    </w:p>
    <w:p w14:paraId="70A1D561" w14:textId="77777777" w:rsidR="00465E6C" w:rsidRPr="00945779" w:rsidRDefault="00465E6C" w:rsidP="00465E6C">
      <w:pPr>
        <w:spacing w:after="80" w:line="300" w:lineRule="auto"/>
        <w:rPr>
          <w:rFonts w:ascii="Yu Gothic" w:eastAsia="Yu Gothic" w:hAnsi="Yu Gothic"/>
          <w:lang w:eastAsia="ja-JP"/>
        </w:rPr>
      </w:pPr>
      <w:r w:rsidRPr="00945779">
        <w:rPr>
          <w:rFonts w:ascii="Yu Gothic" w:eastAsia="Yu Gothic" w:hAnsi="Yu Gothic"/>
          <w:lang w:eastAsia="ja-JP"/>
        </w:rPr>
        <w:t>【趣旨】本様式は、医薬品供給体制高度化事業における補助上限額の区分を確認するため、応募者が自らの供給体制に照らして「広域卸」又は「地域卸」のいずれで応募するかを申告するものです。最終的な区分は、応募書類全体を踏まえて厚生労働省が確認します。</w:t>
      </w:r>
    </w:p>
    <w:p w14:paraId="0B83F023" w14:textId="77777777" w:rsidR="00465E6C" w:rsidRPr="00945779" w:rsidRDefault="00465E6C" w:rsidP="00465E6C">
      <w:pPr>
        <w:pStyle w:val="1"/>
        <w:spacing w:before="0"/>
        <w:rPr>
          <w:rFonts w:ascii="Yu Gothic" w:eastAsia="Yu Gothic" w:hAnsi="Yu Gothic"/>
          <w:color w:val="auto"/>
          <w:sz w:val="24"/>
          <w:szCs w:val="24"/>
        </w:rPr>
      </w:pPr>
      <w:r w:rsidRPr="00945779">
        <w:rPr>
          <w:rFonts w:ascii="Yu Gothic" w:eastAsia="Yu Gothic" w:hAnsi="Yu Gothic"/>
          <w:color w:val="auto"/>
          <w:sz w:val="24"/>
          <w:szCs w:val="24"/>
        </w:rPr>
        <w:t xml:space="preserve">1　</w:t>
      </w:r>
      <w:proofErr w:type="spellStart"/>
      <w:r w:rsidRPr="00945779">
        <w:rPr>
          <w:rFonts w:ascii="Yu Gothic" w:eastAsia="Yu Gothic" w:hAnsi="Yu Gothic"/>
          <w:color w:val="auto"/>
          <w:sz w:val="24"/>
          <w:szCs w:val="24"/>
        </w:rPr>
        <w:t>基本情報</w:t>
      </w:r>
      <w:proofErr w:type="spellEnd"/>
    </w:p>
    <w:tbl>
      <w:tblPr>
        <w:tblStyle w:val="afe"/>
        <w:tblW w:w="0" w:type="auto"/>
        <w:jc w:val="center"/>
        <w:tblLook w:val="04A0" w:firstRow="1" w:lastRow="0" w:firstColumn="1" w:lastColumn="0" w:noHBand="0" w:noVBand="1"/>
      </w:tblPr>
      <w:tblGrid>
        <w:gridCol w:w="2117"/>
        <w:gridCol w:w="6954"/>
      </w:tblGrid>
      <w:tr w:rsidR="00945779" w:rsidRPr="00945779" w14:paraId="0EFA511D" w14:textId="77777777" w:rsidTr="002C48FE">
        <w:trPr>
          <w:tblHeader/>
          <w:jc w:val="center"/>
        </w:trPr>
        <w:tc>
          <w:tcPr>
            <w:tcW w:w="2117"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5FA038F8" w14:textId="77777777" w:rsidR="00465E6C" w:rsidRPr="00913806" w:rsidRDefault="00465E6C" w:rsidP="00D50A45">
            <w:pPr>
              <w:spacing w:line="280" w:lineRule="exact"/>
              <w:jc w:val="center"/>
              <w:rPr>
                <w:rFonts w:ascii="Yu Gothic" w:eastAsia="Yu Gothic" w:hAnsi="Yu Gothic"/>
                <w:sz w:val="20"/>
                <w:szCs w:val="24"/>
              </w:rPr>
            </w:pPr>
            <w:proofErr w:type="spellStart"/>
            <w:r w:rsidRPr="00913806">
              <w:rPr>
                <w:rFonts w:ascii="Yu Gothic" w:eastAsia="Yu Gothic" w:hAnsi="Yu Gothic"/>
                <w:b/>
                <w:sz w:val="20"/>
                <w:szCs w:val="24"/>
              </w:rPr>
              <w:t>項目</w:t>
            </w:r>
            <w:proofErr w:type="spellEnd"/>
          </w:p>
        </w:tc>
        <w:tc>
          <w:tcPr>
            <w:tcW w:w="6954"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20B65C29" w14:textId="77777777" w:rsidR="00465E6C" w:rsidRPr="00913806" w:rsidRDefault="00465E6C" w:rsidP="00D50A45">
            <w:pPr>
              <w:spacing w:line="280" w:lineRule="exact"/>
              <w:jc w:val="center"/>
              <w:rPr>
                <w:rFonts w:ascii="Yu Gothic" w:eastAsia="Yu Gothic" w:hAnsi="Yu Gothic"/>
                <w:sz w:val="20"/>
                <w:szCs w:val="24"/>
              </w:rPr>
            </w:pPr>
            <w:proofErr w:type="spellStart"/>
            <w:r w:rsidRPr="00913806">
              <w:rPr>
                <w:rFonts w:ascii="Yu Gothic" w:eastAsia="Yu Gothic" w:hAnsi="Yu Gothic"/>
                <w:b/>
                <w:sz w:val="20"/>
                <w:szCs w:val="24"/>
              </w:rPr>
              <w:t>記載欄</w:t>
            </w:r>
            <w:proofErr w:type="spellEnd"/>
          </w:p>
        </w:tc>
      </w:tr>
      <w:tr w:rsidR="00945779" w:rsidRPr="00945779" w14:paraId="25750BEE" w14:textId="77777777" w:rsidTr="002C48FE">
        <w:trPr>
          <w:jc w:val="center"/>
        </w:trPr>
        <w:tc>
          <w:tcPr>
            <w:tcW w:w="211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4066C33" w14:textId="77777777" w:rsidR="00465E6C" w:rsidRPr="00913806" w:rsidRDefault="00465E6C" w:rsidP="00D50A45">
            <w:pPr>
              <w:spacing w:line="280" w:lineRule="exact"/>
              <w:jc w:val="center"/>
              <w:rPr>
                <w:rFonts w:ascii="Yu Gothic" w:eastAsia="Yu Gothic" w:hAnsi="Yu Gothic"/>
                <w:sz w:val="20"/>
                <w:szCs w:val="24"/>
              </w:rPr>
            </w:pPr>
            <w:proofErr w:type="spellStart"/>
            <w:r w:rsidRPr="00913806">
              <w:rPr>
                <w:rFonts w:ascii="Yu Gothic" w:eastAsia="Yu Gothic" w:hAnsi="Yu Gothic"/>
                <w:sz w:val="20"/>
                <w:szCs w:val="24"/>
              </w:rPr>
              <w:t>法人名</w:t>
            </w:r>
            <w:proofErr w:type="spellEnd"/>
          </w:p>
        </w:tc>
        <w:tc>
          <w:tcPr>
            <w:tcW w:w="695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571AFE0" w14:textId="77777777" w:rsidR="00465E6C" w:rsidRPr="00913806" w:rsidRDefault="00465E6C" w:rsidP="00D50A45">
            <w:pPr>
              <w:spacing w:line="280" w:lineRule="exact"/>
              <w:rPr>
                <w:rFonts w:ascii="Yu Gothic" w:eastAsia="Yu Gothic" w:hAnsi="Yu Gothic"/>
                <w:sz w:val="20"/>
                <w:szCs w:val="24"/>
              </w:rPr>
            </w:pPr>
          </w:p>
        </w:tc>
      </w:tr>
      <w:tr w:rsidR="00945779" w:rsidRPr="00945779" w14:paraId="4B805390" w14:textId="77777777" w:rsidTr="002F3782">
        <w:trPr>
          <w:trHeight w:val="398"/>
          <w:jc w:val="center"/>
        </w:trPr>
        <w:tc>
          <w:tcPr>
            <w:tcW w:w="211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6575E23" w14:textId="77777777" w:rsidR="00465E6C" w:rsidRPr="00913806" w:rsidRDefault="00465E6C" w:rsidP="00D50A45">
            <w:pPr>
              <w:spacing w:line="280" w:lineRule="exact"/>
              <w:jc w:val="center"/>
              <w:rPr>
                <w:rFonts w:ascii="Yu Gothic" w:eastAsia="Yu Gothic" w:hAnsi="Yu Gothic"/>
                <w:sz w:val="20"/>
                <w:szCs w:val="24"/>
              </w:rPr>
            </w:pPr>
            <w:proofErr w:type="spellStart"/>
            <w:r w:rsidRPr="00913806">
              <w:rPr>
                <w:rFonts w:ascii="Yu Gothic" w:eastAsia="Yu Gothic" w:hAnsi="Yu Gothic"/>
                <w:sz w:val="20"/>
                <w:szCs w:val="24"/>
              </w:rPr>
              <w:t>代表者職・氏名</w:t>
            </w:r>
            <w:proofErr w:type="spellEnd"/>
          </w:p>
        </w:tc>
        <w:tc>
          <w:tcPr>
            <w:tcW w:w="695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30C332CB" w14:textId="77777777" w:rsidR="00465E6C" w:rsidRPr="00913806" w:rsidRDefault="00465E6C" w:rsidP="00D50A45">
            <w:pPr>
              <w:spacing w:line="280" w:lineRule="exact"/>
              <w:rPr>
                <w:rFonts w:ascii="Yu Gothic" w:eastAsia="Yu Gothic" w:hAnsi="Yu Gothic"/>
                <w:sz w:val="20"/>
                <w:szCs w:val="24"/>
              </w:rPr>
            </w:pPr>
          </w:p>
        </w:tc>
      </w:tr>
      <w:tr w:rsidR="00945779" w:rsidRPr="00945779" w14:paraId="56016DB2" w14:textId="77777777" w:rsidTr="002F3782">
        <w:trPr>
          <w:trHeight w:val="20"/>
          <w:jc w:val="center"/>
        </w:trPr>
        <w:tc>
          <w:tcPr>
            <w:tcW w:w="211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5128F89" w14:textId="77777777" w:rsidR="00465E6C" w:rsidRPr="00913806" w:rsidRDefault="00465E6C" w:rsidP="00D50A45">
            <w:pPr>
              <w:spacing w:line="280" w:lineRule="exact"/>
              <w:jc w:val="center"/>
              <w:rPr>
                <w:rFonts w:ascii="Yu Gothic" w:eastAsia="Yu Gothic" w:hAnsi="Yu Gothic"/>
                <w:sz w:val="20"/>
                <w:szCs w:val="24"/>
              </w:rPr>
            </w:pPr>
            <w:proofErr w:type="spellStart"/>
            <w:r w:rsidRPr="00913806">
              <w:rPr>
                <w:rFonts w:ascii="Yu Gothic" w:eastAsia="Yu Gothic" w:hAnsi="Yu Gothic"/>
                <w:sz w:val="20"/>
                <w:szCs w:val="24"/>
              </w:rPr>
              <w:t>本社所在地</w:t>
            </w:r>
            <w:proofErr w:type="spellEnd"/>
          </w:p>
        </w:tc>
        <w:tc>
          <w:tcPr>
            <w:tcW w:w="695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0419348B" w14:textId="77777777" w:rsidR="00465E6C" w:rsidRPr="00913806" w:rsidRDefault="00465E6C" w:rsidP="00D50A45">
            <w:pPr>
              <w:spacing w:line="280" w:lineRule="exact"/>
              <w:rPr>
                <w:rFonts w:ascii="Yu Gothic" w:eastAsia="Yu Gothic" w:hAnsi="Yu Gothic"/>
                <w:sz w:val="20"/>
                <w:szCs w:val="24"/>
              </w:rPr>
            </w:pPr>
          </w:p>
        </w:tc>
      </w:tr>
    </w:tbl>
    <w:p w14:paraId="0FDA1E28" w14:textId="77777777" w:rsidR="00465E6C" w:rsidRPr="00945779" w:rsidRDefault="00465E6C" w:rsidP="00465E6C">
      <w:pPr>
        <w:pStyle w:val="1"/>
        <w:spacing w:before="0"/>
        <w:rPr>
          <w:rFonts w:ascii="Yu Gothic" w:eastAsia="Yu Gothic" w:hAnsi="Yu Gothic"/>
          <w:color w:val="auto"/>
          <w:sz w:val="24"/>
          <w:szCs w:val="24"/>
        </w:rPr>
      </w:pPr>
      <w:r w:rsidRPr="00945779">
        <w:rPr>
          <w:rFonts w:ascii="Yu Gothic" w:eastAsia="Yu Gothic" w:hAnsi="Yu Gothic"/>
          <w:color w:val="auto"/>
          <w:sz w:val="24"/>
          <w:szCs w:val="24"/>
        </w:rPr>
        <w:t xml:space="preserve">2　</w:t>
      </w:r>
      <w:proofErr w:type="spellStart"/>
      <w:r w:rsidRPr="00945779">
        <w:rPr>
          <w:rFonts w:ascii="Yu Gothic" w:eastAsia="Yu Gothic" w:hAnsi="Yu Gothic"/>
          <w:color w:val="auto"/>
          <w:sz w:val="24"/>
          <w:szCs w:val="24"/>
        </w:rPr>
        <w:t>応募区分</w:t>
      </w:r>
      <w:proofErr w:type="spellEnd"/>
    </w:p>
    <w:p w14:paraId="3DC3ABDD" w14:textId="77777777" w:rsidR="00465E6C" w:rsidRPr="00945779" w:rsidRDefault="00465E6C" w:rsidP="00465E6C">
      <w:pPr>
        <w:spacing w:after="80" w:line="300" w:lineRule="auto"/>
        <w:rPr>
          <w:rFonts w:ascii="Yu Gothic" w:eastAsia="Yu Gothic" w:hAnsi="Yu Gothic"/>
          <w:lang w:eastAsia="ja-JP"/>
        </w:rPr>
      </w:pPr>
      <w:r w:rsidRPr="00945779">
        <w:rPr>
          <w:rFonts w:ascii="Yu Gothic" w:eastAsia="Yu Gothic" w:hAnsi="Yu Gothic"/>
          <w:lang w:eastAsia="ja-JP"/>
        </w:rPr>
        <w:t>該当する区分を一つ選択してください。</w:t>
      </w:r>
    </w:p>
    <w:tbl>
      <w:tblPr>
        <w:tblStyle w:val="afe"/>
        <w:tblW w:w="0" w:type="auto"/>
        <w:jc w:val="center"/>
        <w:tblLook w:val="04A0" w:firstRow="1" w:lastRow="0" w:firstColumn="1" w:lastColumn="0" w:noHBand="0" w:noVBand="1"/>
      </w:tblPr>
      <w:tblGrid>
        <w:gridCol w:w="1266"/>
        <w:gridCol w:w="6955"/>
        <w:gridCol w:w="850"/>
      </w:tblGrid>
      <w:tr w:rsidR="00945779" w:rsidRPr="00945779" w14:paraId="4CEB271D" w14:textId="77777777" w:rsidTr="002C48FE">
        <w:trPr>
          <w:tblHeader/>
          <w:jc w:val="center"/>
        </w:trPr>
        <w:tc>
          <w:tcPr>
            <w:tcW w:w="1266"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16A51421" w14:textId="77777777" w:rsidR="00465E6C" w:rsidRPr="00680767" w:rsidRDefault="00465E6C" w:rsidP="00D50A45">
            <w:pPr>
              <w:spacing w:line="280" w:lineRule="exact"/>
              <w:jc w:val="center"/>
              <w:rPr>
                <w:rFonts w:ascii="Yu Gothic" w:eastAsia="Yu Gothic" w:hAnsi="Yu Gothic"/>
                <w:sz w:val="20"/>
                <w:szCs w:val="28"/>
              </w:rPr>
            </w:pPr>
            <w:proofErr w:type="spellStart"/>
            <w:r w:rsidRPr="00680767">
              <w:rPr>
                <w:rFonts w:ascii="Yu Gothic" w:eastAsia="Yu Gothic" w:hAnsi="Yu Gothic"/>
                <w:b/>
                <w:sz w:val="20"/>
                <w:szCs w:val="28"/>
              </w:rPr>
              <w:t>応募区分</w:t>
            </w:r>
            <w:proofErr w:type="spellEnd"/>
          </w:p>
        </w:tc>
        <w:tc>
          <w:tcPr>
            <w:tcW w:w="6955"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5601FD78" w14:textId="77777777" w:rsidR="00465E6C" w:rsidRPr="00680767" w:rsidRDefault="00465E6C" w:rsidP="00D50A45">
            <w:pPr>
              <w:spacing w:line="280" w:lineRule="exact"/>
              <w:jc w:val="center"/>
              <w:rPr>
                <w:rFonts w:ascii="Yu Gothic" w:eastAsia="Yu Gothic" w:hAnsi="Yu Gothic"/>
                <w:sz w:val="20"/>
                <w:szCs w:val="28"/>
              </w:rPr>
            </w:pPr>
            <w:proofErr w:type="spellStart"/>
            <w:r w:rsidRPr="00680767">
              <w:rPr>
                <w:rFonts w:ascii="Yu Gothic" w:eastAsia="Yu Gothic" w:hAnsi="Yu Gothic"/>
                <w:b/>
                <w:sz w:val="20"/>
                <w:szCs w:val="28"/>
              </w:rPr>
              <w:t>定義</w:t>
            </w:r>
            <w:proofErr w:type="spellEnd"/>
          </w:p>
        </w:tc>
        <w:tc>
          <w:tcPr>
            <w:tcW w:w="850"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2565C960" w14:textId="77777777" w:rsidR="00465E6C" w:rsidRPr="00680767" w:rsidRDefault="00465E6C" w:rsidP="00D50A45">
            <w:pPr>
              <w:spacing w:line="280" w:lineRule="exact"/>
              <w:jc w:val="center"/>
              <w:rPr>
                <w:rFonts w:ascii="Yu Gothic" w:eastAsia="Yu Gothic" w:hAnsi="Yu Gothic"/>
                <w:sz w:val="20"/>
                <w:szCs w:val="28"/>
              </w:rPr>
            </w:pPr>
            <w:proofErr w:type="spellStart"/>
            <w:r w:rsidRPr="00680767">
              <w:rPr>
                <w:rFonts w:ascii="Yu Gothic" w:eastAsia="Yu Gothic" w:hAnsi="Yu Gothic"/>
                <w:b/>
                <w:sz w:val="20"/>
                <w:szCs w:val="28"/>
              </w:rPr>
              <w:t>選択</w:t>
            </w:r>
            <w:proofErr w:type="spellEnd"/>
          </w:p>
        </w:tc>
      </w:tr>
      <w:tr w:rsidR="00945779" w:rsidRPr="00945779" w14:paraId="1D30ADDA" w14:textId="77777777" w:rsidTr="002F3782">
        <w:trPr>
          <w:trHeight w:val="405"/>
          <w:jc w:val="center"/>
        </w:trPr>
        <w:tc>
          <w:tcPr>
            <w:tcW w:w="1266"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448690F" w14:textId="77777777" w:rsidR="00465E6C" w:rsidRPr="00680767" w:rsidRDefault="00465E6C" w:rsidP="00D50A45">
            <w:pPr>
              <w:spacing w:line="280" w:lineRule="exact"/>
              <w:jc w:val="center"/>
              <w:rPr>
                <w:rFonts w:ascii="Yu Gothic" w:eastAsia="Yu Gothic" w:hAnsi="Yu Gothic"/>
                <w:sz w:val="20"/>
                <w:szCs w:val="28"/>
              </w:rPr>
            </w:pPr>
            <w:proofErr w:type="spellStart"/>
            <w:r w:rsidRPr="00680767">
              <w:rPr>
                <w:rFonts w:ascii="Yu Gothic" w:eastAsia="Yu Gothic" w:hAnsi="Yu Gothic"/>
                <w:sz w:val="20"/>
                <w:szCs w:val="28"/>
              </w:rPr>
              <w:t>広域卸</w:t>
            </w:r>
            <w:proofErr w:type="spellEnd"/>
          </w:p>
        </w:tc>
        <w:tc>
          <w:tcPr>
            <w:tcW w:w="695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8F36960" w14:textId="77777777" w:rsidR="00465E6C" w:rsidRPr="00680767" w:rsidRDefault="00465E6C" w:rsidP="00D50A45">
            <w:pPr>
              <w:spacing w:line="280" w:lineRule="exact"/>
              <w:rPr>
                <w:rFonts w:ascii="Yu Gothic" w:eastAsia="Yu Gothic" w:hAnsi="Yu Gothic"/>
                <w:sz w:val="20"/>
                <w:szCs w:val="28"/>
                <w:lang w:eastAsia="ja-JP"/>
              </w:rPr>
            </w:pPr>
            <w:r w:rsidRPr="00680767">
              <w:rPr>
                <w:rFonts w:ascii="Yu Gothic" w:eastAsia="Yu Gothic" w:hAnsi="Yu Gothic"/>
                <w:sz w:val="20"/>
                <w:szCs w:val="28"/>
                <w:lang w:eastAsia="ja-JP"/>
              </w:rPr>
              <w:t>全国又は複数の地方ブロックにおいて医薬品供給ネットワークを構築し、広域的な需給調整機能を担う医薬品卸売販売業者</w:t>
            </w:r>
          </w:p>
        </w:tc>
        <w:tc>
          <w:tcPr>
            <w:tcW w:w="850"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4D1E4457" w14:textId="77777777" w:rsidR="00465E6C" w:rsidRPr="00680767" w:rsidRDefault="00465E6C" w:rsidP="00D50A45">
            <w:pPr>
              <w:spacing w:line="280" w:lineRule="exact"/>
              <w:jc w:val="center"/>
              <w:rPr>
                <w:rFonts w:ascii="Yu Gothic" w:eastAsia="Yu Gothic" w:hAnsi="Yu Gothic"/>
                <w:sz w:val="20"/>
                <w:szCs w:val="28"/>
              </w:rPr>
            </w:pPr>
            <w:r w:rsidRPr="00680767">
              <w:rPr>
                <w:rFonts w:ascii="Yu Gothic" w:eastAsia="Yu Gothic" w:hAnsi="Yu Gothic"/>
                <w:sz w:val="20"/>
                <w:szCs w:val="28"/>
              </w:rPr>
              <w:t>□</w:t>
            </w:r>
          </w:p>
        </w:tc>
      </w:tr>
      <w:tr w:rsidR="00945779" w:rsidRPr="00945779" w14:paraId="170A5C1A" w14:textId="77777777" w:rsidTr="002C48FE">
        <w:trPr>
          <w:jc w:val="center"/>
        </w:trPr>
        <w:tc>
          <w:tcPr>
            <w:tcW w:w="1266"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F8A3B6A" w14:textId="77777777" w:rsidR="00465E6C" w:rsidRPr="00680767" w:rsidRDefault="00465E6C" w:rsidP="00D50A45">
            <w:pPr>
              <w:spacing w:line="280" w:lineRule="exact"/>
              <w:jc w:val="center"/>
              <w:rPr>
                <w:rFonts w:ascii="Yu Gothic" w:eastAsia="Yu Gothic" w:hAnsi="Yu Gothic"/>
                <w:sz w:val="20"/>
                <w:szCs w:val="28"/>
              </w:rPr>
            </w:pPr>
            <w:proofErr w:type="spellStart"/>
            <w:r w:rsidRPr="00680767">
              <w:rPr>
                <w:rFonts w:ascii="Yu Gothic" w:eastAsia="Yu Gothic" w:hAnsi="Yu Gothic"/>
                <w:sz w:val="20"/>
                <w:szCs w:val="28"/>
              </w:rPr>
              <w:t>地域卸</w:t>
            </w:r>
            <w:proofErr w:type="spellEnd"/>
          </w:p>
        </w:tc>
        <w:tc>
          <w:tcPr>
            <w:tcW w:w="695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5164CB1" w14:textId="77777777" w:rsidR="00465E6C" w:rsidRPr="00680767" w:rsidRDefault="00465E6C" w:rsidP="00D50A45">
            <w:pPr>
              <w:spacing w:line="280" w:lineRule="exact"/>
              <w:rPr>
                <w:rFonts w:ascii="Yu Gothic" w:eastAsia="Yu Gothic" w:hAnsi="Yu Gothic"/>
                <w:sz w:val="20"/>
                <w:szCs w:val="28"/>
                <w:lang w:eastAsia="ja-JP"/>
              </w:rPr>
            </w:pPr>
            <w:r w:rsidRPr="00680767">
              <w:rPr>
                <w:rFonts w:ascii="Yu Gothic" w:eastAsia="Yu Gothic" w:hAnsi="Yu Gothic"/>
                <w:sz w:val="20"/>
                <w:szCs w:val="28"/>
                <w:lang w:eastAsia="ja-JP"/>
              </w:rPr>
              <w:t>特定の地域を中心として医薬品供給を担い、当該地域における安定供給に重要な役割を担う医薬品卸売販売業者</w:t>
            </w:r>
          </w:p>
        </w:tc>
        <w:tc>
          <w:tcPr>
            <w:tcW w:w="850"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388ED74" w14:textId="77777777" w:rsidR="00465E6C" w:rsidRPr="00680767" w:rsidRDefault="00465E6C" w:rsidP="00D50A45">
            <w:pPr>
              <w:spacing w:line="280" w:lineRule="exact"/>
              <w:jc w:val="center"/>
              <w:rPr>
                <w:rFonts w:ascii="Yu Gothic" w:eastAsia="Yu Gothic" w:hAnsi="Yu Gothic"/>
                <w:sz w:val="20"/>
                <w:szCs w:val="28"/>
              </w:rPr>
            </w:pPr>
            <w:r w:rsidRPr="00680767">
              <w:rPr>
                <w:rFonts w:ascii="Yu Gothic" w:eastAsia="Yu Gothic" w:hAnsi="Yu Gothic"/>
                <w:sz w:val="20"/>
                <w:szCs w:val="28"/>
              </w:rPr>
              <w:t>□</w:t>
            </w:r>
          </w:p>
        </w:tc>
      </w:tr>
    </w:tbl>
    <w:p w14:paraId="037C0693" w14:textId="77777777" w:rsidR="00465E6C" w:rsidRPr="00945779" w:rsidRDefault="00465E6C" w:rsidP="00465E6C">
      <w:pPr>
        <w:pStyle w:val="1"/>
        <w:spacing w:before="0"/>
        <w:rPr>
          <w:rFonts w:ascii="Yu Gothic" w:eastAsia="Yu Gothic" w:hAnsi="Yu Gothic"/>
          <w:color w:val="auto"/>
          <w:sz w:val="24"/>
          <w:szCs w:val="24"/>
        </w:rPr>
      </w:pPr>
      <w:r w:rsidRPr="00945779">
        <w:rPr>
          <w:rFonts w:ascii="Yu Gothic" w:eastAsia="Yu Gothic" w:hAnsi="Yu Gothic"/>
          <w:color w:val="auto"/>
          <w:sz w:val="24"/>
          <w:szCs w:val="24"/>
        </w:rPr>
        <w:t xml:space="preserve">3　</w:t>
      </w:r>
      <w:proofErr w:type="spellStart"/>
      <w:r w:rsidRPr="00945779">
        <w:rPr>
          <w:rFonts w:ascii="Yu Gothic" w:eastAsia="Yu Gothic" w:hAnsi="Yu Gothic"/>
          <w:color w:val="auto"/>
          <w:sz w:val="24"/>
          <w:szCs w:val="24"/>
        </w:rPr>
        <w:t>応募区分の根拠</w:t>
      </w:r>
      <w:proofErr w:type="spellEnd"/>
    </w:p>
    <w:tbl>
      <w:tblPr>
        <w:tblStyle w:val="afe"/>
        <w:tblW w:w="0" w:type="auto"/>
        <w:jc w:val="center"/>
        <w:tblLook w:val="04A0" w:firstRow="1" w:lastRow="0" w:firstColumn="1" w:lastColumn="0" w:noHBand="0" w:noVBand="1"/>
      </w:tblPr>
      <w:tblGrid>
        <w:gridCol w:w="3534"/>
        <w:gridCol w:w="5537"/>
      </w:tblGrid>
      <w:tr w:rsidR="00945779" w:rsidRPr="00945779" w14:paraId="328498AC" w14:textId="77777777" w:rsidTr="00680767">
        <w:trPr>
          <w:tblHeader/>
          <w:jc w:val="center"/>
        </w:trPr>
        <w:tc>
          <w:tcPr>
            <w:tcW w:w="3534"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4814E090" w14:textId="77777777" w:rsidR="00465E6C" w:rsidRPr="00680767" w:rsidRDefault="00465E6C" w:rsidP="00D50A45">
            <w:pPr>
              <w:spacing w:line="320" w:lineRule="exact"/>
              <w:jc w:val="center"/>
              <w:rPr>
                <w:rFonts w:ascii="Yu Gothic" w:eastAsia="Yu Gothic" w:hAnsi="Yu Gothic"/>
                <w:sz w:val="20"/>
                <w:szCs w:val="24"/>
              </w:rPr>
            </w:pPr>
            <w:proofErr w:type="spellStart"/>
            <w:r w:rsidRPr="00680767">
              <w:rPr>
                <w:rFonts w:ascii="Yu Gothic" w:eastAsia="Yu Gothic" w:hAnsi="Yu Gothic"/>
                <w:b/>
                <w:sz w:val="20"/>
                <w:szCs w:val="24"/>
              </w:rPr>
              <w:t>項目</w:t>
            </w:r>
            <w:proofErr w:type="spellEnd"/>
          </w:p>
        </w:tc>
        <w:tc>
          <w:tcPr>
            <w:tcW w:w="5537"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63F7BFC3" w14:textId="77777777" w:rsidR="00465E6C" w:rsidRPr="00680767" w:rsidRDefault="00465E6C" w:rsidP="00D50A45">
            <w:pPr>
              <w:spacing w:line="320" w:lineRule="exact"/>
              <w:jc w:val="center"/>
              <w:rPr>
                <w:rFonts w:ascii="Yu Gothic" w:eastAsia="Yu Gothic" w:hAnsi="Yu Gothic"/>
                <w:sz w:val="20"/>
                <w:szCs w:val="24"/>
              </w:rPr>
            </w:pPr>
            <w:proofErr w:type="spellStart"/>
            <w:r w:rsidRPr="00680767">
              <w:rPr>
                <w:rFonts w:ascii="Yu Gothic" w:eastAsia="Yu Gothic" w:hAnsi="Yu Gothic"/>
                <w:b/>
                <w:sz w:val="20"/>
                <w:szCs w:val="24"/>
              </w:rPr>
              <w:t>内容</w:t>
            </w:r>
            <w:proofErr w:type="spellEnd"/>
          </w:p>
        </w:tc>
      </w:tr>
      <w:tr w:rsidR="00945779" w:rsidRPr="00945779" w14:paraId="7953C6B0" w14:textId="77777777" w:rsidTr="00680767">
        <w:trPr>
          <w:trHeight w:val="72"/>
          <w:jc w:val="center"/>
        </w:trPr>
        <w:tc>
          <w:tcPr>
            <w:tcW w:w="353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3E1C97D" w14:textId="77777777" w:rsidR="00465E6C" w:rsidRPr="00680767" w:rsidRDefault="00465E6C" w:rsidP="00D50A45">
            <w:pPr>
              <w:spacing w:line="320" w:lineRule="exact"/>
              <w:rPr>
                <w:rFonts w:ascii="Yu Gothic" w:eastAsia="Yu Gothic" w:hAnsi="Yu Gothic"/>
                <w:sz w:val="20"/>
                <w:szCs w:val="24"/>
              </w:rPr>
            </w:pPr>
            <w:proofErr w:type="spellStart"/>
            <w:r w:rsidRPr="00680767">
              <w:rPr>
                <w:rFonts w:ascii="Yu Gothic" w:eastAsia="Yu Gothic" w:hAnsi="Yu Gothic"/>
                <w:sz w:val="20"/>
                <w:szCs w:val="24"/>
              </w:rPr>
              <w:t>主な営業・供給地域</w:t>
            </w:r>
            <w:proofErr w:type="spellEnd"/>
          </w:p>
        </w:tc>
        <w:tc>
          <w:tcPr>
            <w:tcW w:w="553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7FB936F" w14:textId="77777777" w:rsidR="00465E6C" w:rsidRPr="00680767" w:rsidRDefault="00465E6C" w:rsidP="00D50A45">
            <w:pPr>
              <w:spacing w:line="320" w:lineRule="exact"/>
              <w:rPr>
                <w:rFonts w:ascii="Yu Gothic" w:eastAsia="Yu Gothic" w:hAnsi="Yu Gothic"/>
                <w:sz w:val="20"/>
                <w:szCs w:val="24"/>
              </w:rPr>
            </w:pPr>
          </w:p>
        </w:tc>
      </w:tr>
      <w:tr w:rsidR="00945779" w:rsidRPr="00945779" w14:paraId="0CA62E1D" w14:textId="77777777" w:rsidTr="00680767">
        <w:trPr>
          <w:trHeight w:val="122"/>
          <w:jc w:val="center"/>
        </w:trPr>
        <w:tc>
          <w:tcPr>
            <w:tcW w:w="353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1DFA4513" w14:textId="77777777" w:rsidR="00465E6C" w:rsidRPr="00680767" w:rsidRDefault="00465E6C" w:rsidP="00D50A45">
            <w:pPr>
              <w:spacing w:line="320" w:lineRule="exact"/>
              <w:rPr>
                <w:rFonts w:ascii="Yu Gothic" w:eastAsia="Yu Gothic" w:hAnsi="Yu Gothic"/>
                <w:sz w:val="20"/>
                <w:szCs w:val="24"/>
                <w:lang w:eastAsia="ja-JP"/>
              </w:rPr>
            </w:pPr>
            <w:r w:rsidRPr="00680767">
              <w:rPr>
                <w:rFonts w:ascii="Yu Gothic" w:eastAsia="Yu Gothic" w:hAnsi="Yu Gothic"/>
                <w:sz w:val="20"/>
                <w:szCs w:val="24"/>
                <w:lang w:eastAsia="ja-JP"/>
              </w:rPr>
              <w:t>供給ネットワークの概要</w:t>
            </w:r>
          </w:p>
        </w:tc>
        <w:tc>
          <w:tcPr>
            <w:tcW w:w="553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538BC8D" w14:textId="77777777" w:rsidR="00465E6C" w:rsidRPr="00680767" w:rsidRDefault="00465E6C" w:rsidP="00D50A45">
            <w:pPr>
              <w:spacing w:line="320" w:lineRule="exact"/>
              <w:rPr>
                <w:rFonts w:ascii="Yu Gothic" w:eastAsia="Yu Gothic" w:hAnsi="Yu Gothic"/>
                <w:sz w:val="20"/>
                <w:szCs w:val="24"/>
                <w:lang w:eastAsia="ja-JP"/>
              </w:rPr>
            </w:pPr>
          </w:p>
        </w:tc>
      </w:tr>
      <w:tr w:rsidR="00945779" w:rsidRPr="00945779" w14:paraId="04DCCB65" w14:textId="77777777" w:rsidTr="00680767">
        <w:trPr>
          <w:jc w:val="center"/>
        </w:trPr>
        <w:tc>
          <w:tcPr>
            <w:tcW w:w="353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5E43CD8C" w14:textId="77777777" w:rsidR="00465E6C" w:rsidRPr="00680767" w:rsidRDefault="00465E6C" w:rsidP="00D50A45">
            <w:pPr>
              <w:spacing w:line="320" w:lineRule="exact"/>
              <w:rPr>
                <w:rFonts w:ascii="Yu Gothic" w:eastAsia="Yu Gothic" w:hAnsi="Yu Gothic"/>
                <w:sz w:val="20"/>
                <w:szCs w:val="24"/>
                <w:lang w:eastAsia="ja-JP"/>
              </w:rPr>
            </w:pPr>
            <w:r w:rsidRPr="00680767">
              <w:rPr>
                <w:rFonts w:ascii="Yu Gothic" w:eastAsia="Yu Gothic" w:hAnsi="Yu Gothic"/>
                <w:sz w:val="20"/>
                <w:szCs w:val="24"/>
                <w:lang w:eastAsia="ja-JP"/>
              </w:rPr>
              <w:t>需給調整又は地域安定供給上の役割</w:t>
            </w:r>
          </w:p>
        </w:tc>
        <w:tc>
          <w:tcPr>
            <w:tcW w:w="553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6A316AD8" w14:textId="77777777" w:rsidR="00465E6C" w:rsidRPr="00680767" w:rsidRDefault="00465E6C" w:rsidP="00D50A45">
            <w:pPr>
              <w:spacing w:line="320" w:lineRule="exact"/>
              <w:rPr>
                <w:rFonts w:ascii="Yu Gothic" w:eastAsia="Yu Gothic" w:hAnsi="Yu Gothic"/>
                <w:sz w:val="20"/>
                <w:szCs w:val="24"/>
                <w:lang w:eastAsia="ja-JP"/>
              </w:rPr>
            </w:pPr>
          </w:p>
        </w:tc>
      </w:tr>
      <w:tr w:rsidR="00945779" w:rsidRPr="00945779" w14:paraId="131F0560" w14:textId="77777777" w:rsidTr="00680767">
        <w:trPr>
          <w:jc w:val="center"/>
        </w:trPr>
        <w:tc>
          <w:tcPr>
            <w:tcW w:w="3534"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25739CE3" w14:textId="77777777" w:rsidR="00465E6C" w:rsidRPr="00680767" w:rsidRDefault="00465E6C" w:rsidP="00D50A45">
            <w:pPr>
              <w:spacing w:line="320" w:lineRule="exact"/>
              <w:rPr>
                <w:rFonts w:ascii="Yu Gothic" w:eastAsia="Yu Gothic" w:hAnsi="Yu Gothic"/>
                <w:sz w:val="20"/>
                <w:szCs w:val="24"/>
                <w:lang w:eastAsia="ja-JP"/>
              </w:rPr>
            </w:pPr>
            <w:r w:rsidRPr="00680767">
              <w:rPr>
                <w:rFonts w:ascii="Yu Gothic" w:eastAsia="Yu Gothic" w:hAnsi="Yu Gothic"/>
                <w:sz w:val="20"/>
                <w:szCs w:val="24"/>
                <w:lang w:eastAsia="ja-JP"/>
              </w:rPr>
              <w:t>その他、応募区分の判断根拠</w:t>
            </w:r>
          </w:p>
        </w:tc>
        <w:tc>
          <w:tcPr>
            <w:tcW w:w="5537"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5F5676F9" w14:textId="77777777" w:rsidR="00465E6C" w:rsidRPr="00680767" w:rsidRDefault="00465E6C" w:rsidP="00D50A45">
            <w:pPr>
              <w:spacing w:line="320" w:lineRule="exact"/>
              <w:rPr>
                <w:rFonts w:ascii="Yu Gothic" w:eastAsia="Yu Gothic" w:hAnsi="Yu Gothic"/>
                <w:sz w:val="20"/>
                <w:szCs w:val="24"/>
                <w:lang w:eastAsia="ja-JP"/>
              </w:rPr>
            </w:pPr>
          </w:p>
        </w:tc>
      </w:tr>
    </w:tbl>
    <w:p w14:paraId="281E0254" w14:textId="77777777" w:rsidR="00465E6C" w:rsidRPr="00945779" w:rsidRDefault="00465E6C" w:rsidP="00465E6C">
      <w:pPr>
        <w:spacing w:after="80" w:line="264" w:lineRule="auto"/>
        <w:rPr>
          <w:rFonts w:ascii="Yu Gothic" w:eastAsia="Yu Gothic" w:hAnsi="Yu Gothic"/>
          <w:lang w:eastAsia="ja-JP"/>
        </w:rPr>
      </w:pPr>
      <w:r w:rsidRPr="00945779">
        <w:rPr>
          <w:rFonts w:ascii="Yu Gothic" w:eastAsia="Yu Gothic" w:hAnsi="Yu Gothic"/>
          <w:sz w:val="18"/>
          <w:lang w:eastAsia="ja-JP"/>
        </w:rPr>
        <w:t>※ 必要に応じて、営業地域図、物流拠点一覧その他応募区分の根拠となる資料を添付してください。</w:t>
      </w:r>
    </w:p>
    <w:p w14:paraId="224C0AD0" w14:textId="77777777" w:rsidR="00465E6C" w:rsidRPr="00945779" w:rsidRDefault="00465E6C" w:rsidP="00465E6C">
      <w:pPr>
        <w:pStyle w:val="1"/>
        <w:spacing w:before="0"/>
        <w:rPr>
          <w:rFonts w:ascii="Yu Gothic" w:eastAsia="Yu Gothic" w:hAnsi="Yu Gothic"/>
          <w:color w:val="auto"/>
          <w:sz w:val="24"/>
          <w:szCs w:val="24"/>
          <w:lang w:eastAsia="ja-JP"/>
        </w:rPr>
      </w:pPr>
      <w:r w:rsidRPr="00945779">
        <w:rPr>
          <w:rFonts w:ascii="Yu Gothic" w:eastAsia="Yu Gothic" w:hAnsi="Yu Gothic"/>
          <w:color w:val="auto"/>
          <w:sz w:val="24"/>
          <w:szCs w:val="24"/>
          <w:lang w:eastAsia="ja-JP"/>
        </w:rPr>
        <w:t>4　代表者確認</w:t>
      </w:r>
    </w:p>
    <w:p w14:paraId="5A478D2D" w14:textId="77777777" w:rsidR="00465E6C" w:rsidRDefault="00465E6C" w:rsidP="00465E6C">
      <w:pPr>
        <w:spacing w:after="80" w:line="300" w:lineRule="auto"/>
        <w:rPr>
          <w:rFonts w:ascii="Yu Gothic" w:eastAsia="Yu Gothic" w:hAnsi="Yu Gothic"/>
          <w:lang w:eastAsia="ja-JP"/>
        </w:rPr>
      </w:pPr>
      <w:r w:rsidRPr="00945779">
        <w:rPr>
          <w:rFonts w:ascii="Yu Gothic" w:eastAsia="Yu Gothic" w:hAnsi="Yu Gothic"/>
          <w:lang w:eastAsia="ja-JP"/>
        </w:rPr>
        <w:t>本書の記載内容は、応募日時点における当社の供給体制及び事業実態に基づくものです。</w:t>
      </w:r>
    </w:p>
    <w:tbl>
      <w:tblPr>
        <w:tblStyle w:val="afe"/>
        <w:tblW w:w="0" w:type="auto"/>
        <w:jc w:val="center"/>
        <w:tblLook w:val="04A0" w:firstRow="1" w:lastRow="0" w:firstColumn="1" w:lastColumn="0" w:noHBand="0" w:noVBand="1"/>
      </w:tblPr>
      <w:tblGrid>
        <w:gridCol w:w="2268"/>
        <w:gridCol w:w="3118"/>
        <w:gridCol w:w="3685"/>
      </w:tblGrid>
      <w:tr w:rsidR="00945779" w:rsidRPr="00945779" w14:paraId="61A7F7A3" w14:textId="77777777" w:rsidTr="002C48FE">
        <w:trPr>
          <w:tblHeader/>
          <w:jc w:val="center"/>
        </w:trPr>
        <w:tc>
          <w:tcPr>
            <w:tcW w:w="2268"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05FFD95C" w14:textId="77777777" w:rsidR="00465E6C" w:rsidRPr="00D50A45" w:rsidRDefault="00465E6C" w:rsidP="00D50A45">
            <w:pPr>
              <w:spacing w:line="280" w:lineRule="exact"/>
              <w:jc w:val="center"/>
              <w:rPr>
                <w:rFonts w:ascii="Yu Gothic" w:eastAsia="Yu Gothic" w:hAnsi="Yu Gothic"/>
                <w:sz w:val="20"/>
                <w:szCs w:val="24"/>
              </w:rPr>
            </w:pPr>
            <w:proofErr w:type="spellStart"/>
            <w:r w:rsidRPr="00D50A45">
              <w:rPr>
                <w:rFonts w:ascii="Yu Gothic" w:eastAsia="Yu Gothic" w:hAnsi="Yu Gothic"/>
                <w:b/>
                <w:sz w:val="20"/>
                <w:szCs w:val="24"/>
              </w:rPr>
              <w:t>年月日</w:t>
            </w:r>
            <w:proofErr w:type="spellEnd"/>
          </w:p>
        </w:tc>
        <w:tc>
          <w:tcPr>
            <w:tcW w:w="3118"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43424203" w14:textId="77777777" w:rsidR="00465E6C" w:rsidRPr="00D50A45" w:rsidRDefault="00465E6C" w:rsidP="00D50A45">
            <w:pPr>
              <w:spacing w:line="280" w:lineRule="exact"/>
              <w:jc w:val="center"/>
              <w:rPr>
                <w:rFonts w:ascii="Yu Gothic" w:eastAsia="Yu Gothic" w:hAnsi="Yu Gothic"/>
                <w:sz w:val="20"/>
                <w:szCs w:val="24"/>
              </w:rPr>
            </w:pPr>
            <w:proofErr w:type="spellStart"/>
            <w:r w:rsidRPr="00D50A45">
              <w:rPr>
                <w:rFonts w:ascii="Yu Gothic" w:eastAsia="Yu Gothic" w:hAnsi="Yu Gothic"/>
                <w:b/>
                <w:sz w:val="20"/>
                <w:szCs w:val="24"/>
              </w:rPr>
              <w:t>法人名</w:t>
            </w:r>
            <w:proofErr w:type="spellEnd"/>
          </w:p>
        </w:tc>
        <w:tc>
          <w:tcPr>
            <w:tcW w:w="3685" w:type="dxa"/>
            <w:tcBorders>
              <w:top w:val="single" w:sz="8" w:space="0" w:color="7F8C8D"/>
              <w:left w:val="single" w:sz="8" w:space="0" w:color="7F8C8D"/>
              <w:bottom w:val="single" w:sz="8" w:space="0" w:color="7F8C8D"/>
              <w:right w:val="single" w:sz="8" w:space="0" w:color="7F8C8D"/>
            </w:tcBorders>
            <w:shd w:val="clear" w:color="auto" w:fill="D9E1F2"/>
            <w:tcMar>
              <w:top w:w="80" w:type="dxa"/>
              <w:left w:w="80" w:type="dxa"/>
              <w:bottom w:w="80" w:type="dxa"/>
              <w:right w:w="80" w:type="dxa"/>
            </w:tcMar>
            <w:vAlign w:val="center"/>
          </w:tcPr>
          <w:p w14:paraId="5FEB51A4" w14:textId="77777777" w:rsidR="00465E6C" w:rsidRPr="00D50A45" w:rsidRDefault="00465E6C" w:rsidP="00D50A45">
            <w:pPr>
              <w:spacing w:line="280" w:lineRule="exact"/>
              <w:jc w:val="center"/>
              <w:rPr>
                <w:rFonts w:ascii="Yu Gothic" w:eastAsia="Yu Gothic" w:hAnsi="Yu Gothic"/>
                <w:sz w:val="20"/>
                <w:szCs w:val="24"/>
              </w:rPr>
            </w:pPr>
            <w:proofErr w:type="spellStart"/>
            <w:r w:rsidRPr="00D50A45">
              <w:rPr>
                <w:rFonts w:ascii="Yu Gothic" w:eastAsia="Yu Gothic" w:hAnsi="Yu Gothic"/>
                <w:b/>
                <w:sz w:val="20"/>
                <w:szCs w:val="24"/>
              </w:rPr>
              <w:t>代表者職・氏名</w:t>
            </w:r>
            <w:proofErr w:type="spellEnd"/>
          </w:p>
        </w:tc>
      </w:tr>
      <w:tr w:rsidR="00465E6C" w:rsidRPr="00945779" w14:paraId="0726C71E" w14:textId="77777777" w:rsidTr="002C48FE">
        <w:trPr>
          <w:jc w:val="center"/>
        </w:trPr>
        <w:tc>
          <w:tcPr>
            <w:tcW w:w="2268"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03D41A1C" w14:textId="77777777" w:rsidR="00465E6C" w:rsidRPr="00D50A45" w:rsidRDefault="00465E6C" w:rsidP="00D50A45">
            <w:pPr>
              <w:spacing w:line="280" w:lineRule="exact"/>
              <w:rPr>
                <w:rFonts w:ascii="Yu Gothic" w:eastAsia="Yu Gothic" w:hAnsi="Yu Gothic"/>
                <w:sz w:val="20"/>
                <w:szCs w:val="24"/>
              </w:rPr>
            </w:pPr>
          </w:p>
        </w:tc>
        <w:tc>
          <w:tcPr>
            <w:tcW w:w="3118"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AFA5B3E" w14:textId="77777777" w:rsidR="00465E6C" w:rsidRPr="00D50A45" w:rsidRDefault="00465E6C" w:rsidP="00D50A45">
            <w:pPr>
              <w:spacing w:line="280" w:lineRule="exact"/>
              <w:rPr>
                <w:rFonts w:ascii="Yu Gothic" w:eastAsia="Yu Gothic" w:hAnsi="Yu Gothic"/>
                <w:sz w:val="20"/>
                <w:szCs w:val="24"/>
              </w:rPr>
            </w:pPr>
          </w:p>
        </w:tc>
        <w:tc>
          <w:tcPr>
            <w:tcW w:w="3685" w:type="dxa"/>
            <w:tcBorders>
              <w:top w:val="single" w:sz="8" w:space="0" w:color="7F8C8D"/>
              <w:left w:val="single" w:sz="8" w:space="0" w:color="7F8C8D"/>
              <w:bottom w:val="single" w:sz="8" w:space="0" w:color="7F8C8D"/>
              <w:right w:val="single" w:sz="8" w:space="0" w:color="7F8C8D"/>
            </w:tcBorders>
            <w:tcMar>
              <w:top w:w="80" w:type="dxa"/>
              <w:left w:w="80" w:type="dxa"/>
              <w:bottom w:w="80" w:type="dxa"/>
              <w:right w:w="80" w:type="dxa"/>
            </w:tcMar>
            <w:vAlign w:val="center"/>
          </w:tcPr>
          <w:p w14:paraId="718B46C4" w14:textId="77777777" w:rsidR="00465E6C" w:rsidRPr="00D50A45" w:rsidRDefault="00465E6C" w:rsidP="00D50A45">
            <w:pPr>
              <w:spacing w:line="280" w:lineRule="exact"/>
              <w:rPr>
                <w:rFonts w:ascii="Yu Gothic" w:eastAsia="Yu Gothic" w:hAnsi="Yu Gothic"/>
                <w:sz w:val="20"/>
                <w:szCs w:val="24"/>
              </w:rPr>
            </w:pPr>
          </w:p>
        </w:tc>
      </w:tr>
    </w:tbl>
    <w:p w14:paraId="4DCFA8FB" w14:textId="77777777" w:rsidR="00EF0159" w:rsidRDefault="00EF0159" w:rsidP="00D50A45">
      <w:pPr>
        <w:spacing w:after="0"/>
        <w:rPr>
          <w:rFonts w:ascii="Yu Gothic" w:eastAsia="Yu Gothic" w:hAnsi="Yu Gothic"/>
          <w:lang w:eastAsia="ja-JP"/>
        </w:rPr>
      </w:pPr>
    </w:p>
    <w:sectPr w:rsidR="00EF0159" w:rsidSect="00034616">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E2936" w14:textId="77777777" w:rsidR="0064104C" w:rsidRDefault="0064104C">
      <w:pPr>
        <w:spacing w:after="0" w:line="240" w:lineRule="auto"/>
      </w:pPr>
      <w:r>
        <w:separator/>
      </w:r>
    </w:p>
  </w:endnote>
  <w:endnote w:type="continuationSeparator" w:id="0">
    <w:p w14:paraId="019882CD" w14:textId="77777777" w:rsidR="0064104C" w:rsidRDefault="00641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5461" w14:textId="49D13747" w:rsidR="00693BB0" w:rsidRDefault="0098057C">
    <w:pPr>
      <w:pStyle w:val="a7"/>
      <w:jc w:val="center"/>
    </w:pPr>
    <w:r>
      <w:fldChar w:fldCharType="begin"/>
    </w:r>
    <w:r>
      <w:instrText xml:space="preserve"> PAGE </w:instrText>
    </w:r>
    <w:r>
      <w:fldChar w:fldCharType="separate"/>
    </w:r>
    <w:r w:rsidR="00CE4A8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8BBE9" w14:textId="77777777" w:rsidR="0064104C" w:rsidRDefault="0064104C">
      <w:pPr>
        <w:spacing w:after="0" w:line="240" w:lineRule="auto"/>
      </w:pPr>
      <w:r>
        <w:separator/>
      </w:r>
    </w:p>
  </w:footnote>
  <w:footnote w:type="continuationSeparator" w:id="0">
    <w:p w14:paraId="752AFBBD" w14:textId="77777777" w:rsidR="0064104C" w:rsidRDefault="006410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671C313C"/>
    <w:lvl w:ilvl="0">
      <w:start w:val="1"/>
      <w:numFmt w:val="decimalEnclosedCircle"/>
      <w:pStyle w:val="a0"/>
      <w:lvlText w:val="%1"/>
      <w:lvlJc w:val="left"/>
      <w:pPr>
        <w:tabs>
          <w:tab w:val="num" w:pos="360"/>
        </w:tabs>
        <w:ind w:left="360" w:hanging="360"/>
      </w:pPr>
      <w:rPr>
        <w:rFonts w:ascii="Yu Gothic" w:eastAsia="Yu Gothic" w:hAnsi="Yu Gothic" w:cstheme="minorBidi"/>
      </w:rPr>
    </w:lvl>
  </w:abstractNum>
  <w:abstractNum w:abstractNumId="9" w15:restartNumberingAfterBreak="0">
    <w:nsid w:val="05C627FF"/>
    <w:multiLevelType w:val="hybridMultilevel"/>
    <w:tmpl w:val="A4D4F476"/>
    <w:lvl w:ilvl="0" w:tplc="20CEC8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07CA123B"/>
    <w:multiLevelType w:val="hybridMultilevel"/>
    <w:tmpl w:val="113EE65A"/>
    <w:lvl w:ilvl="0" w:tplc="12386BBA">
      <w:start w:val="2"/>
      <w:numFmt w:val="decimal"/>
      <w:lvlText w:val="（%1）"/>
      <w:lvlJc w:val="left"/>
      <w:pPr>
        <w:ind w:left="720" w:hanging="720"/>
      </w:pPr>
      <w:rPr>
        <w:rFonts w:hint="default"/>
      </w:rPr>
    </w:lvl>
    <w:lvl w:ilvl="1" w:tplc="ED242A56">
      <w:start w:val="1"/>
      <w:numFmt w:val="decimalFullWidth"/>
      <w:lvlText w:val="%2）"/>
      <w:lvlJc w:val="left"/>
      <w:pPr>
        <w:ind w:left="1160" w:hanging="720"/>
      </w:pPr>
      <w:rPr>
        <w:rFonts w:hint="default"/>
      </w:rPr>
    </w:lvl>
    <w:lvl w:ilvl="2" w:tplc="9FD09986">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0FA1343A"/>
    <w:multiLevelType w:val="hybridMultilevel"/>
    <w:tmpl w:val="70C4794C"/>
    <w:lvl w:ilvl="0" w:tplc="E996A8BA">
      <w:start w:val="1"/>
      <w:numFmt w:val="decimalEnclosedCircle"/>
      <w:lvlText w:val="%1"/>
      <w:lvlJc w:val="left"/>
      <w:pPr>
        <w:ind w:left="591" w:hanging="360"/>
      </w:pPr>
      <w:rPr>
        <w:rFonts w:hint="default"/>
      </w:rPr>
    </w:lvl>
    <w:lvl w:ilvl="1" w:tplc="04090017" w:tentative="1">
      <w:start w:val="1"/>
      <w:numFmt w:val="aiueoFullWidth"/>
      <w:lvlText w:val="(%2)"/>
      <w:lvlJc w:val="left"/>
      <w:pPr>
        <w:ind w:left="1111" w:hanging="440"/>
      </w:pPr>
    </w:lvl>
    <w:lvl w:ilvl="2" w:tplc="04090011" w:tentative="1">
      <w:start w:val="1"/>
      <w:numFmt w:val="decimalEnclosedCircle"/>
      <w:lvlText w:val="%3"/>
      <w:lvlJc w:val="left"/>
      <w:pPr>
        <w:ind w:left="1551" w:hanging="440"/>
      </w:pPr>
    </w:lvl>
    <w:lvl w:ilvl="3" w:tplc="0409000F" w:tentative="1">
      <w:start w:val="1"/>
      <w:numFmt w:val="decimal"/>
      <w:lvlText w:val="%4."/>
      <w:lvlJc w:val="left"/>
      <w:pPr>
        <w:ind w:left="1991" w:hanging="440"/>
      </w:pPr>
    </w:lvl>
    <w:lvl w:ilvl="4" w:tplc="04090017" w:tentative="1">
      <w:start w:val="1"/>
      <w:numFmt w:val="aiueoFullWidth"/>
      <w:lvlText w:val="(%5)"/>
      <w:lvlJc w:val="left"/>
      <w:pPr>
        <w:ind w:left="2431" w:hanging="440"/>
      </w:pPr>
    </w:lvl>
    <w:lvl w:ilvl="5" w:tplc="04090011" w:tentative="1">
      <w:start w:val="1"/>
      <w:numFmt w:val="decimalEnclosedCircle"/>
      <w:lvlText w:val="%6"/>
      <w:lvlJc w:val="left"/>
      <w:pPr>
        <w:ind w:left="2871" w:hanging="440"/>
      </w:pPr>
    </w:lvl>
    <w:lvl w:ilvl="6" w:tplc="0409000F" w:tentative="1">
      <w:start w:val="1"/>
      <w:numFmt w:val="decimal"/>
      <w:lvlText w:val="%7."/>
      <w:lvlJc w:val="left"/>
      <w:pPr>
        <w:ind w:left="3311" w:hanging="440"/>
      </w:pPr>
    </w:lvl>
    <w:lvl w:ilvl="7" w:tplc="04090017" w:tentative="1">
      <w:start w:val="1"/>
      <w:numFmt w:val="aiueoFullWidth"/>
      <w:lvlText w:val="(%8)"/>
      <w:lvlJc w:val="left"/>
      <w:pPr>
        <w:ind w:left="3751" w:hanging="440"/>
      </w:pPr>
    </w:lvl>
    <w:lvl w:ilvl="8" w:tplc="04090011" w:tentative="1">
      <w:start w:val="1"/>
      <w:numFmt w:val="decimalEnclosedCircle"/>
      <w:lvlText w:val="%9"/>
      <w:lvlJc w:val="left"/>
      <w:pPr>
        <w:ind w:left="4191" w:hanging="440"/>
      </w:pPr>
    </w:lvl>
  </w:abstractNum>
  <w:abstractNum w:abstractNumId="12" w15:restartNumberingAfterBreak="0">
    <w:nsid w:val="10C869D5"/>
    <w:multiLevelType w:val="hybridMultilevel"/>
    <w:tmpl w:val="70C4794C"/>
    <w:lvl w:ilvl="0" w:tplc="FFFFFFFF">
      <w:start w:val="1"/>
      <w:numFmt w:val="decimalEnclosedCircle"/>
      <w:lvlText w:val="%1"/>
      <w:lvlJc w:val="left"/>
      <w:pPr>
        <w:ind w:left="591" w:hanging="360"/>
      </w:pPr>
      <w:rPr>
        <w:rFonts w:hint="default"/>
      </w:rPr>
    </w:lvl>
    <w:lvl w:ilvl="1" w:tplc="FFFFFFFF" w:tentative="1">
      <w:start w:val="1"/>
      <w:numFmt w:val="aiueoFullWidth"/>
      <w:lvlText w:val="(%2)"/>
      <w:lvlJc w:val="left"/>
      <w:pPr>
        <w:ind w:left="1111" w:hanging="440"/>
      </w:pPr>
    </w:lvl>
    <w:lvl w:ilvl="2" w:tplc="FFFFFFFF" w:tentative="1">
      <w:start w:val="1"/>
      <w:numFmt w:val="decimalEnclosedCircle"/>
      <w:lvlText w:val="%3"/>
      <w:lvlJc w:val="left"/>
      <w:pPr>
        <w:ind w:left="1551" w:hanging="440"/>
      </w:pPr>
    </w:lvl>
    <w:lvl w:ilvl="3" w:tplc="FFFFFFFF" w:tentative="1">
      <w:start w:val="1"/>
      <w:numFmt w:val="decimal"/>
      <w:lvlText w:val="%4."/>
      <w:lvlJc w:val="left"/>
      <w:pPr>
        <w:ind w:left="1991" w:hanging="440"/>
      </w:pPr>
    </w:lvl>
    <w:lvl w:ilvl="4" w:tplc="FFFFFFFF" w:tentative="1">
      <w:start w:val="1"/>
      <w:numFmt w:val="aiueoFullWidth"/>
      <w:lvlText w:val="(%5)"/>
      <w:lvlJc w:val="left"/>
      <w:pPr>
        <w:ind w:left="2431" w:hanging="440"/>
      </w:pPr>
    </w:lvl>
    <w:lvl w:ilvl="5" w:tplc="FFFFFFFF" w:tentative="1">
      <w:start w:val="1"/>
      <w:numFmt w:val="decimalEnclosedCircle"/>
      <w:lvlText w:val="%6"/>
      <w:lvlJc w:val="left"/>
      <w:pPr>
        <w:ind w:left="2871" w:hanging="440"/>
      </w:pPr>
    </w:lvl>
    <w:lvl w:ilvl="6" w:tplc="FFFFFFFF" w:tentative="1">
      <w:start w:val="1"/>
      <w:numFmt w:val="decimal"/>
      <w:lvlText w:val="%7."/>
      <w:lvlJc w:val="left"/>
      <w:pPr>
        <w:ind w:left="3311" w:hanging="440"/>
      </w:pPr>
    </w:lvl>
    <w:lvl w:ilvl="7" w:tplc="FFFFFFFF" w:tentative="1">
      <w:start w:val="1"/>
      <w:numFmt w:val="aiueoFullWidth"/>
      <w:lvlText w:val="(%8)"/>
      <w:lvlJc w:val="left"/>
      <w:pPr>
        <w:ind w:left="3751" w:hanging="440"/>
      </w:pPr>
    </w:lvl>
    <w:lvl w:ilvl="8" w:tplc="FFFFFFFF" w:tentative="1">
      <w:start w:val="1"/>
      <w:numFmt w:val="decimalEnclosedCircle"/>
      <w:lvlText w:val="%9"/>
      <w:lvlJc w:val="left"/>
      <w:pPr>
        <w:ind w:left="4191" w:hanging="440"/>
      </w:pPr>
    </w:lvl>
  </w:abstractNum>
  <w:abstractNum w:abstractNumId="13" w15:restartNumberingAfterBreak="0">
    <w:nsid w:val="171F24D3"/>
    <w:multiLevelType w:val="hybridMultilevel"/>
    <w:tmpl w:val="70C4794C"/>
    <w:lvl w:ilvl="0" w:tplc="FFFFFFFF">
      <w:start w:val="1"/>
      <w:numFmt w:val="decimalEnclosedCircle"/>
      <w:lvlText w:val="%1"/>
      <w:lvlJc w:val="left"/>
      <w:pPr>
        <w:ind w:left="591" w:hanging="360"/>
      </w:pPr>
      <w:rPr>
        <w:rFonts w:hint="default"/>
      </w:rPr>
    </w:lvl>
    <w:lvl w:ilvl="1" w:tplc="FFFFFFFF" w:tentative="1">
      <w:start w:val="1"/>
      <w:numFmt w:val="aiueoFullWidth"/>
      <w:lvlText w:val="(%2)"/>
      <w:lvlJc w:val="left"/>
      <w:pPr>
        <w:ind w:left="1111" w:hanging="440"/>
      </w:pPr>
    </w:lvl>
    <w:lvl w:ilvl="2" w:tplc="FFFFFFFF" w:tentative="1">
      <w:start w:val="1"/>
      <w:numFmt w:val="decimalEnclosedCircle"/>
      <w:lvlText w:val="%3"/>
      <w:lvlJc w:val="left"/>
      <w:pPr>
        <w:ind w:left="1551" w:hanging="440"/>
      </w:pPr>
    </w:lvl>
    <w:lvl w:ilvl="3" w:tplc="FFFFFFFF" w:tentative="1">
      <w:start w:val="1"/>
      <w:numFmt w:val="decimal"/>
      <w:lvlText w:val="%4."/>
      <w:lvlJc w:val="left"/>
      <w:pPr>
        <w:ind w:left="1991" w:hanging="440"/>
      </w:pPr>
    </w:lvl>
    <w:lvl w:ilvl="4" w:tplc="FFFFFFFF" w:tentative="1">
      <w:start w:val="1"/>
      <w:numFmt w:val="aiueoFullWidth"/>
      <w:lvlText w:val="(%5)"/>
      <w:lvlJc w:val="left"/>
      <w:pPr>
        <w:ind w:left="2431" w:hanging="440"/>
      </w:pPr>
    </w:lvl>
    <w:lvl w:ilvl="5" w:tplc="FFFFFFFF" w:tentative="1">
      <w:start w:val="1"/>
      <w:numFmt w:val="decimalEnclosedCircle"/>
      <w:lvlText w:val="%6"/>
      <w:lvlJc w:val="left"/>
      <w:pPr>
        <w:ind w:left="2871" w:hanging="440"/>
      </w:pPr>
    </w:lvl>
    <w:lvl w:ilvl="6" w:tplc="FFFFFFFF" w:tentative="1">
      <w:start w:val="1"/>
      <w:numFmt w:val="decimal"/>
      <w:lvlText w:val="%7."/>
      <w:lvlJc w:val="left"/>
      <w:pPr>
        <w:ind w:left="3311" w:hanging="440"/>
      </w:pPr>
    </w:lvl>
    <w:lvl w:ilvl="7" w:tplc="FFFFFFFF" w:tentative="1">
      <w:start w:val="1"/>
      <w:numFmt w:val="aiueoFullWidth"/>
      <w:lvlText w:val="(%8)"/>
      <w:lvlJc w:val="left"/>
      <w:pPr>
        <w:ind w:left="3751" w:hanging="440"/>
      </w:pPr>
    </w:lvl>
    <w:lvl w:ilvl="8" w:tplc="FFFFFFFF" w:tentative="1">
      <w:start w:val="1"/>
      <w:numFmt w:val="decimalEnclosedCircle"/>
      <w:lvlText w:val="%9"/>
      <w:lvlJc w:val="left"/>
      <w:pPr>
        <w:ind w:left="4191" w:hanging="440"/>
      </w:pPr>
    </w:lvl>
  </w:abstractNum>
  <w:abstractNum w:abstractNumId="14" w15:restartNumberingAfterBreak="0">
    <w:nsid w:val="35B17BE6"/>
    <w:multiLevelType w:val="hybridMultilevel"/>
    <w:tmpl w:val="C0E6DCFE"/>
    <w:lvl w:ilvl="0" w:tplc="E22AE0AC">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5" w15:restartNumberingAfterBreak="0">
    <w:nsid w:val="3AA86D2B"/>
    <w:multiLevelType w:val="hybridMultilevel"/>
    <w:tmpl w:val="70C4794C"/>
    <w:lvl w:ilvl="0" w:tplc="FFFFFFFF">
      <w:start w:val="1"/>
      <w:numFmt w:val="decimalEnclosedCircle"/>
      <w:lvlText w:val="%1"/>
      <w:lvlJc w:val="left"/>
      <w:pPr>
        <w:ind w:left="591" w:hanging="360"/>
      </w:pPr>
      <w:rPr>
        <w:rFonts w:hint="default"/>
      </w:rPr>
    </w:lvl>
    <w:lvl w:ilvl="1" w:tplc="FFFFFFFF" w:tentative="1">
      <w:start w:val="1"/>
      <w:numFmt w:val="aiueoFullWidth"/>
      <w:lvlText w:val="(%2)"/>
      <w:lvlJc w:val="left"/>
      <w:pPr>
        <w:ind w:left="1111" w:hanging="440"/>
      </w:pPr>
    </w:lvl>
    <w:lvl w:ilvl="2" w:tplc="FFFFFFFF" w:tentative="1">
      <w:start w:val="1"/>
      <w:numFmt w:val="decimalEnclosedCircle"/>
      <w:lvlText w:val="%3"/>
      <w:lvlJc w:val="left"/>
      <w:pPr>
        <w:ind w:left="1551" w:hanging="440"/>
      </w:pPr>
    </w:lvl>
    <w:lvl w:ilvl="3" w:tplc="FFFFFFFF" w:tentative="1">
      <w:start w:val="1"/>
      <w:numFmt w:val="decimal"/>
      <w:lvlText w:val="%4."/>
      <w:lvlJc w:val="left"/>
      <w:pPr>
        <w:ind w:left="1991" w:hanging="440"/>
      </w:pPr>
    </w:lvl>
    <w:lvl w:ilvl="4" w:tplc="FFFFFFFF" w:tentative="1">
      <w:start w:val="1"/>
      <w:numFmt w:val="aiueoFullWidth"/>
      <w:lvlText w:val="(%5)"/>
      <w:lvlJc w:val="left"/>
      <w:pPr>
        <w:ind w:left="2431" w:hanging="440"/>
      </w:pPr>
    </w:lvl>
    <w:lvl w:ilvl="5" w:tplc="FFFFFFFF" w:tentative="1">
      <w:start w:val="1"/>
      <w:numFmt w:val="decimalEnclosedCircle"/>
      <w:lvlText w:val="%6"/>
      <w:lvlJc w:val="left"/>
      <w:pPr>
        <w:ind w:left="2871" w:hanging="440"/>
      </w:pPr>
    </w:lvl>
    <w:lvl w:ilvl="6" w:tplc="FFFFFFFF" w:tentative="1">
      <w:start w:val="1"/>
      <w:numFmt w:val="decimal"/>
      <w:lvlText w:val="%7."/>
      <w:lvlJc w:val="left"/>
      <w:pPr>
        <w:ind w:left="3311" w:hanging="440"/>
      </w:pPr>
    </w:lvl>
    <w:lvl w:ilvl="7" w:tplc="FFFFFFFF" w:tentative="1">
      <w:start w:val="1"/>
      <w:numFmt w:val="aiueoFullWidth"/>
      <w:lvlText w:val="(%8)"/>
      <w:lvlJc w:val="left"/>
      <w:pPr>
        <w:ind w:left="3751" w:hanging="440"/>
      </w:pPr>
    </w:lvl>
    <w:lvl w:ilvl="8" w:tplc="FFFFFFFF" w:tentative="1">
      <w:start w:val="1"/>
      <w:numFmt w:val="decimalEnclosedCircle"/>
      <w:lvlText w:val="%9"/>
      <w:lvlJc w:val="left"/>
      <w:pPr>
        <w:ind w:left="4191" w:hanging="440"/>
      </w:pPr>
    </w:lvl>
  </w:abstractNum>
  <w:abstractNum w:abstractNumId="16" w15:restartNumberingAfterBreak="0">
    <w:nsid w:val="41756078"/>
    <w:multiLevelType w:val="hybridMultilevel"/>
    <w:tmpl w:val="70C4794C"/>
    <w:lvl w:ilvl="0" w:tplc="FFFFFFFF">
      <w:start w:val="1"/>
      <w:numFmt w:val="decimalEnclosedCircle"/>
      <w:lvlText w:val="%1"/>
      <w:lvlJc w:val="left"/>
      <w:pPr>
        <w:ind w:left="591" w:hanging="360"/>
      </w:pPr>
      <w:rPr>
        <w:rFonts w:hint="default"/>
      </w:rPr>
    </w:lvl>
    <w:lvl w:ilvl="1" w:tplc="FFFFFFFF" w:tentative="1">
      <w:start w:val="1"/>
      <w:numFmt w:val="aiueoFullWidth"/>
      <w:lvlText w:val="(%2)"/>
      <w:lvlJc w:val="left"/>
      <w:pPr>
        <w:ind w:left="1111" w:hanging="440"/>
      </w:pPr>
    </w:lvl>
    <w:lvl w:ilvl="2" w:tplc="FFFFFFFF" w:tentative="1">
      <w:start w:val="1"/>
      <w:numFmt w:val="decimalEnclosedCircle"/>
      <w:lvlText w:val="%3"/>
      <w:lvlJc w:val="left"/>
      <w:pPr>
        <w:ind w:left="1551" w:hanging="440"/>
      </w:pPr>
    </w:lvl>
    <w:lvl w:ilvl="3" w:tplc="FFFFFFFF" w:tentative="1">
      <w:start w:val="1"/>
      <w:numFmt w:val="decimal"/>
      <w:lvlText w:val="%4."/>
      <w:lvlJc w:val="left"/>
      <w:pPr>
        <w:ind w:left="1991" w:hanging="440"/>
      </w:pPr>
    </w:lvl>
    <w:lvl w:ilvl="4" w:tplc="FFFFFFFF" w:tentative="1">
      <w:start w:val="1"/>
      <w:numFmt w:val="aiueoFullWidth"/>
      <w:lvlText w:val="(%5)"/>
      <w:lvlJc w:val="left"/>
      <w:pPr>
        <w:ind w:left="2431" w:hanging="440"/>
      </w:pPr>
    </w:lvl>
    <w:lvl w:ilvl="5" w:tplc="FFFFFFFF" w:tentative="1">
      <w:start w:val="1"/>
      <w:numFmt w:val="decimalEnclosedCircle"/>
      <w:lvlText w:val="%6"/>
      <w:lvlJc w:val="left"/>
      <w:pPr>
        <w:ind w:left="2871" w:hanging="440"/>
      </w:pPr>
    </w:lvl>
    <w:lvl w:ilvl="6" w:tplc="FFFFFFFF" w:tentative="1">
      <w:start w:val="1"/>
      <w:numFmt w:val="decimal"/>
      <w:lvlText w:val="%7."/>
      <w:lvlJc w:val="left"/>
      <w:pPr>
        <w:ind w:left="3311" w:hanging="440"/>
      </w:pPr>
    </w:lvl>
    <w:lvl w:ilvl="7" w:tplc="FFFFFFFF" w:tentative="1">
      <w:start w:val="1"/>
      <w:numFmt w:val="aiueoFullWidth"/>
      <w:lvlText w:val="(%8)"/>
      <w:lvlJc w:val="left"/>
      <w:pPr>
        <w:ind w:left="3751" w:hanging="440"/>
      </w:pPr>
    </w:lvl>
    <w:lvl w:ilvl="8" w:tplc="FFFFFFFF" w:tentative="1">
      <w:start w:val="1"/>
      <w:numFmt w:val="decimalEnclosedCircle"/>
      <w:lvlText w:val="%9"/>
      <w:lvlJc w:val="left"/>
      <w:pPr>
        <w:ind w:left="4191" w:hanging="440"/>
      </w:pPr>
    </w:lvl>
  </w:abstractNum>
  <w:abstractNum w:abstractNumId="17" w15:restartNumberingAfterBreak="0">
    <w:nsid w:val="52402C95"/>
    <w:multiLevelType w:val="hybridMultilevel"/>
    <w:tmpl w:val="E51626AC"/>
    <w:lvl w:ilvl="0" w:tplc="3784237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8" w15:restartNumberingAfterBreak="0">
    <w:nsid w:val="58976DF9"/>
    <w:multiLevelType w:val="hybridMultilevel"/>
    <w:tmpl w:val="75EE9B6E"/>
    <w:lvl w:ilvl="0" w:tplc="3B3E22AC">
      <w:start w:val="1"/>
      <w:numFmt w:val="decimalFullWidth"/>
      <w:lvlText w:val="%1．"/>
      <w:lvlJc w:val="left"/>
      <w:pPr>
        <w:ind w:left="630" w:hanging="420"/>
      </w:pPr>
      <w:rPr>
        <w:rFonts w:hint="default"/>
        <w:sz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7CB634D7"/>
    <w:multiLevelType w:val="hybridMultilevel"/>
    <w:tmpl w:val="E18AEBE2"/>
    <w:lvl w:ilvl="0" w:tplc="CC2EB0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59916550">
    <w:abstractNumId w:val="8"/>
  </w:num>
  <w:num w:numId="2" w16cid:durableId="973213448">
    <w:abstractNumId w:val="6"/>
  </w:num>
  <w:num w:numId="3" w16cid:durableId="1476294113">
    <w:abstractNumId w:val="5"/>
  </w:num>
  <w:num w:numId="4" w16cid:durableId="787627723">
    <w:abstractNumId w:val="4"/>
  </w:num>
  <w:num w:numId="5" w16cid:durableId="123282274">
    <w:abstractNumId w:val="7"/>
  </w:num>
  <w:num w:numId="6" w16cid:durableId="1199852333">
    <w:abstractNumId w:val="3"/>
  </w:num>
  <w:num w:numId="7" w16cid:durableId="490681580">
    <w:abstractNumId w:val="2"/>
  </w:num>
  <w:num w:numId="8" w16cid:durableId="1101757225">
    <w:abstractNumId w:val="1"/>
  </w:num>
  <w:num w:numId="9" w16cid:durableId="499082653">
    <w:abstractNumId w:val="0"/>
  </w:num>
  <w:num w:numId="10" w16cid:durableId="1893733296">
    <w:abstractNumId w:val="14"/>
  </w:num>
  <w:num w:numId="11" w16cid:durableId="1851093516">
    <w:abstractNumId w:val="10"/>
  </w:num>
  <w:num w:numId="12" w16cid:durableId="365061330">
    <w:abstractNumId w:val="18"/>
  </w:num>
  <w:num w:numId="13" w16cid:durableId="1524633511">
    <w:abstractNumId w:val="17"/>
  </w:num>
  <w:num w:numId="14" w16cid:durableId="386880740">
    <w:abstractNumId w:val="11"/>
  </w:num>
  <w:num w:numId="15" w16cid:durableId="1299994596">
    <w:abstractNumId w:val="12"/>
  </w:num>
  <w:num w:numId="16" w16cid:durableId="847520482">
    <w:abstractNumId w:val="19"/>
  </w:num>
  <w:num w:numId="17" w16cid:durableId="2058045685">
    <w:abstractNumId w:val="9"/>
  </w:num>
  <w:num w:numId="18" w16cid:durableId="1465269350">
    <w:abstractNumId w:val="15"/>
  </w:num>
  <w:num w:numId="19" w16cid:durableId="1608732036">
    <w:abstractNumId w:val="13"/>
  </w:num>
  <w:num w:numId="20" w16cid:durableId="3785541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13F"/>
    <w:rsid w:val="000002FA"/>
    <w:rsid w:val="000015A1"/>
    <w:rsid w:val="00005545"/>
    <w:rsid w:val="00005D54"/>
    <w:rsid w:val="00010148"/>
    <w:rsid w:val="000132ED"/>
    <w:rsid w:val="000160E8"/>
    <w:rsid w:val="00022F3B"/>
    <w:rsid w:val="00025B69"/>
    <w:rsid w:val="000268F4"/>
    <w:rsid w:val="000311FD"/>
    <w:rsid w:val="00032B3C"/>
    <w:rsid w:val="00032F9B"/>
    <w:rsid w:val="00034616"/>
    <w:rsid w:val="0004796E"/>
    <w:rsid w:val="000553E1"/>
    <w:rsid w:val="00057A52"/>
    <w:rsid w:val="0006063C"/>
    <w:rsid w:val="00085719"/>
    <w:rsid w:val="00087469"/>
    <w:rsid w:val="000947E5"/>
    <w:rsid w:val="000A288A"/>
    <w:rsid w:val="000A389F"/>
    <w:rsid w:val="000A7D94"/>
    <w:rsid w:val="000B3060"/>
    <w:rsid w:val="000B3FF1"/>
    <w:rsid w:val="000B6B26"/>
    <w:rsid w:val="000C26CA"/>
    <w:rsid w:val="000D2AAA"/>
    <w:rsid w:val="000D2CB2"/>
    <w:rsid w:val="000D38D8"/>
    <w:rsid w:val="000D743B"/>
    <w:rsid w:val="000E170C"/>
    <w:rsid w:val="000E27AD"/>
    <w:rsid w:val="000E3BA2"/>
    <w:rsid w:val="000E4021"/>
    <w:rsid w:val="000F3427"/>
    <w:rsid w:val="000F4824"/>
    <w:rsid w:val="000F5647"/>
    <w:rsid w:val="00100BC8"/>
    <w:rsid w:val="00100F60"/>
    <w:rsid w:val="00101AA2"/>
    <w:rsid w:val="00102D87"/>
    <w:rsid w:val="0011093D"/>
    <w:rsid w:val="0011684A"/>
    <w:rsid w:val="00116D43"/>
    <w:rsid w:val="00116FCA"/>
    <w:rsid w:val="00120503"/>
    <w:rsid w:val="0012125E"/>
    <w:rsid w:val="00133D7B"/>
    <w:rsid w:val="00136730"/>
    <w:rsid w:val="0015074B"/>
    <w:rsid w:val="00155526"/>
    <w:rsid w:val="00156609"/>
    <w:rsid w:val="001571FF"/>
    <w:rsid w:val="00164876"/>
    <w:rsid w:val="0016532D"/>
    <w:rsid w:val="001658B3"/>
    <w:rsid w:val="001703C1"/>
    <w:rsid w:val="001706D2"/>
    <w:rsid w:val="0019195E"/>
    <w:rsid w:val="00191B70"/>
    <w:rsid w:val="00194120"/>
    <w:rsid w:val="001B1E26"/>
    <w:rsid w:val="001B3CD3"/>
    <w:rsid w:val="001C38A6"/>
    <w:rsid w:val="001C3EA0"/>
    <w:rsid w:val="001C473F"/>
    <w:rsid w:val="001C4796"/>
    <w:rsid w:val="001C5CBE"/>
    <w:rsid w:val="001E52E9"/>
    <w:rsid w:val="001F5C6B"/>
    <w:rsid w:val="0020268A"/>
    <w:rsid w:val="00204F98"/>
    <w:rsid w:val="002113AC"/>
    <w:rsid w:val="00211623"/>
    <w:rsid w:val="00211C8F"/>
    <w:rsid w:val="00215175"/>
    <w:rsid w:val="0021594A"/>
    <w:rsid w:val="00221FFA"/>
    <w:rsid w:val="0024091F"/>
    <w:rsid w:val="00241EF4"/>
    <w:rsid w:val="00246304"/>
    <w:rsid w:val="00250261"/>
    <w:rsid w:val="0025073C"/>
    <w:rsid w:val="00252872"/>
    <w:rsid w:val="00253B92"/>
    <w:rsid w:val="002616C5"/>
    <w:rsid w:val="00265B6B"/>
    <w:rsid w:val="002717D1"/>
    <w:rsid w:val="00272757"/>
    <w:rsid w:val="00272B7B"/>
    <w:rsid w:val="00274516"/>
    <w:rsid w:val="0027480C"/>
    <w:rsid w:val="002819BC"/>
    <w:rsid w:val="002838C9"/>
    <w:rsid w:val="00284676"/>
    <w:rsid w:val="00287E3A"/>
    <w:rsid w:val="0029639D"/>
    <w:rsid w:val="002A19D2"/>
    <w:rsid w:val="002A7C10"/>
    <w:rsid w:val="002B6FD4"/>
    <w:rsid w:val="002C366C"/>
    <w:rsid w:val="002D3C6C"/>
    <w:rsid w:val="002E3003"/>
    <w:rsid w:val="002E4E05"/>
    <w:rsid w:val="002E535A"/>
    <w:rsid w:val="002E53D7"/>
    <w:rsid w:val="002F25AE"/>
    <w:rsid w:val="002F3782"/>
    <w:rsid w:val="002F4DC4"/>
    <w:rsid w:val="002F6621"/>
    <w:rsid w:val="00306C5B"/>
    <w:rsid w:val="00311843"/>
    <w:rsid w:val="0031399E"/>
    <w:rsid w:val="00315DC9"/>
    <w:rsid w:val="00326EFA"/>
    <w:rsid w:val="00326F90"/>
    <w:rsid w:val="00335332"/>
    <w:rsid w:val="00335BAE"/>
    <w:rsid w:val="00351C18"/>
    <w:rsid w:val="00355483"/>
    <w:rsid w:val="00356A72"/>
    <w:rsid w:val="00356F11"/>
    <w:rsid w:val="00360687"/>
    <w:rsid w:val="00361815"/>
    <w:rsid w:val="00365505"/>
    <w:rsid w:val="0037197C"/>
    <w:rsid w:val="003742DA"/>
    <w:rsid w:val="00376EDA"/>
    <w:rsid w:val="00381402"/>
    <w:rsid w:val="00384446"/>
    <w:rsid w:val="00385946"/>
    <w:rsid w:val="003938EF"/>
    <w:rsid w:val="003A5ADF"/>
    <w:rsid w:val="003A7079"/>
    <w:rsid w:val="003B1FA5"/>
    <w:rsid w:val="003B521C"/>
    <w:rsid w:val="003D2352"/>
    <w:rsid w:val="003E49A7"/>
    <w:rsid w:val="003E66C8"/>
    <w:rsid w:val="003F01A5"/>
    <w:rsid w:val="003F3BF7"/>
    <w:rsid w:val="003F5D14"/>
    <w:rsid w:val="003F7C27"/>
    <w:rsid w:val="004067BA"/>
    <w:rsid w:val="00412762"/>
    <w:rsid w:val="00416808"/>
    <w:rsid w:val="00422BC3"/>
    <w:rsid w:val="004332D3"/>
    <w:rsid w:val="004363B4"/>
    <w:rsid w:val="004453CD"/>
    <w:rsid w:val="00455FAC"/>
    <w:rsid w:val="004627AC"/>
    <w:rsid w:val="00462D0F"/>
    <w:rsid w:val="00465E6C"/>
    <w:rsid w:val="00467617"/>
    <w:rsid w:val="00470505"/>
    <w:rsid w:val="004710AB"/>
    <w:rsid w:val="004717BF"/>
    <w:rsid w:val="00475BD8"/>
    <w:rsid w:val="004834A4"/>
    <w:rsid w:val="00484875"/>
    <w:rsid w:val="004922CE"/>
    <w:rsid w:val="00497F45"/>
    <w:rsid w:val="004A48B2"/>
    <w:rsid w:val="004A5705"/>
    <w:rsid w:val="004B739C"/>
    <w:rsid w:val="004B7880"/>
    <w:rsid w:val="004C4945"/>
    <w:rsid w:val="004C6E25"/>
    <w:rsid w:val="004D35BB"/>
    <w:rsid w:val="004D65B4"/>
    <w:rsid w:val="004E4172"/>
    <w:rsid w:val="004E62C4"/>
    <w:rsid w:val="00513E79"/>
    <w:rsid w:val="00514203"/>
    <w:rsid w:val="00525A66"/>
    <w:rsid w:val="00525FAD"/>
    <w:rsid w:val="005260AE"/>
    <w:rsid w:val="0053414E"/>
    <w:rsid w:val="00535F65"/>
    <w:rsid w:val="00555DAB"/>
    <w:rsid w:val="00561F13"/>
    <w:rsid w:val="00565613"/>
    <w:rsid w:val="00584F20"/>
    <w:rsid w:val="00596C57"/>
    <w:rsid w:val="005A0438"/>
    <w:rsid w:val="005A1C6B"/>
    <w:rsid w:val="005A2258"/>
    <w:rsid w:val="005A6F38"/>
    <w:rsid w:val="005B0BD9"/>
    <w:rsid w:val="005B3922"/>
    <w:rsid w:val="005C123C"/>
    <w:rsid w:val="005C2399"/>
    <w:rsid w:val="005C52A6"/>
    <w:rsid w:val="005C531D"/>
    <w:rsid w:val="005D1685"/>
    <w:rsid w:val="005D426A"/>
    <w:rsid w:val="005D4420"/>
    <w:rsid w:val="005D5589"/>
    <w:rsid w:val="005E2785"/>
    <w:rsid w:val="005E3E6E"/>
    <w:rsid w:val="005F1548"/>
    <w:rsid w:val="005F2BC7"/>
    <w:rsid w:val="005F45C1"/>
    <w:rsid w:val="005F5C5F"/>
    <w:rsid w:val="006017DA"/>
    <w:rsid w:val="0060375B"/>
    <w:rsid w:val="006037B9"/>
    <w:rsid w:val="00604453"/>
    <w:rsid w:val="00612004"/>
    <w:rsid w:val="006123B1"/>
    <w:rsid w:val="00615353"/>
    <w:rsid w:val="00615AB0"/>
    <w:rsid w:val="00623F4B"/>
    <w:rsid w:val="0063014D"/>
    <w:rsid w:val="006310D9"/>
    <w:rsid w:val="006339E3"/>
    <w:rsid w:val="0064104C"/>
    <w:rsid w:val="00671782"/>
    <w:rsid w:val="00672F8F"/>
    <w:rsid w:val="00673748"/>
    <w:rsid w:val="00680767"/>
    <w:rsid w:val="006807F6"/>
    <w:rsid w:val="00681C8B"/>
    <w:rsid w:val="00682B50"/>
    <w:rsid w:val="00687306"/>
    <w:rsid w:val="00691223"/>
    <w:rsid w:val="0069243D"/>
    <w:rsid w:val="00693BB0"/>
    <w:rsid w:val="00697B19"/>
    <w:rsid w:val="006A7021"/>
    <w:rsid w:val="006B2E7C"/>
    <w:rsid w:val="006C111F"/>
    <w:rsid w:val="006C3624"/>
    <w:rsid w:val="006C4CFF"/>
    <w:rsid w:val="006C6BB6"/>
    <w:rsid w:val="006C7EF3"/>
    <w:rsid w:val="006D12CC"/>
    <w:rsid w:val="006D6A4F"/>
    <w:rsid w:val="006D7E89"/>
    <w:rsid w:val="006E2194"/>
    <w:rsid w:val="006E228B"/>
    <w:rsid w:val="006E467B"/>
    <w:rsid w:val="006E4DAE"/>
    <w:rsid w:val="006F2456"/>
    <w:rsid w:val="006F2BD2"/>
    <w:rsid w:val="006F7AB5"/>
    <w:rsid w:val="00700D24"/>
    <w:rsid w:val="007133BF"/>
    <w:rsid w:val="00714697"/>
    <w:rsid w:val="00715A2D"/>
    <w:rsid w:val="00717DBF"/>
    <w:rsid w:val="00724C08"/>
    <w:rsid w:val="00727B1F"/>
    <w:rsid w:val="007309EC"/>
    <w:rsid w:val="00735E34"/>
    <w:rsid w:val="00736A0A"/>
    <w:rsid w:val="00736EB9"/>
    <w:rsid w:val="0074011D"/>
    <w:rsid w:val="00743715"/>
    <w:rsid w:val="007455EC"/>
    <w:rsid w:val="00761530"/>
    <w:rsid w:val="00761654"/>
    <w:rsid w:val="00763F0C"/>
    <w:rsid w:val="007832D7"/>
    <w:rsid w:val="00783F9A"/>
    <w:rsid w:val="00791E3E"/>
    <w:rsid w:val="007942DE"/>
    <w:rsid w:val="00796B72"/>
    <w:rsid w:val="007A7AA0"/>
    <w:rsid w:val="007C3569"/>
    <w:rsid w:val="007D0972"/>
    <w:rsid w:val="007E2167"/>
    <w:rsid w:val="00811410"/>
    <w:rsid w:val="008168EE"/>
    <w:rsid w:val="00821A6F"/>
    <w:rsid w:val="00826563"/>
    <w:rsid w:val="008330D6"/>
    <w:rsid w:val="00836491"/>
    <w:rsid w:val="00836A45"/>
    <w:rsid w:val="00841888"/>
    <w:rsid w:val="008418EC"/>
    <w:rsid w:val="00846998"/>
    <w:rsid w:val="00855606"/>
    <w:rsid w:val="008567D6"/>
    <w:rsid w:val="00861EB8"/>
    <w:rsid w:val="008662D2"/>
    <w:rsid w:val="0086791A"/>
    <w:rsid w:val="00870EE0"/>
    <w:rsid w:val="008726AD"/>
    <w:rsid w:val="00872907"/>
    <w:rsid w:val="008765EF"/>
    <w:rsid w:val="00882EB6"/>
    <w:rsid w:val="00883EB3"/>
    <w:rsid w:val="00892520"/>
    <w:rsid w:val="00894E88"/>
    <w:rsid w:val="008965E7"/>
    <w:rsid w:val="00897325"/>
    <w:rsid w:val="008A4D25"/>
    <w:rsid w:val="008A73E1"/>
    <w:rsid w:val="008B06F1"/>
    <w:rsid w:val="008B2A0A"/>
    <w:rsid w:val="008B3472"/>
    <w:rsid w:val="008B3676"/>
    <w:rsid w:val="008B437D"/>
    <w:rsid w:val="008B56D4"/>
    <w:rsid w:val="008B721F"/>
    <w:rsid w:val="008C1091"/>
    <w:rsid w:val="008C4FCD"/>
    <w:rsid w:val="008C5F70"/>
    <w:rsid w:val="008E306A"/>
    <w:rsid w:val="008E47F5"/>
    <w:rsid w:val="008F1D62"/>
    <w:rsid w:val="008F3F6D"/>
    <w:rsid w:val="008F5D1A"/>
    <w:rsid w:val="009019DB"/>
    <w:rsid w:val="00906F32"/>
    <w:rsid w:val="009116CD"/>
    <w:rsid w:val="00913806"/>
    <w:rsid w:val="00922C07"/>
    <w:rsid w:val="0092605A"/>
    <w:rsid w:val="0093079E"/>
    <w:rsid w:val="00940909"/>
    <w:rsid w:val="00942990"/>
    <w:rsid w:val="00945779"/>
    <w:rsid w:val="00946C65"/>
    <w:rsid w:val="00950C14"/>
    <w:rsid w:val="00954CF0"/>
    <w:rsid w:val="009602CF"/>
    <w:rsid w:val="009666D2"/>
    <w:rsid w:val="00970B31"/>
    <w:rsid w:val="00973C66"/>
    <w:rsid w:val="0098057C"/>
    <w:rsid w:val="00992D14"/>
    <w:rsid w:val="009949F7"/>
    <w:rsid w:val="009961C2"/>
    <w:rsid w:val="009A0333"/>
    <w:rsid w:val="009A0416"/>
    <w:rsid w:val="009A6AA8"/>
    <w:rsid w:val="009A79C0"/>
    <w:rsid w:val="009B3F48"/>
    <w:rsid w:val="009C0F11"/>
    <w:rsid w:val="009C588F"/>
    <w:rsid w:val="009D0604"/>
    <w:rsid w:val="009D1395"/>
    <w:rsid w:val="009D28C3"/>
    <w:rsid w:val="009D627F"/>
    <w:rsid w:val="009D7321"/>
    <w:rsid w:val="009E0DFE"/>
    <w:rsid w:val="009F34CD"/>
    <w:rsid w:val="009F5E8E"/>
    <w:rsid w:val="00A017C4"/>
    <w:rsid w:val="00A07B2E"/>
    <w:rsid w:val="00A108F6"/>
    <w:rsid w:val="00A1683B"/>
    <w:rsid w:val="00A215D6"/>
    <w:rsid w:val="00A22C92"/>
    <w:rsid w:val="00A22EEE"/>
    <w:rsid w:val="00A34FED"/>
    <w:rsid w:val="00A43EDA"/>
    <w:rsid w:val="00A44E6D"/>
    <w:rsid w:val="00A50535"/>
    <w:rsid w:val="00A5630A"/>
    <w:rsid w:val="00A604E5"/>
    <w:rsid w:val="00A76B42"/>
    <w:rsid w:val="00A801ED"/>
    <w:rsid w:val="00A80305"/>
    <w:rsid w:val="00A85A00"/>
    <w:rsid w:val="00A97D68"/>
    <w:rsid w:val="00AA1D8D"/>
    <w:rsid w:val="00AA480E"/>
    <w:rsid w:val="00AA4BC4"/>
    <w:rsid w:val="00AA577C"/>
    <w:rsid w:val="00AB4B11"/>
    <w:rsid w:val="00AC62FC"/>
    <w:rsid w:val="00AD5A42"/>
    <w:rsid w:val="00AD690E"/>
    <w:rsid w:val="00AE0237"/>
    <w:rsid w:val="00AE0A5B"/>
    <w:rsid w:val="00AE10AF"/>
    <w:rsid w:val="00AE4349"/>
    <w:rsid w:val="00AE7C81"/>
    <w:rsid w:val="00AF64EE"/>
    <w:rsid w:val="00AF757A"/>
    <w:rsid w:val="00B011EA"/>
    <w:rsid w:val="00B02778"/>
    <w:rsid w:val="00B0437F"/>
    <w:rsid w:val="00B14832"/>
    <w:rsid w:val="00B15BEE"/>
    <w:rsid w:val="00B171AB"/>
    <w:rsid w:val="00B21120"/>
    <w:rsid w:val="00B249DF"/>
    <w:rsid w:val="00B300A7"/>
    <w:rsid w:val="00B3553B"/>
    <w:rsid w:val="00B47730"/>
    <w:rsid w:val="00B5435A"/>
    <w:rsid w:val="00B63465"/>
    <w:rsid w:val="00B74DE3"/>
    <w:rsid w:val="00B75455"/>
    <w:rsid w:val="00B81C1C"/>
    <w:rsid w:val="00B83D70"/>
    <w:rsid w:val="00B94642"/>
    <w:rsid w:val="00B94AF2"/>
    <w:rsid w:val="00BA26E0"/>
    <w:rsid w:val="00BB4D90"/>
    <w:rsid w:val="00BB6BA3"/>
    <w:rsid w:val="00BC6350"/>
    <w:rsid w:val="00BD1F29"/>
    <w:rsid w:val="00BE53B9"/>
    <w:rsid w:val="00BE6111"/>
    <w:rsid w:val="00BF0654"/>
    <w:rsid w:val="00BF09FA"/>
    <w:rsid w:val="00BF291F"/>
    <w:rsid w:val="00C005B6"/>
    <w:rsid w:val="00C07E10"/>
    <w:rsid w:val="00C10023"/>
    <w:rsid w:val="00C10081"/>
    <w:rsid w:val="00C11640"/>
    <w:rsid w:val="00C11F02"/>
    <w:rsid w:val="00C13EFB"/>
    <w:rsid w:val="00C24DBA"/>
    <w:rsid w:val="00C25C26"/>
    <w:rsid w:val="00C30568"/>
    <w:rsid w:val="00C33498"/>
    <w:rsid w:val="00C34C65"/>
    <w:rsid w:val="00C353FD"/>
    <w:rsid w:val="00C47098"/>
    <w:rsid w:val="00C4794F"/>
    <w:rsid w:val="00C47B66"/>
    <w:rsid w:val="00C53C45"/>
    <w:rsid w:val="00C60887"/>
    <w:rsid w:val="00C62995"/>
    <w:rsid w:val="00C63205"/>
    <w:rsid w:val="00C710F6"/>
    <w:rsid w:val="00C75DA5"/>
    <w:rsid w:val="00C83F44"/>
    <w:rsid w:val="00C855E4"/>
    <w:rsid w:val="00C92291"/>
    <w:rsid w:val="00C92CE9"/>
    <w:rsid w:val="00C93DED"/>
    <w:rsid w:val="00C94678"/>
    <w:rsid w:val="00C957BD"/>
    <w:rsid w:val="00CB0664"/>
    <w:rsid w:val="00CB3938"/>
    <w:rsid w:val="00CC280A"/>
    <w:rsid w:val="00CD69A5"/>
    <w:rsid w:val="00CD7B12"/>
    <w:rsid w:val="00CE3556"/>
    <w:rsid w:val="00CE4A86"/>
    <w:rsid w:val="00CF2202"/>
    <w:rsid w:val="00CF2245"/>
    <w:rsid w:val="00CF7111"/>
    <w:rsid w:val="00D05081"/>
    <w:rsid w:val="00D14813"/>
    <w:rsid w:val="00D14D0A"/>
    <w:rsid w:val="00D16BF9"/>
    <w:rsid w:val="00D23F90"/>
    <w:rsid w:val="00D27C9B"/>
    <w:rsid w:val="00D34522"/>
    <w:rsid w:val="00D35812"/>
    <w:rsid w:val="00D36678"/>
    <w:rsid w:val="00D41435"/>
    <w:rsid w:val="00D44D54"/>
    <w:rsid w:val="00D46188"/>
    <w:rsid w:val="00D46AD0"/>
    <w:rsid w:val="00D50A45"/>
    <w:rsid w:val="00D622BF"/>
    <w:rsid w:val="00D657EB"/>
    <w:rsid w:val="00D74056"/>
    <w:rsid w:val="00D82CDB"/>
    <w:rsid w:val="00D871A0"/>
    <w:rsid w:val="00D87FAC"/>
    <w:rsid w:val="00D95DBB"/>
    <w:rsid w:val="00DA33E6"/>
    <w:rsid w:val="00DA483B"/>
    <w:rsid w:val="00DA7AA5"/>
    <w:rsid w:val="00DE18BA"/>
    <w:rsid w:val="00DE2E9C"/>
    <w:rsid w:val="00DF02C2"/>
    <w:rsid w:val="00DF0398"/>
    <w:rsid w:val="00DF0F90"/>
    <w:rsid w:val="00E02902"/>
    <w:rsid w:val="00E11E8B"/>
    <w:rsid w:val="00E143B3"/>
    <w:rsid w:val="00E164F8"/>
    <w:rsid w:val="00E225B9"/>
    <w:rsid w:val="00E27337"/>
    <w:rsid w:val="00E333EB"/>
    <w:rsid w:val="00E353A2"/>
    <w:rsid w:val="00E359FD"/>
    <w:rsid w:val="00E41269"/>
    <w:rsid w:val="00E45495"/>
    <w:rsid w:val="00E46ADC"/>
    <w:rsid w:val="00E531BA"/>
    <w:rsid w:val="00E6741F"/>
    <w:rsid w:val="00E71FEB"/>
    <w:rsid w:val="00E7737B"/>
    <w:rsid w:val="00E93043"/>
    <w:rsid w:val="00E965AC"/>
    <w:rsid w:val="00E9737E"/>
    <w:rsid w:val="00EA2B22"/>
    <w:rsid w:val="00EA6304"/>
    <w:rsid w:val="00EB0E56"/>
    <w:rsid w:val="00EB2E4E"/>
    <w:rsid w:val="00EB345B"/>
    <w:rsid w:val="00EB6744"/>
    <w:rsid w:val="00EB7BAF"/>
    <w:rsid w:val="00EC3D67"/>
    <w:rsid w:val="00EC71E9"/>
    <w:rsid w:val="00ED1610"/>
    <w:rsid w:val="00ED4C3E"/>
    <w:rsid w:val="00ED75A2"/>
    <w:rsid w:val="00ED7F90"/>
    <w:rsid w:val="00EE14F2"/>
    <w:rsid w:val="00EE18BE"/>
    <w:rsid w:val="00EE4A78"/>
    <w:rsid w:val="00EF0159"/>
    <w:rsid w:val="00EF2E80"/>
    <w:rsid w:val="00EF2FF9"/>
    <w:rsid w:val="00EF4039"/>
    <w:rsid w:val="00F020E8"/>
    <w:rsid w:val="00F0210E"/>
    <w:rsid w:val="00F073CD"/>
    <w:rsid w:val="00F10141"/>
    <w:rsid w:val="00F11BEF"/>
    <w:rsid w:val="00F17387"/>
    <w:rsid w:val="00F22D5B"/>
    <w:rsid w:val="00F22EC6"/>
    <w:rsid w:val="00F2764C"/>
    <w:rsid w:val="00F31CF6"/>
    <w:rsid w:val="00F355C2"/>
    <w:rsid w:val="00F42CDF"/>
    <w:rsid w:val="00F441F1"/>
    <w:rsid w:val="00F514AB"/>
    <w:rsid w:val="00F56E80"/>
    <w:rsid w:val="00F57605"/>
    <w:rsid w:val="00F658E5"/>
    <w:rsid w:val="00F67048"/>
    <w:rsid w:val="00F92FD1"/>
    <w:rsid w:val="00F93C0A"/>
    <w:rsid w:val="00F94681"/>
    <w:rsid w:val="00F95A83"/>
    <w:rsid w:val="00FA1D0E"/>
    <w:rsid w:val="00FA2027"/>
    <w:rsid w:val="00FA23DB"/>
    <w:rsid w:val="00FA438F"/>
    <w:rsid w:val="00FA43DB"/>
    <w:rsid w:val="00FA7AE0"/>
    <w:rsid w:val="00FB4C06"/>
    <w:rsid w:val="00FB5630"/>
    <w:rsid w:val="00FC0154"/>
    <w:rsid w:val="00FC693F"/>
    <w:rsid w:val="00FC7C40"/>
    <w:rsid w:val="00FD24DF"/>
    <w:rsid w:val="00FD447A"/>
    <w:rsid w:val="00FE07A5"/>
    <w:rsid w:val="00FF02B5"/>
    <w:rsid w:val="00FF4596"/>
    <w:rsid w:val="00FF6B47"/>
    <w:rsid w:val="00FF6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00"/>
  <w15:docId w15:val="{B658D5F5-8D62-4E3B-A096-8DD3DACCE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Noto Sans CJK JP" w:eastAsia="Noto Sans CJK JP" w:hAnsi="Noto Sans CJK JP"/>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000000"/>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B249DF"/>
    <w:rPr>
      <w:sz w:val="18"/>
      <w:szCs w:val="18"/>
    </w:rPr>
  </w:style>
  <w:style w:type="paragraph" w:styleId="aff0">
    <w:name w:val="annotation text"/>
    <w:basedOn w:val="a1"/>
    <w:link w:val="aff1"/>
    <w:uiPriority w:val="99"/>
    <w:unhideWhenUsed/>
    <w:rsid w:val="00B249DF"/>
  </w:style>
  <w:style w:type="character" w:customStyle="1" w:styleId="aff1">
    <w:name w:val="コメント文字列 (文字)"/>
    <w:basedOn w:val="a2"/>
    <w:link w:val="aff0"/>
    <w:uiPriority w:val="99"/>
    <w:rsid w:val="00B249DF"/>
    <w:rPr>
      <w:rFonts w:ascii="Noto Sans CJK JP" w:eastAsia="Noto Sans CJK JP" w:hAnsi="Noto Sans CJK JP"/>
      <w:sz w:val="21"/>
    </w:rPr>
  </w:style>
  <w:style w:type="paragraph" w:styleId="aff2">
    <w:name w:val="annotation subject"/>
    <w:basedOn w:val="aff0"/>
    <w:next w:val="aff0"/>
    <w:link w:val="aff3"/>
    <w:uiPriority w:val="99"/>
    <w:semiHidden/>
    <w:unhideWhenUsed/>
    <w:rsid w:val="00B249DF"/>
    <w:rPr>
      <w:b/>
      <w:bCs/>
    </w:rPr>
  </w:style>
  <w:style w:type="character" w:customStyle="1" w:styleId="aff3">
    <w:name w:val="コメント内容 (文字)"/>
    <w:basedOn w:val="aff1"/>
    <w:link w:val="aff2"/>
    <w:uiPriority w:val="99"/>
    <w:semiHidden/>
    <w:rsid w:val="00B249DF"/>
    <w:rPr>
      <w:rFonts w:ascii="Noto Sans CJK JP" w:eastAsia="Noto Sans CJK JP" w:hAnsi="Noto Sans CJK JP"/>
      <w:b/>
      <w:bCs/>
      <w:sz w:val="21"/>
    </w:rPr>
  </w:style>
  <w:style w:type="paragraph" w:styleId="aff4">
    <w:name w:val="Revision"/>
    <w:hidden/>
    <w:uiPriority w:val="99"/>
    <w:semiHidden/>
    <w:rsid w:val="006037B9"/>
    <w:pPr>
      <w:spacing w:after="0" w:line="240" w:lineRule="auto"/>
    </w:pPr>
    <w:rPr>
      <w:rFonts w:ascii="Noto Sans CJK JP" w:eastAsia="Noto Sans CJK JP" w:hAnsi="Noto Sans CJK JP"/>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745825">
      <w:bodyDiv w:val="1"/>
      <w:marLeft w:val="0"/>
      <w:marRight w:val="0"/>
      <w:marTop w:val="0"/>
      <w:marBottom w:val="0"/>
      <w:divBdr>
        <w:top w:val="none" w:sz="0" w:space="0" w:color="auto"/>
        <w:left w:val="none" w:sz="0" w:space="0" w:color="auto"/>
        <w:bottom w:val="none" w:sz="0" w:space="0" w:color="auto"/>
        <w:right w:val="none" w:sz="0" w:space="0" w:color="auto"/>
      </w:divBdr>
    </w:div>
    <w:div w:id="1652097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9E6AD-FFAC-4A41-B4CD-1EEFE0CFE3A8}">
  <ds:schemaRefs>
    <ds:schemaRef ds:uri="http://schemas.microsoft.com/sharepoint/v3/contenttype/forms"/>
  </ds:schemaRefs>
</ds:datastoreItem>
</file>

<file path=customXml/itemProps2.xml><?xml version="1.0" encoding="utf-8"?>
<ds:datastoreItem xmlns:ds="http://schemas.openxmlformats.org/officeDocument/2006/customXml" ds:itemID="{B1F289D0-144B-4C65-A248-23185B5AE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666EC-21F8-4B21-B7AA-D0603930170A}">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1569</Words>
  <Characters>8947</Characters>
  <DocSecurity>0</DocSecurity>
  <Lines>74</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第二次公募要領・応募様式 統合版（案）</vt:lpstr>
      <vt:lpstr/>
    </vt:vector>
  </TitlesOfParts>
  <LinksUpToDate>false</LinksUpToDate>
  <CharactersWithSpaces>10496</CharactersWithSpaces>
  <SharedDoc>false</SharedDoc>
  <HyperlinkBase/>
  <HLinks>
    <vt:vector size="12" baseType="variant">
      <vt:variant>
        <vt:i4>1507437</vt:i4>
      </vt:variant>
      <vt:variant>
        <vt:i4>3</vt:i4>
      </vt:variant>
      <vt:variant>
        <vt:i4>0</vt:i4>
      </vt:variant>
      <vt:variant>
        <vt:i4>5</vt:i4>
      </vt:variant>
      <vt:variant>
        <vt:lpwstr>mailto:ryutsukaizen@mhlw.go.jp</vt:lpwstr>
      </vt:variant>
      <vt:variant>
        <vt:lpwstr/>
      </vt:variant>
      <vt:variant>
        <vt:i4>1507437</vt:i4>
      </vt:variant>
      <vt:variant>
        <vt:i4>0</vt:i4>
      </vt:variant>
      <vt:variant>
        <vt:i4>0</vt:i4>
      </vt:variant>
      <vt:variant>
        <vt:i4>5</vt:i4>
      </vt:variant>
      <vt:variant>
        <vt:lpwstr>mailto:ryutsukaizen@mhlw.go.jp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